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689" w:rsidRPr="00DA5AD5" w:rsidRDefault="000C2833">
      <w:pPr>
        <w:rPr>
          <w:rFonts w:ascii="TH SarabunPSK" w:hAnsi="TH SarabunPSK" w:cs="TH SarabunPSK"/>
          <w:szCs w:val="32"/>
        </w:rPr>
      </w:pPr>
      <w:r w:rsidRPr="000C2833">
        <w:rPr>
          <w:rFonts w:ascii="TH SarabunPSK" w:hAnsi="TH SarabunPSK" w:cs="TH SarabunPSK"/>
          <w:noProof/>
          <w:szCs w:val="32"/>
          <w:lang w:bidi="th-TH"/>
        </w:rPr>
        <w:drawing>
          <wp:inline distT="0" distB="0" distL="0" distR="0">
            <wp:extent cx="6259632" cy="8849581"/>
            <wp:effectExtent l="0" t="0" r="8255" b="8890"/>
            <wp:docPr id="12" name="รูปภาพ 12" descr="G:\28 ปีงบประมาณ 2570\10 แผนปฏิบัติราชการ ปี 2570\01 จัดทำคำอธิบายตัวชี้วัดของ สนอ. ปีงบ 2570\01 ข้อมูลนำเข้า\คู่มือประเมินผลราชการฉบับพรีเมีย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8 ปีงบประมาณ 2570\10 แผนปฏิบัติราชการ ปี 2570\01 จัดทำคำอธิบายตัวชี้วัดของ สนอ. ปีงบ 2570\01 ข้อมูลนำเข้า\คู่มือประเมินผลราชการฉบับพรีเมียม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751" cy="88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35B2" w:rsidRPr="00DA5AD5">
        <w:rPr>
          <w:rFonts w:ascii="TH SarabunPSK" w:hAnsi="TH SarabunPSK" w:cs="TH SarabunPSK"/>
          <w:szCs w:val="32"/>
          <w:cs/>
          <w:lang w:bidi="th-TH"/>
        </w:rPr>
        <w:br w:type="page"/>
      </w:r>
    </w:p>
    <w:p w:rsidR="00F91689" w:rsidRPr="00DA5AD5" w:rsidRDefault="00BC35B2">
      <w:pPr>
        <w:jc w:val="center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lastRenderedPageBreak/>
        <w:t>คำนำ</w:t>
      </w:r>
    </w:p>
    <w:p w:rsidR="00F91689" w:rsidRPr="00005EA0" w:rsidRDefault="00BC35B2" w:rsidP="00005EA0">
      <w:pPr>
        <w:ind w:firstLine="720"/>
        <w:jc w:val="thaiDistribute"/>
        <w:rPr>
          <w:rFonts w:ascii="TH SarabunPSK" w:hAnsi="TH SarabunPSK" w:cs="TH SarabunPSK"/>
          <w:color w:val="auto"/>
          <w:szCs w:val="32"/>
        </w:rPr>
      </w:pP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ตามหลักเกณฑ์พระราชกฤษฎีกาว่าด้วยหลักเกณฑ์และวิธีการบริหารกิจการบ้านเมืองที่ดี พ.ศ. </w:t>
      </w:r>
      <w:r w:rsidRPr="00005EA0">
        <w:rPr>
          <w:rFonts w:ascii="TH SarabunPSK" w:hAnsi="TH SarabunPSK" w:cs="TH SarabunPSK"/>
          <w:color w:val="auto"/>
          <w:szCs w:val="32"/>
        </w:rPr>
        <w:t xml:space="preserve">2546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หมวด </w:t>
      </w:r>
      <w:r w:rsidRPr="00005EA0">
        <w:rPr>
          <w:rFonts w:ascii="TH SarabunPSK" w:hAnsi="TH SarabunPSK" w:cs="TH SarabunPSK"/>
          <w:color w:val="auto"/>
          <w:szCs w:val="32"/>
        </w:rPr>
        <w:t xml:space="preserve">3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ว่าด้วยการบริหารราชการเพื่อให้เกิดผลสัมฤทธิ์ต่อภารกิจของรัฐ มาตรา </w:t>
      </w:r>
      <w:r w:rsidRPr="00005EA0">
        <w:rPr>
          <w:rFonts w:ascii="TH SarabunPSK" w:hAnsi="TH SarabunPSK" w:cs="TH SarabunPSK"/>
          <w:color w:val="auto"/>
          <w:szCs w:val="32"/>
        </w:rPr>
        <w:t xml:space="preserve">9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และแก้ไขเพิ่มเติม (ฉบับที่ </w:t>
      </w:r>
      <w:r w:rsidRPr="00005EA0">
        <w:rPr>
          <w:rFonts w:ascii="TH SarabunPSK" w:hAnsi="TH SarabunPSK" w:cs="TH SarabunPSK"/>
          <w:color w:val="auto"/>
          <w:szCs w:val="32"/>
        </w:rPr>
        <w:t>2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) พ.ศ. </w:t>
      </w:r>
      <w:r w:rsidRPr="00005EA0">
        <w:rPr>
          <w:rFonts w:ascii="TH SarabunPSK" w:hAnsi="TH SarabunPSK" w:cs="TH SarabunPSK"/>
          <w:color w:val="auto"/>
          <w:szCs w:val="32"/>
        </w:rPr>
        <w:t xml:space="preserve">2562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>กำหนดให้ส่วนราชการต้องจัดทำแผนปฏิบัติราชการซึ่งมีรายละเอียดของขั้นตอน ระยะเวลา และงบประมาณที่ต้องใช้ของแต่ละขั้นตอน เป้าหมายของภารกิจ ผลสัมฤทธิ์ของภารกิจ และตัวชี้วัดความสำเร็จ ต้องจัดให้มีการติดตามและประเมินผลการปฏิบัติราชการประจำปี ตามหลักเกณฑ์และวิธีการที่ส่วนราชการกำหนดขึ้น</w:t>
      </w:r>
    </w:p>
    <w:p w:rsidR="00F91689" w:rsidRPr="00005EA0" w:rsidRDefault="00BC35B2" w:rsidP="00005EA0">
      <w:pPr>
        <w:ind w:firstLine="720"/>
        <w:jc w:val="thaiDistribute"/>
        <w:rPr>
          <w:rFonts w:ascii="TH SarabunPSK" w:hAnsi="TH SarabunPSK" w:cs="TH SarabunPSK"/>
          <w:color w:val="auto"/>
          <w:szCs w:val="32"/>
        </w:rPr>
      </w:pP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สำนักงานอธิการบดี ได้จัดทำแผนปฏิบัติราชการและงบประมาณรายจ่ายของสำนักงานอธิการบดี ประจำปีงบประมาณ พ.ศ. </w:t>
      </w:r>
      <w:r w:rsidRPr="00005EA0">
        <w:rPr>
          <w:rFonts w:ascii="TH SarabunPSK" w:hAnsi="TH SarabunPSK" w:cs="TH SarabunPSK"/>
          <w:color w:val="auto"/>
          <w:szCs w:val="32"/>
        </w:rPr>
        <w:t xml:space="preserve">2570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ขึ้นภายใต้กรอบแผนยุทธศาสตร์มหาวิทยาลัยราชภัฏสกลนคร และแผนปฏิบัติราชการของมหาวิทยาลัย ประจำปีงบประมาณ พ.ศ. </w:t>
      </w:r>
      <w:r w:rsidRPr="00005EA0">
        <w:rPr>
          <w:rFonts w:ascii="TH SarabunPSK" w:hAnsi="TH SarabunPSK" w:cs="TH SarabunPSK"/>
          <w:color w:val="auto"/>
          <w:szCs w:val="32"/>
        </w:rPr>
        <w:t xml:space="preserve">2570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โดยครอบคลุมตัวชี้วัดรวมทั้งสิ้น </w:t>
      </w:r>
      <w:r w:rsidRPr="00005EA0">
        <w:rPr>
          <w:rFonts w:ascii="TH SarabunPSK" w:hAnsi="TH SarabunPSK" w:cs="TH SarabunPSK"/>
          <w:color w:val="auto"/>
          <w:szCs w:val="32"/>
        </w:rPr>
        <w:t xml:space="preserve">31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ตัวชี้วัด (ประกอบด้วย ตัวชี้วัดระดับมหาวิทยาลัยที่ถ่ายทอดมายังสำนักงานอธิการบดี จำนวน </w:t>
      </w:r>
      <w:r w:rsidRPr="00005EA0">
        <w:rPr>
          <w:rFonts w:ascii="TH SarabunPSK" w:hAnsi="TH SarabunPSK" w:cs="TH SarabunPSK"/>
          <w:color w:val="auto"/>
          <w:szCs w:val="32"/>
        </w:rPr>
        <w:t xml:space="preserve">20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รายการย่อย และตัวชี้วัดเฉพาะสำนักงานอธิการบดี จำนวน </w:t>
      </w:r>
      <w:r w:rsidRPr="00005EA0">
        <w:rPr>
          <w:rFonts w:ascii="TH SarabunPSK" w:hAnsi="TH SarabunPSK" w:cs="TH SarabunPSK"/>
          <w:color w:val="auto"/>
          <w:szCs w:val="32"/>
        </w:rPr>
        <w:t xml:space="preserve">11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รายการย่อย ในประเด็น </w:t>
      </w:r>
      <w:r w:rsidRPr="00005EA0">
        <w:rPr>
          <w:rFonts w:ascii="TH SarabunPSK" w:hAnsi="TH SarabunPSK" w:cs="TH SarabunPSK"/>
          <w:color w:val="auto"/>
          <w:szCs w:val="32"/>
        </w:rPr>
        <w:t xml:space="preserve">Smart Management, Smart People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และ </w:t>
      </w:r>
      <w:r w:rsidRPr="00005EA0">
        <w:rPr>
          <w:rFonts w:ascii="TH SarabunPSK" w:hAnsi="TH SarabunPSK" w:cs="TH SarabunPSK"/>
          <w:color w:val="auto"/>
          <w:szCs w:val="32"/>
        </w:rPr>
        <w:t>Smart Support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>)</w:t>
      </w:r>
    </w:p>
    <w:p w:rsidR="00F91689" w:rsidRPr="00005EA0" w:rsidRDefault="00BC35B2" w:rsidP="00005EA0">
      <w:pPr>
        <w:ind w:firstLine="720"/>
        <w:jc w:val="thaiDistribute"/>
        <w:rPr>
          <w:rFonts w:ascii="TH SarabunPSK" w:hAnsi="TH SarabunPSK" w:cs="TH SarabunPSK"/>
          <w:color w:val="auto"/>
          <w:szCs w:val="32"/>
        </w:rPr>
      </w:pP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ดังนั้น เพื่อให้การติดตามและประเมินผลตามแผนปฏิบัติราชการฯ ประจำปีงบประมาณ พ.ศ. </w:t>
      </w:r>
      <w:r w:rsidRPr="00005EA0">
        <w:rPr>
          <w:rFonts w:ascii="TH SarabunPSK" w:hAnsi="TH SarabunPSK" w:cs="TH SarabunPSK"/>
          <w:color w:val="auto"/>
          <w:szCs w:val="32"/>
        </w:rPr>
        <w:t xml:space="preserve">2570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ของสำนักงานอธิการบดี มีการดำเนินงานไปในทิศทางเดียวกันและสอดคล้องกับกรอบการประเมินผลการปฏิบัติราชการที่กำหนด จึงได้จัดทำคู่มือการประเมินผลการปฏิบัติราชการฉบับนี้ขึ้น โดยถอดแบบโครงสร้างและรูปแบบเล่มจากคู่มือการประเมินผลฯ ปีงบประมาณ พ.ศ. </w:t>
      </w:r>
      <w:r w:rsidRPr="00005EA0">
        <w:rPr>
          <w:rFonts w:ascii="TH SarabunPSK" w:hAnsi="TH SarabunPSK" w:cs="TH SarabunPSK"/>
          <w:color w:val="auto"/>
          <w:szCs w:val="32"/>
        </w:rPr>
        <w:t xml:space="preserve">2567 </w:t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>เพื่ออำนวยความสะดวกแก่ผู้ปฏิบัติงาน ผู้จัดเก็บข้อมูล ผู้ดูแล และผู้กำกับตัวชี้วัด ให้มีมาตรฐานการประเมินผลและจัดเก็บหลักฐานที่ถูกต้องตรงกัน</w:t>
      </w:r>
    </w:p>
    <w:p w:rsidR="00F91689" w:rsidRPr="00DA5AD5" w:rsidRDefault="00BC35B2" w:rsidP="00005EA0">
      <w:pPr>
        <w:spacing w:before="480"/>
        <w:jc w:val="right"/>
        <w:rPr>
          <w:rFonts w:ascii="TH SarabunPSK" w:hAnsi="TH SarabunPSK" w:cs="TH SarabunPSK"/>
          <w:szCs w:val="32"/>
        </w:rPr>
      </w:pP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>สำนักงานอธิการบดี มหาวิทยาลัยราชภัฏสกลนคร</w:t>
      </w:r>
      <w:r w:rsidRPr="00005EA0">
        <w:rPr>
          <w:rFonts w:ascii="TH SarabunPSK" w:hAnsi="TH SarabunPSK" w:cs="TH SarabunPSK"/>
          <w:color w:val="auto"/>
          <w:szCs w:val="32"/>
        </w:rPr>
        <w:br/>
      </w:r>
      <w:r w:rsidRPr="00005EA0">
        <w:rPr>
          <w:rFonts w:ascii="TH SarabunPSK" w:hAnsi="TH SarabunPSK" w:cs="TH SarabunPSK"/>
          <w:color w:val="auto"/>
          <w:szCs w:val="32"/>
          <w:cs/>
          <w:lang w:bidi="th-TH"/>
        </w:rPr>
        <w:t xml:space="preserve">ตุลาคม </w:t>
      </w:r>
      <w:r w:rsidRPr="00005EA0">
        <w:rPr>
          <w:rFonts w:ascii="TH SarabunPSK" w:hAnsi="TH SarabunPSK" w:cs="TH SarabunPSK"/>
          <w:color w:val="auto"/>
          <w:szCs w:val="32"/>
        </w:rPr>
        <w:t>2569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br w:type="page"/>
      </w:r>
    </w:p>
    <w:p w:rsidR="00F91689" w:rsidRPr="00DA5AD5" w:rsidRDefault="00BC35B2">
      <w:pPr>
        <w:jc w:val="center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lastRenderedPageBreak/>
        <w:t>สารบัญ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488"/>
        <w:gridCol w:w="2577"/>
      </w:tblGrid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รายการ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หน้า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คำนำ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ก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สารบัญ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ข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ส่วนที่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กรอบการประเมินผลการปฏิบัติราชการ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  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ปฏิทินการประเมินผลการปฏิบัติราชการ ประจำปีงบประมาณ พ.ศ.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  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ทะเบียนผู้จัดเก็บข้อมูล ผู้ดูแล/ดำเนินการ และผู้กำกับตัวชี้วัด 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ตัวชี้วัด)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4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  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การจัดทำคำรับรองปฏิบัติราชการ และกรอบแผนปฏิบัติราชการ สนอ.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8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005EA0" w:rsidRDefault="00BC35B2">
            <w:pPr>
              <w:rPr>
                <w:rFonts w:ascii="TH SarabunPSK" w:hAnsi="TH SarabunPSK" w:cs="TH SarabunPSK"/>
                <w:b/>
                <w:bCs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ส่วนที่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 xml:space="preserve">2 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รายละเอียดตัวชี้วัดตามแผนปฏิบัติราชการ </w:t>
            </w:r>
            <w:r w:rsidR="00005EA0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ประจำปีงบประมาณ พ.ศ.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2570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11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  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ตัวชี้วัดระดับมหาวิทยาลัยที่ถ่ายทอดลงสำนักงานอธิการบดี 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รายการย่อย)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12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  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ตัวชี้วัดเฉพาะสำนักงานอธิการบดี 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รายการย่อย)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32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ภาคผนวก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45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 ภาคผนวก ก: แบบฟอร์มการจัดเก็บข้อมูลดิบ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46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 ภาคผนวก ข: ทะเบียนจัดเก็บแฟ้มหลักฐานดิจิทัล (</w:t>
            </w:r>
            <w:r w:rsidRPr="00DA5AD5">
              <w:rPr>
                <w:rFonts w:ascii="TH SarabunPSK" w:hAnsi="TH SarabunPSK" w:cs="TH SarabunPSK"/>
                <w:szCs w:val="32"/>
              </w:rPr>
              <w:t>EVD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-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001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ถึง </w:t>
            </w:r>
            <w:r w:rsidRPr="00DA5AD5">
              <w:rPr>
                <w:rFonts w:ascii="TH SarabunPSK" w:hAnsi="TH SarabunPSK" w:cs="TH SarabunPSK"/>
                <w:szCs w:val="32"/>
              </w:rPr>
              <w:t>EVD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-</w:t>
            </w:r>
            <w:r w:rsidRPr="00DA5AD5">
              <w:rPr>
                <w:rFonts w:ascii="TH SarabunPSK" w:hAnsi="TH SarabunPSK" w:cs="TH SarabunPSK"/>
                <w:szCs w:val="32"/>
              </w:rPr>
              <w:t>031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50</w:t>
            </w:r>
          </w:p>
        </w:tc>
      </w:tr>
      <w:tr w:rsidR="00F91689" w:rsidRPr="00DA5AD5" w:rsidTr="00005EA0">
        <w:trPr>
          <w:jc w:val="center"/>
        </w:trPr>
        <w:tc>
          <w:tcPr>
            <w:tcW w:w="748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 ภาคผนวก ค: บัญชีประเด็นเสนอผู้บริหารพิจารณาอนุมัติ (</w:t>
            </w:r>
            <w:r w:rsidRPr="00DA5AD5">
              <w:rPr>
                <w:rFonts w:ascii="TH SarabunPSK" w:hAnsi="TH SarabunPSK" w:cs="TH SarabunPSK"/>
                <w:szCs w:val="32"/>
              </w:rPr>
              <w:t>ISS Log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  <w:tc>
          <w:tcPr>
            <w:tcW w:w="2577" w:type="dxa"/>
          </w:tcPr>
          <w:p w:rsidR="00F91689" w:rsidRPr="00DA5AD5" w:rsidRDefault="00BC35B2">
            <w:pPr>
              <w:jc w:val="right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53</w:t>
            </w:r>
          </w:p>
        </w:tc>
      </w:tr>
    </w:tbl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br w:type="page"/>
      </w:r>
    </w:p>
    <w:p w:rsidR="00F91689" w:rsidRPr="00DA5AD5" w:rsidRDefault="00BC35B2">
      <w:pPr>
        <w:jc w:val="center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lastRenderedPageBreak/>
        <w:t xml:space="preserve">ส่วนที่ </w:t>
      </w:r>
      <w:r w:rsidRPr="00DA5AD5">
        <w:rPr>
          <w:rFonts w:ascii="TH SarabunPSK" w:hAnsi="TH SarabunPSK" w:cs="TH SarabunPSK"/>
          <w:b/>
          <w:color w:val="1F4E78"/>
          <w:szCs w:val="32"/>
        </w:rPr>
        <w:t>1</w:t>
      </w:r>
      <w:r w:rsidRPr="00DA5AD5">
        <w:rPr>
          <w:rFonts w:ascii="TH SarabunPSK" w:hAnsi="TH SarabunPSK" w:cs="TH SarabunPSK"/>
          <w:b/>
          <w:color w:val="1F4E78"/>
          <w:szCs w:val="32"/>
        </w:rPr>
        <w:br/>
      </w: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>กรอบการประเมินผลการปฏิบัติราชการ</w:t>
      </w:r>
    </w:p>
    <w:p w:rsidR="00F91689" w:rsidRPr="00DA5AD5" w:rsidRDefault="00BC35B2" w:rsidP="000028F9">
      <w:pPr>
        <w:jc w:val="thaiDistribute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t>มหาวิทยาลัยราช</w:t>
      </w:r>
      <w:proofErr w:type="spellStart"/>
      <w:r w:rsidRPr="00DA5AD5">
        <w:rPr>
          <w:rFonts w:ascii="TH SarabunPSK" w:hAnsi="TH SarabunPSK" w:cs="TH SarabunPSK"/>
          <w:szCs w:val="32"/>
          <w:cs/>
          <w:lang w:bidi="th-TH"/>
        </w:rPr>
        <w:t>ภัฏ</w:t>
      </w:r>
      <w:proofErr w:type="spellEnd"/>
      <w:r w:rsidRPr="00DA5AD5">
        <w:rPr>
          <w:rFonts w:ascii="TH SarabunPSK" w:hAnsi="TH SarabunPSK" w:cs="TH SarabunPSK"/>
          <w:szCs w:val="32"/>
          <w:cs/>
          <w:lang w:bidi="th-TH"/>
        </w:rPr>
        <w:t xml:space="preserve">สกลนคร ได้จัดทำแผนปฏิบัติราชการและงบประมาณรายจ่าย ประจำปีงบประมาณ </w:t>
      </w:r>
      <w:r w:rsidR="000028F9">
        <w:rPr>
          <w:rFonts w:ascii="TH SarabunPSK" w:hAnsi="TH SarabunPSK" w:cs="TH SarabunPSK"/>
          <w:szCs w:val="32"/>
          <w:cs/>
          <w:lang w:bidi="th-TH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พ.ศ. </w:t>
      </w:r>
      <w:r w:rsidRPr="00DA5AD5">
        <w:rPr>
          <w:rFonts w:ascii="TH SarabunPSK" w:hAnsi="TH SarabunPSK" w:cs="TH SarabunPSK"/>
          <w:szCs w:val="32"/>
        </w:rPr>
        <w:t xml:space="preserve">2570 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ขึ้นภายใต้กรอบแผนยุทธศาสตร์มหาวิทยาลัยราชภัฏสกลนคร ระยะ </w:t>
      </w:r>
      <w:r w:rsidRPr="00DA5AD5">
        <w:rPr>
          <w:rFonts w:ascii="TH SarabunPSK" w:hAnsi="TH SarabunPSK" w:cs="TH SarabunPSK"/>
          <w:szCs w:val="32"/>
        </w:rPr>
        <w:t xml:space="preserve">5 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ปี (พ.ศ. </w:t>
      </w:r>
      <w:r w:rsidRPr="00DA5AD5">
        <w:rPr>
          <w:rFonts w:ascii="TH SarabunPSK" w:hAnsi="TH SarabunPSK" w:cs="TH SarabunPSK"/>
          <w:szCs w:val="32"/>
        </w:rPr>
        <w:t xml:space="preserve">2566 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– </w:t>
      </w:r>
      <w:r w:rsidRPr="00DA5AD5">
        <w:rPr>
          <w:rFonts w:ascii="TH SarabunPSK" w:hAnsi="TH SarabunPSK" w:cs="TH SarabunPSK"/>
          <w:szCs w:val="32"/>
        </w:rPr>
        <w:t>2570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) </w:t>
      </w:r>
      <w:r w:rsidR="000028F9">
        <w:rPr>
          <w:rFonts w:ascii="TH SarabunPSK" w:hAnsi="TH SarabunPSK" w:cs="TH SarabunPSK"/>
          <w:szCs w:val="32"/>
          <w:cs/>
          <w:lang w:bidi="th-TH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โดยสำนักงานอธิการบดี เป็นหน่วยงานสนับสนุนหลักในการขับเคลื่อนภารกิจด้านการบริหารจัดการ ทรัพยากรบุคคล กิจการนักศึกษา และบริการวิชาการ เพื่อให้การติดตามและประเมินผลการปฏิบัติราชการของสำนักงานอธิการบดีเป็นไปอย่างมีประสิทธิภาพ โปร่งใส และตรวจสอบได้ จึงได้กำหนดกรอบการประเมินผลการปฏิบัติราชการ ประจำปีงบประมาณ พ.ศ. </w:t>
      </w:r>
      <w:r w:rsidRPr="00DA5AD5">
        <w:rPr>
          <w:rFonts w:ascii="TH SarabunPSK" w:hAnsi="TH SarabunPSK" w:cs="TH SarabunPSK"/>
          <w:szCs w:val="32"/>
        </w:rPr>
        <w:t xml:space="preserve">2570 </w:t>
      </w:r>
      <w:r w:rsidRPr="00DA5AD5">
        <w:rPr>
          <w:rFonts w:ascii="TH SarabunPSK" w:hAnsi="TH SarabunPSK" w:cs="TH SarabunPSK"/>
          <w:szCs w:val="32"/>
          <w:cs/>
          <w:lang w:bidi="th-TH"/>
        </w:rPr>
        <w:t>ดังนี้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color w:val="1F4E78"/>
          <w:szCs w:val="32"/>
        </w:rPr>
        <w:t>1</w:t>
      </w: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>.</w:t>
      </w:r>
      <w:r w:rsidRPr="00DA5AD5">
        <w:rPr>
          <w:rFonts w:ascii="TH SarabunPSK" w:hAnsi="TH SarabunPSK" w:cs="TH SarabunPSK"/>
          <w:b/>
          <w:color w:val="1F4E78"/>
          <w:szCs w:val="32"/>
        </w:rPr>
        <w:t xml:space="preserve">1 </w:t>
      </w: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ปฏิทินการประเมินผลการปฏิบัติราชการตามแผนปฏิบัติราชการและงบประมาณรายจ่าย สำนักงานอธิการบดี ประจำปีงบประมาณ พ.ศ. </w:t>
      </w:r>
      <w:r w:rsidRPr="00DA5AD5">
        <w:rPr>
          <w:rFonts w:ascii="TH SarabunPSK" w:hAnsi="TH SarabunPSK" w:cs="TH SarabunPSK"/>
          <w:b/>
          <w:color w:val="1F4E78"/>
          <w:szCs w:val="32"/>
        </w:rPr>
        <w:t>2570</w:t>
      </w:r>
    </w:p>
    <w:tbl>
      <w:tblPr>
        <w:tblW w:w="9238" w:type="dxa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1758"/>
        <w:gridCol w:w="2008"/>
      </w:tblGrid>
      <w:tr w:rsidR="00F91689" w:rsidRPr="00DA5AD5" w:rsidTr="00005EA0">
        <w:trPr>
          <w:jc w:val="center"/>
        </w:trPr>
        <w:tc>
          <w:tcPr>
            <w:tcW w:w="5472" w:type="dxa"/>
            <w:shd w:val="clear" w:color="auto" w:fill="1F4E78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758" w:type="dxa"/>
            <w:shd w:val="clear" w:color="auto" w:fill="1F4E78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วัน/เดือน/ปี</w:t>
            </w:r>
          </w:p>
        </w:tc>
        <w:tc>
          <w:tcPr>
            <w:tcW w:w="2008" w:type="dxa"/>
            <w:shd w:val="clear" w:color="auto" w:fill="1F4E78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กลุ่มเป้าหมาย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จัดประชุมถ่ายทอดตัวชี้วัดและจัดทำคำรับรองการปฏิบัติราชการ ประจำปีงบประมาณ พ.ศ.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ต.ค. </w:t>
            </w:r>
            <w:r w:rsidRPr="00DA5AD5">
              <w:rPr>
                <w:rFonts w:ascii="TH SarabunPSK" w:hAnsi="TH SarabunPSK" w:cs="TH SarabunPSK"/>
                <w:szCs w:val="32"/>
              </w:rPr>
              <w:t>2569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บุคลากรสำนักงานอธิการบดี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รายงานผลการดำเนินงานตามแผนปฏิบัติราชการและงบประมาณ ไตรมาส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(รอบ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เดือน)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5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ม.ค.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 / หัวหน้างาน / ผู้รับผิดชอบ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3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รายงานผลการดำเนินงานตามแผนปฏิบัติราชการและงบประมาณ ไตรมาส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(รอบ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6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เดือน)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5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เม.ย.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 / หัวหน้างาน / ผู้รับผิดชอบ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4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คณะกรรมการบริหารสำนักงานอธิการบดี รับทราบรายงานผลการดำเนินงาน รอบ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6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เดือน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เม.ย.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คณะกรรมการบริหาร สนอ.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5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รายงานผลการดำเนินงานตามแผนปฏิบัติราชการและงบประมาณ ไตรมาส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(รอบ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เดือน)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5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ก.ค.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 / หัวหน้างาน / ผู้รับผิดชอบ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6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รายงานผลการดำเนินงานตามแผนปฏิบัติราชการและงบประมาณ ไตรมาส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4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(รอบ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เดือน)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5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ต.ค.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 / หัวหน้างาน / ผู้รับผิดชอบ</w:t>
            </w:r>
          </w:p>
        </w:tc>
      </w:tr>
      <w:tr w:rsidR="00F91689" w:rsidRPr="00DA5AD5" w:rsidTr="00005EA0">
        <w:trPr>
          <w:jc w:val="center"/>
        </w:trPr>
        <w:tc>
          <w:tcPr>
            <w:tcW w:w="5472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7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 คณะกรรมการบริหารสำนักงานอธิการบดี รับทราบรายงานผลการดำเนินงาน รอบ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เดือน</w:t>
            </w:r>
          </w:p>
        </w:tc>
        <w:tc>
          <w:tcPr>
            <w:tcW w:w="1758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ต.ค.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</w:p>
        </w:tc>
        <w:tc>
          <w:tcPr>
            <w:tcW w:w="2008" w:type="dxa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คณะกรรมการบริหาร สนอ.</w:t>
            </w:r>
          </w:p>
        </w:tc>
      </w:tr>
    </w:tbl>
    <w:p w:rsidR="00F91689" w:rsidRDefault="00F91689">
      <w:pPr>
        <w:spacing w:before="240"/>
        <w:rPr>
          <w:rFonts w:ascii="TH SarabunPSK" w:hAnsi="TH SarabunPSK" w:cs="TH SarabunPSK"/>
          <w:szCs w:val="32"/>
        </w:rPr>
      </w:pPr>
    </w:p>
    <w:p w:rsidR="00005EA0" w:rsidRDefault="00005EA0">
      <w:pPr>
        <w:spacing w:before="240"/>
        <w:rPr>
          <w:rFonts w:ascii="TH SarabunPSK" w:hAnsi="TH SarabunPSK" w:cs="TH SarabunPSK"/>
          <w:szCs w:val="32"/>
        </w:rPr>
      </w:pPr>
    </w:p>
    <w:p w:rsidR="00005EA0" w:rsidRPr="00DA5AD5" w:rsidRDefault="00005EA0">
      <w:pPr>
        <w:spacing w:before="240"/>
        <w:rPr>
          <w:rFonts w:ascii="TH SarabunPSK" w:hAnsi="TH SarabunPSK" w:cs="TH SarabunPSK"/>
          <w:szCs w:val="32"/>
        </w:rPr>
      </w:pPr>
    </w:p>
    <w:p w:rsidR="00F91689" w:rsidRPr="00DA5AD5" w:rsidRDefault="00B61443" w:rsidP="00B61443">
      <w:pPr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noProof/>
          <w:color w:val="1F4E78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5072628</wp:posOffset>
                </wp:positionH>
                <wp:positionV relativeFrom="paragraph">
                  <wp:posOffset>-532544</wp:posOffset>
                </wp:positionV>
                <wp:extent cx="1224446" cy="294198"/>
                <wp:effectExtent l="0" t="0" r="13970" b="107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446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430C6" w:rsidRPr="00B61443" w:rsidRDefault="00A430C6" w:rsidP="00B614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lang w:bidi="th-TH"/>
                              </w:rPr>
                            </w:pPr>
                            <w:r w:rsidRPr="00B61443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  <w:lang w:bidi="th-TH"/>
                              </w:rPr>
                              <w:t>เอกสารแนบ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9.4pt;margin-top:-41.95pt;width:96.4pt;height:23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" fillcolor="white [3201]" strokeweight=".5pt">
                <v:textbox>
                  <w:txbxContent>
                    <w:p w:rsidR="00A430C6" w:rsidRPr="00B61443" w:rsidRDefault="00A430C6" w:rsidP="00B6144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lang w:bidi="th-TH"/>
                        </w:rPr>
                      </w:pPr>
                      <w:r w:rsidRPr="00B61443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  <w:lang w:bidi="th-TH"/>
                        </w:rPr>
                        <w:t>เอกสารแนบ</w:t>
                      </w:r>
                    </w:p>
                  </w:txbxContent>
                </v:textbox>
              </v:shape>
            </w:pict>
          </mc:Fallback>
        </mc:AlternateContent>
      </w:r>
      <w:r w:rsidR="00BC35B2"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ผู้จัดเก็บข้อมูล ผู้ดูแล/ดำเนินการ และผู้กำกับตัวชี้วัดของสำนักงานอธิการบดี </w:t>
      </w:r>
      <w:r w:rsidR="003E4C2D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br/>
      </w:r>
      <w:r w:rsidR="00BC35B2"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ประจำปีงบประมาณ พ.ศ. </w:t>
      </w:r>
      <w:r w:rsidR="00BC35B2" w:rsidRPr="00DA5AD5">
        <w:rPr>
          <w:rFonts w:ascii="TH SarabunPSK" w:hAnsi="TH SarabunPSK" w:cs="TH SarabunPSK"/>
          <w:b/>
          <w:color w:val="1F4E78"/>
          <w:szCs w:val="32"/>
        </w:rPr>
        <w:t xml:space="preserve">2570 </w:t>
      </w:r>
      <w:r w:rsidR="00BC35B2"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>(</w:t>
      </w:r>
      <w:r w:rsidR="00681682">
        <w:rPr>
          <w:rFonts w:ascii="TH SarabunPSK" w:hAnsi="TH SarabunPSK" w:cs="TH SarabunPSK" w:hint="cs"/>
          <w:b/>
          <w:bCs/>
          <w:color w:val="1F4E78"/>
          <w:szCs w:val="32"/>
          <w:cs/>
          <w:lang w:bidi="th-TH"/>
        </w:rPr>
        <w:t>จำนวน</w:t>
      </w:r>
      <w:r w:rsidR="00BC35B2"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 </w:t>
      </w:r>
      <w:r w:rsidR="00757098" w:rsidRPr="00757098">
        <w:rPr>
          <w:rFonts w:ascii="TH SarabunPSK" w:hAnsi="TH SarabunPSK" w:cs="TH SarabunPSK" w:hint="cs"/>
          <w:bCs/>
          <w:color w:val="1F4E78"/>
          <w:szCs w:val="32"/>
          <w:cs/>
          <w:lang w:bidi="th-TH"/>
        </w:rPr>
        <w:t>2</w:t>
      </w:r>
      <w:r w:rsidR="00917D73">
        <w:rPr>
          <w:rFonts w:ascii="TH SarabunPSK" w:hAnsi="TH SarabunPSK" w:cs="TH SarabunPSK" w:hint="cs"/>
          <w:bCs/>
          <w:color w:val="1F4E78"/>
          <w:szCs w:val="32"/>
          <w:cs/>
          <w:lang w:bidi="th-TH"/>
        </w:rPr>
        <w:t>8</w:t>
      </w:r>
      <w:r w:rsidR="00BC35B2" w:rsidRPr="00DA5AD5">
        <w:rPr>
          <w:rFonts w:ascii="TH SarabunPSK" w:hAnsi="TH SarabunPSK" w:cs="TH SarabunPSK"/>
          <w:b/>
          <w:color w:val="1F4E78"/>
          <w:szCs w:val="32"/>
        </w:rPr>
        <w:t xml:space="preserve"> </w:t>
      </w:r>
      <w:r w:rsidR="00BC35B2"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>ตัวชี้วัด)</w:t>
      </w:r>
    </w:p>
    <w:tbl>
      <w:tblPr>
        <w:tblW w:w="9781" w:type="dxa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806"/>
        <w:gridCol w:w="1575"/>
        <w:gridCol w:w="1297"/>
      </w:tblGrid>
      <w:tr w:rsidR="00681682" w:rsidRPr="00DA5AD5" w:rsidTr="007A2C12">
        <w:trPr>
          <w:tblHeader/>
          <w:jc w:val="center"/>
        </w:trPr>
        <w:tc>
          <w:tcPr>
            <w:tcW w:w="709" w:type="dxa"/>
            <w:shd w:val="clear" w:color="auto" w:fill="1F4E78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ที่</w:t>
            </w:r>
          </w:p>
        </w:tc>
        <w:tc>
          <w:tcPr>
            <w:tcW w:w="4394" w:type="dxa"/>
            <w:shd w:val="clear" w:color="auto" w:fill="1F4E78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/>
                <w:szCs w:val="32"/>
                <w:cs/>
                <w:lang w:bidi="th-TH"/>
              </w:rPr>
              <w:t>รหัสตัวชี้วัด/ชื่อ</w:t>
            </w: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1806" w:type="dxa"/>
            <w:shd w:val="clear" w:color="auto" w:fill="1F4E78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ผู้จัดเก็บข้อมูล</w:t>
            </w:r>
          </w:p>
        </w:tc>
        <w:tc>
          <w:tcPr>
            <w:tcW w:w="1575" w:type="dxa"/>
            <w:shd w:val="clear" w:color="auto" w:fill="1F4E78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ผู้ดูแล/ดำเนินการ</w:t>
            </w:r>
          </w:p>
        </w:tc>
        <w:tc>
          <w:tcPr>
            <w:tcW w:w="1297" w:type="dxa"/>
            <w:shd w:val="clear" w:color="auto" w:fill="1F4E78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FFFFFF"/>
                <w:szCs w:val="32"/>
                <w:cs/>
                <w:lang w:bidi="th-TH"/>
              </w:rPr>
              <w:t>ผู้กำกับ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S01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จำนวนชุมชนในพื้นที่บริการของมหาวิทยาลัย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ที่ได้รับการพัฒนาหรือแก้ไขปัญหาด้วยกระบวนการวิศวกรสังคม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ชุมชน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สงป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.)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10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ชุมชน)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ผอ.กองพัฒนานักศึกษา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</w:t>
            </w:r>
            <w:r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สำนักงานอธิการบดี   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S01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จำนวนนักศึกษาที่เข้าร่วมโครงการจิตอาสา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จิตสาธารณะ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คน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.)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300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คน)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ผอ.กองพัฒนานักศึกษา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</w:t>
            </w:r>
            <w:r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สำนักงานอธิการบดี   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3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S01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03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จำนวนเครือข่ายศิษย์เก่าระดับจังหวัดและระดับหลักสูตร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เครือข่ายระดับจังหวัด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เครือข่ายระดับหลักสูตร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.)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4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/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6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เครือข่าย)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ผอ.กองพัฒนานักศึกษา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</w:t>
            </w:r>
            <w:r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สำนักงานอธิการบดี   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4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S01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04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ร้อยละอาจารย์ประจำสถาบันที่มีคุณวุฒิปริญญาเอก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.)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48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งานบริหารบุคคลฯ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ผอ.กองกลาง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5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S03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ร้อยละโครงการหรือกิจกรรมที่บุคคล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ชุมชนหรือหน่วยงานทั้งภาครัฐและเอกชนในพื้นที่มีส่วนร่วมในโครงการหรือกิจกรรมเพื่อแก้ไข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ลดปัญหา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ส่งเสริมการเรียนรู้ของชุมชน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สังคม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การ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lastRenderedPageBreak/>
              <w:t>น้อมนำแนวพระราชดำริสู่การปฏิบัติ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กลุ่ม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3) (</w:t>
            </w:r>
            <w:r w:rsidRPr="00AA31DC">
              <w:rPr>
                <w:rFonts w:ascii="TH SarabunPSK" w:hAnsi="TH SarabunPSK" w:cs="TH SarabunPSK"/>
                <w:szCs w:val="32"/>
              </w:rPr>
              <w:t>Goal</w:t>
            </w:r>
            <w:r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5)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75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.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00</w:t>
            </w:r>
            <w:r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lastRenderedPageBreak/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5E643C" w:rsidRDefault="00681682" w:rsidP="007A2C12">
            <w:pPr>
              <w:rPr>
                <w:rFonts w:ascii="TH SarabunPSK" w:eastAsia="TH Sarabun PSK" w:hAnsi="TH SarabunPSK" w:cs="TH SarabunPSK"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>รองอธิการบดีด้านวางแผนฯ/รอง</w:t>
            </w: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lastRenderedPageBreak/>
              <w:t>อธิการบดีด้านวิจัยฯ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lastRenderedPageBreak/>
              <w:t>6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S03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950E6E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ร้อยละรายได้จากการบริการวิชาการและบริหารสินทรัพย์ที่เพิ่มขึ้น</w:t>
            </w:r>
            <w:r w:rsidRPr="00950E6E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950E6E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950E6E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950E6E">
              <w:rPr>
                <w:rFonts w:ascii="TH SarabunPSK" w:hAnsi="TH SarabunPSK" w:cs="TH SarabunPSK"/>
                <w:szCs w:val="32"/>
              </w:rPr>
              <w:t>Goal</w:t>
            </w:r>
            <w:r w:rsidRPr="00950E6E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3) </w:t>
            </w:r>
            <w:r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950E6E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10</w:t>
            </w:r>
            <w:r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7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ระดับคุณธรรมและความโปร่งใสในการดำเนินงาน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.)</w:t>
            </w:r>
            <w:r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br/>
            </w:r>
            <w:r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950E6E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95</w:t>
            </w:r>
            <w:r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นางเก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ลา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บารินท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ร์</w:t>
            </w:r>
            <w:proofErr w:type="spellEnd"/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8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ร้อยละจำนวนเงินทุน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เงินบริจาค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จากภาครัฐและเอกชนเพื่อพัฒนาชุมชนและสังคมในพื้นที่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กลุ่ม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3)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ค่าเป้าหมายร้อยละ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40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งาน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คลัง/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ฯ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ผอ.กองกลาง / 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9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03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/>
                <w:szCs w:val="32"/>
              </w:rPr>
              <w:t xml:space="preserve">Dashboard/BI (Business Intelligence)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เพื่อการบริหาร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ระบบ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/>
                <w:szCs w:val="32"/>
              </w:rPr>
              <w:t>Goal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7.1)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2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ระบบ)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0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04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จำนวนหน่วยงานที่มีการการบูรณาการข้อมูลร่วมกันภายในมหาวิทยาลัย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B02B20">
              <w:rPr>
                <w:rFonts w:ascii="TH SarabunPSK" w:hAnsi="TH SarabunPSK" w:cs="TH SarabunPSK"/>
                <w:szCs w:val="32"/>
              </w:rPr>
              <w:t>One Data)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หน่วยงาน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/>
                <w:szCs w:val="32"/>
              </w:rPr>
              <w:t>Goal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7.2)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5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หน่วยงาน)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1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05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ผลการประเมินคุณภาพการศึกษาตามเกณฑ์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proofErr w:type="spellStart"/>
            <w:r w:rsidRPr="00B02B20">
              <w:rPr>
                <w:rFonts w:ascii="TH SarabunPSK" w:hAnsi="TH SarabunPSK" w:cs="TH SarabunPSK"/>
                <w:szCs w:val="32"/>
              </w:rPr>
              <w:t>EdPEx</w:t>
            </w:r>
            <w:proofErr w:type="spellEnd"/>
            <w:r w:rsidRPr="00B02B20">
              <w:rPr>
                <w:rFonts w:ascii="TH SarabunPSK" w:hAnsi="TH SarabunPSK" w:cs="TH SarabunPSK"/>
                <w:szCs w:val="32"/>
              </w:rPr>
              <w:t xml:space="preserve">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คะแนน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.)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</w:rPr>
              <w:br/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ค่าเป้าหมาย</w:t>
            </w:r>
            <w:r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100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คะแนน)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น.ส.ชนก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ญา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ดา โคตรสาลี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2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06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ร้อยละบุคลากรสายสนับสนุนวิชาการที่ได้รับความก้าวหน้าตามสายงานประเภทวิชาชีพเฉพาะเชี่ยวชาญเฉพาะ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ค่าเป้าหมายร้อยละ 55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  <w:r w:rsidRPr="00B02B20">
              <w:rPr>
                <w:rFonts w:ascii="TH SarabunPSK" w:hAnsi="TH SarabunPSK" w:cs="TH SarabunPSK"/>
                <w:color w:val="00B050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.)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นางรัตติกร พรมคำ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งานบริหารบุคคลฯ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ผอ.กองกลาง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3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07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ร้อยละบุคลากรสายสนับสนุนวิชาการที่ได้รับการพัฒนาความรู้ความสามารถ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และทักษะเพื่อพัฒนาสมรรถนะตามสายงาน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.) 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B02B20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ค่าเป้าหมายร้อยละ </w:t>
            </w:r>
            <w:r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60</w:t>
            </w:r>
            <w:r w:rsidRPr="00B02B20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นางกานต์ชนก ปทุมเพชร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งานบริหารบุคคลฯ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ผอ.กองกลาง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lastRenderedPageBreak/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4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08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จำนวนระบบงานของมหาวิทยาลัยที่เชื่อมต่อกับศูนย์กลางบริหารดิจิทัล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B02B20">
              <w:rPr>
                <w:rFonts w:ascii="TH SarabunPSK" w:hAnsi="TH SarabunPSK" w:cs="TH SarabunPSK"/>
                <w:szCs w:val="32"/>
              </w:rPr>
              <w:t>Digital Management Hub) (</w:t>
            </w:r>
            <w:r w:rsidRPr="00B02B2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ระบบ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B02B20">
              <w:rPr>
                <w:rFonts w:ascii="TH SarabunPSK" w:hAnsi="TH SarabunPSK" w:cs="TH SarabunPSK"/>
                <w:szCs w:val="32"/>
              </w:rPr>
              <w:t>Goal</w:t>
            </w:r>
            <w:r w:rsidRPr="00B02B20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8.1)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976495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976495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ค่าเป้าหมาย 24</w:t>
            </w:r>
            <w:r w:rsidRPr="00976495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 </w:t>
            </w:r>
            <w:r w:rsidRPr="00976495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ระบบ)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ผอ.กองกลาง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ผอ.กองแผน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5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09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976495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จำนวนระบบดิจิทัลที่ส่วนราชการภายในมหาวิทยาลัยนำมาใช้ในงานประจำ</w:t>
            </w:r>
            <w:r w:rsidRPr="0097649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97649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976495">
              <w:rPr>
                <w:rFonts w:ascii="TH SarabunPSK" w:hAnsi="TH SarabunPSK" w:cs="TH SarabunPSK"/>
                <w:szCs w:val="32"/>
              </w:rPr>
              <w:t>e-service) (</w:t>
            </w:r>
            <w:r w:rsidRPr="00976495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ระบบ</w:t>
            </w:r>
            <w:r w:rsidRPr="00976495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976495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Pr="0097649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.)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976495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976495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>ค่าเป้าหมาย 24</w:t>
            </w:r>
            <w:r w:rsidRPr="00976495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 </w:t>
            </w:r>
            <w:r w:rsidRPr="00976495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ระบบ)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ผอ.กองกลาง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ผอ.กองแผน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6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10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474914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ระะดับความพึงพอใจของผู้ใช้บริการต่อระบบดิจิทัลที่นำมาใช้ในงานประจำ</w:t>
            </w:r>
            <w:r w:rsidRPr="00474914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Pr="00474914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Pr="00474914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Pr="00474914">
              <w:rPr>
                <w:rFonts w:ascii="TH SarabunPSK" w:hAnsi="TH SarabunPSK" w:cs="TH SarabunPSK"/>
                <w:szCs w:val="32"/>
              </w:rPr>
              <w:t>Goal</w:t>
            </w:r>
            <w:r w:rsidRPr="00474914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8.2) 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Pr="00F73EFB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ค่าเป้าหมายร้อยละ 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85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ผอ.กองกลาง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ผอ.กองแผน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7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11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ผลการจัดอันดับ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THE Impact Rankings 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 xml:space="preserve">(อันดับ 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1001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-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1500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ดร.วน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ัช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พร นามหงษา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8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U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S05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12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ผลการจัดอันดับ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UI Green Metric 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 xml:space="preserve">(อันดับ 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901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-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1000</w:t>
            </w:r>
            <w:r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ดร.วน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ัช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พร นามหงษา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19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5506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SM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8213C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ร้อยละของกระบวนการปฏิบัติงานที่ได้รับการปรับปรุงให้มีประสิทธิภาพ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20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น.ส.ชนก</w:t>
            </w:r>
            <w:proofErr w:type="spellStart"/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ญา</w:t>
            </w:r>
            <w:proofErr w:type="spellEnd"/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ดา โคตรสาลี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ผอ.กองทุกกอง / หัวหน้างาน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0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5506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SM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7444D4">
              <w:rPr>
                <w:rStyle w:val="af9"/>
                <w:rFonts w:ascii="TH SarabunPSK" w:hAnsi="TH SarabunPSK" w:cs="TH SarabunPSK"/>
                <w:b w:val="0"/>
                <w:bCs w:val="0"/>
                <w:szCs w:val="32"/>
                <w:cs/>
              </w:rPr>
              <w:t>ร้อยละการเบิกจ่ายงบประมาณโครงการของสำนักงานอธิการบดี</w:t>
            </w:r>
            <w:r>
              <w:rPr>
                <w:rStyle w:val="af9"/>
                <w:rFonts w:ascii="Leelawadee UI" w:hAnsi="Leelawadee UI" w:cs="Leelawadee UI" w:hint="cs"/>
                <w:cs/>
                <w:lang w:bidi="th-TH"/>
              </w:rPr>
              <w:t xml:space="preserve">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80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นายภา</w:t>
            </w:r>
            <w:proofErr w:type="spellStart"/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นุวัฒิ</w:t>
            </w:r>
            <w:proofErr w:type="spellEnd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ศักดิ์ดา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หัวหน้างานแผนและงบประมาณ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ผอ.กองนโยบายและแผน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1</w:t>
            </w:r>
          </w:p>
        </w:tc>
        <w:tc>
          <w:tcPr>
            <w:tcW w:w="4394" w:type="dxa"/>
          </w:tcPr>
          <w:p w:rsidR="00681682" w:rsidRPr="00757098" w:rsidRDefault="00681682" w:rsidP="007A2C12">
            <w:pPr>
              <w:rPr>
                <w:rFonts w:ascii="TH SarabunPSK" w:hAnsi="TH SarabunPSK" w:cs="TH SarabunPSK" w:hint="cs"/>
                <w:color w:val="000000" w:themeColor="text1"/>
                <w:szCs w:val="32"/>
                <w:lang w:bidi="th-TH"/>
              </w:rPr>
            </w:pPr>
            <w:r w:rsidRPr="0075709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OP</w:t>
            </w:r>
            <w:r w:rsidRPr="0075709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  <w:lang w:bidi="th-TH"/>
              </w:rPr>
              <w:t>-</w:t>
            </w:r>
            <w:r w:rsidRPr="0075709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SM</w:t>
            </w:r>
            <w:r w:rsidRPr="0075709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  <w:lang w:bidi="th-TH"/>
              </w:rPr>
              <w:t>-</w:t>
            </w:r>
            <w:r w:rsidRPr="0075709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03</w:t>
            </w:r>
            <w:r w:rsidRPr="00757098">
              <w:rPr>
                <w:rFonts w:ascii="TH SarabunPSK" w:hAnsi="TH SarabunPSK" w:cs="TH SarabunPSK"/>
                <w:color w:val="000000" w:themeColor="text1"/>
                <w:szCs w:val="32"/>
                <w:cs/>
                <w:lang w:bidi="th-TH"/>
              </w:rPr>
              <w:t xml:space="preserve"> </w:t>
            </w:r>
            <w:r w:rsidRPr="0075709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จำนวนผลงานวิจัยที่นำไปใช้ประโยชน์ในการพัฒนางานของสำนักงานอธิการบดี</w:t>
            </w:r>
            <w:r w:rsidRPr="00757098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 xml:space="preserve"> </w:t>
            </w:r>
            <w:r w:rsidRPr="00757098">
              <w:rPr>
                <w:rFonts w:ascii="TH SarabunPSK" w:hAnsi="TH SarabunPSK" w:cs="TH SarabunPSK"/>
                <w:color w:val="000000" w:themeColor="text1"/>
                <w:szCs w:val="32"/>
                <w:cs/>
                <w:lang w:bidi="th-TH"/>
              </w:rPr>
              <w:br/>
            </w:r>
            <w:r w:rsidRPr="00757098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(ไม่น้อยกว่า 3 ผลงาน)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 xml:space="preserve"> </w:t>
            </w:r>
            <w:r w:rsidRPr="008C694C">
              <w:rPr>
                <w:rFonts w:ascii="TH SarabunPSK" w:hAnsi="TH SarabunPSK" w:cs="TH SarabunPSK" w:hint="cs"/>
                <w:color w:val="FF0000"/>
                <w:szCs w:val="32"/>
                <w:cs/>
                <w:lang w:bidi="th-TH"/>
              </w:rPr>
              <w:t>(ตัวชี้วัดใหม่)</w:t>
            </w:r>
          </w:p>
        </w:tc>
        <w:tc>
          <w:tcPr>
            <w:tcW w:w="1806" w:type="dxa"/>
          </w:tcPr>
          <w:p w:rsidR="00681682" w:rsidRPr="00757098" w:rsidRDefault="00681682" w:rsidP="007A2C12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lang w:bidi="th-TH"/>
              </w:rPr>
            </w:pPr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1. น.ส.ชนก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ญา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ดา โคตรสาลี</w:t>
            </w:r>
            <w:r w:rsidRPr="00757098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  <w:lang w:bidi="th-TH"/>
              </w:rPr>
              <w:br/>
            </w:r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2. น.ส.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ชัญญา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นุชพ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สิษฐ์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 xml:space="preserve"> ประชาริโก</w:t>
            </w:r>
            <w:r w:rsidRPr="00757098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  <w:lang w:bidi="th-TH"/>
              </w:rPr>
              <w:br/>
            </w:r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3. นายภา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นุวัฒิ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 xml:space="preserve"> ศักดิ์ดา</w:t>
            </w:r>
          </w:p>
          <w:p w:rsidR="00681682" w:rsidRPr="00757098" w:rsidRDefault="00681682" w:rsidP="007A2C12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lang w:bidi="th-TH"/>
              </w:rPr>
            </w:pPr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4. น.ส.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สุท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ราภรณ์ ตาลกุล</w:t>
            </w:r>
          </w:p>
          <w:p w:rsidR="00681682" w:rsidRPr="00757098" w:rsidRDefault="00681682" w:rsidP="007A2C12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lang w:bidi="th-TH"/>
              </w:rPr>
            </w:pPr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 xml:space="preserve">5. น.ส.จันทร์จิรา 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สุว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รณการี</w:t>
            </w:r>
            <w:proofErr w:type="spellStart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ย์</w:t>
            </w:r>
            <w:proofErr w:type="spellEnd"/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กุล</w:t>
            </w:r>
          </w:p>
          <w:p w:rsidR="00681682" w:rsidRPr="00757098" w:rsidRDefault="00681682" w:rsidP="007A2C12">
            <w:pP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lang w:bidi="th-TH"/>
              </w:rPr>
            </w:pPr>
            <w:r w:rsidRPr="00757098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  <w:lang w:bidi="th-TH"/>
              </w:rPr>
              <w:t>6. น.ส.จีรนันท์ ปิดรัมย์</w:t>
            </w:r>
          </w:p>
        </w:tc>
        <w:tc>
          <w:tcPr>
            <w:tcW w:w="1575" w:type="dxa"/>
          </w:tcPr>
          <w:p w:rsidR="00681682" w:rsidRPr="00757098" w:rsidRDefault="00681682" w:rsidP="007A2C12">
            <w:pPr>
              <w:rPr>
                <w:rFonts w:ascii="TH SarabunPSK" w:hAnsi="TH SarabunPSK" w:cs="TH SarabunPSK"/>
                <w:color w:val="000000" w:themeColor="text1"/>
                <w:szCs w:val="32"/>
                <w:lang w:bidi="th-TH"/>
              </w:rPr>
            </w:pPr>
            <w:r w:rsidRPr="00757098">
              <w:rPr>
                <w:rFonts w:ascii="TH SarabunPSK" w:hAnsi="TH SarabunPSK" w:cs="TH SarabunPSK"/>
                <w:color w:val="000000" w:themeColor="text1"/>
                <w:szCs w:val="32"/>
                <w:cs/>
                <w:lang w:bidi="th-TH"/>
              </w:rPr>
              <w:t>ผอ.กองกลาง</w:t>
            </w:r>
          </w:p>
          <w:p w:rsidR="00681682" w:rsidRPr="00757098" w:rsidRDefault="00681682" w:rsidP="007A2C12">
            <w:pPr>
              <w:rPr>
                <w:rFonts w:ascii="TH SarabunPSK" w:hAnsi="TH SarabunPSK" w:cs="TH SarabunPSK" w:hint="cs"/>
                <w:color w:val="000000" w:themeColor="text1"/>
                <w:szCs w:val="32"/>
              </w:rPr>
            </w:pPr>
            <w:r w:rsidRPr="00757098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ผอ.กองแผน</w:t>
            </w:r>
          </w:p>
        </w:tc>
        <w:tc>
          <w:tcPr>
            <w:tcW w:w="1297" w:type="dxa"/>
          </w:tcPr>
          <w:p w:rsidR="00681682" w:rsidRPr="00757098" w:rsidRDefault="00681682" w:rsidP="007A2C12">
            <w:pPr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57098">
              <w:rPr>
                <w:rFonts w:ascii="TH SarabunPSK" w:hAnsi="TH SarabunPSK" w:cs="TH SarabunPSK"/>
                <w:color w:val="000000" w:themeColor="text1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lastRenderedPageBreak/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2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623F91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SM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04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22373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ค่าเฉลี่ยความพึงพอใจของผู้รับบริการต่อการให้บริการของสำนักงานอธิการบดี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ค่าเฉลี่ย </w:t>
            </w:r>
            <w:r w:rsidRPr="00DA5AD5">
              <w:rPr>
                <w:rFonts w:ascii="TH SarabunPSK" w:hAnsi="TH SarabunPSK" w:cs="TH SarabunPSK"/>
                <w:szCs w:val="32"/>
              </w:rPr>
              <w:t>4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>80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  <w:r w:rsidRPr="00DE4EFD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DE4EFD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ผอ.กองกลาง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ผอ.กองแผน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3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623F91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SM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05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223730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จำนวนนวัตกรรมและเทคโนโลยีที่นำมาใช้ในการบริหารจัดการ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จำนวน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ระบบ)</w:t>
            </w:r>
          </w:p>
        </w:tc>
        <w:tc>
          <w:tcPr>
            <w:tcW w:w="1806" w:type="dxa"/>
          </w:tcPr>
          <w:p w:rsidR="00681682" w:rsidRDefault="00681682" w:rsidP="007A2C12">
            <w:pPr>
              <w:rPr>
                <w:rFonts w:ascii="TH SarabunPSK" w:hAnsi="TH SarabunPSK" w:cs="TH SarabunPSK"/>
                <w:color w:val="FF0000"/>
                <w:sz w:val="24"/>
                <w:szCs w:val="24"/>
                <w:lang w:bidi="th-TH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br/>
            </w: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ผอ.กองกลาง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ผอ.กองแผน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ผอ.กอง</w:t>
            </w:r>
            <w:proofErr w:type="spellStart"/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พัฒ</w:t>
            </w:r>
            <w:proofErr w:type="spellEnd"/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4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623F91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01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FB3E76">
              <w:rPr>
                <w:rStyle w:val="af9"/>
                <w:rFonts w:ascii="TH SarabunPSK" w:hAnsi="TH SarabunPSK" w:cs="TH SarabunPSK"/>
                <w:b w:val="0"/>
                <w:bCs w:val="0"/>
                <w:sz w:val="44"/>
                <w:szCs w:val="32"/>
                <w:cs/>
              </w:rPr>
              <w:t>ร้อยละของบุคลากรสำนักงานอธิการบดีที่นำความรู้หรือทักษะที่ได้รับการพัฒนาไปใช้ในการปฏิบัติงานจริง</w:t>
            </w:r>
            <w:r w:rsidRPr="00FB3E76">
              <w:rPr>
                <w:rStyle w:val="af9"/>
                <w:rFonts w:ascii="TH SarabunPSK" w:hAnsi="TH SarabunPSK" w:cs="TH SarabunPSK"/>
                <w:b w:val="0"/>
                <w:bCs w:val="0"/>
                <w:sz w:val="44"/>
                <w:szCs w:val="32"/>
                <w:cs/>
                <w:lang w:bidi="th-TH"/>
              </w:rPr>
              <w:t xml:space="preserve">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 80)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งานบริหารบุคคลฯ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ผอ.กองกลาง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5</w:t>
            </w:r>
          </w:p>
        </w:tc>
        <w:tc>
          <w:tcPr>
            <w:tcW w:w="4394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623F91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SP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3D5996">
              <w:rPr>
                <w:rFonts w:ascii="TH SarabunPSK" w:hAnsi="TH SarabunPSK" w:cs="TH SarabunPSK"/>
                <w:b/>
                <w:bCs/>
                <w:szCs w:val="32"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555BB8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ร้อยละความพึงพอใจและความผูกพันของบุคลากรสำนักงานอธิการบดีที่มีต่อองค์กร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 80)</w:t>
            </w:r>
          </w:p>
        </w:tc>
        <w:tc>
          <w:tcPr>
            <w:tcW w:w="1806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AA31DC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งานบริหารบุคคลฯ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ผอ.กองกลาง</w:t>
            </w:r>
          </w:p>
        </w:tc>
        <w:tc>
          <w:tcPr>
            <w:tcW w:w="1297" w:type="dxa"/>
          </w:tcPr>
          <w:p w:rsidR="00681682" w:rsidRPr="00DA5AD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26</w:t>
            </w:r>
          </w:p>
        </w:tc>
        <w:tc>
          <w:tcPr>
            <w:tcW w:w="4394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</w:rPr>
              <w:t>SP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</w:rPr>
              <w:t>0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3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Pr="00407BC5">
              <w:rPr>
                <w:rFonts w:ascii="TH SarabunPSK" w:hAnsi="TH SarabunPSK" w:cs="TH SarabunPSK"/>
                <w:szCs w:val="32"/>
                <w:cs/>
              </w:rPr>
              <w:t>จำนวนองค์ความรู้ที่ผ่านการจัดการความรู้และนำไปใช้ปรับปรุงกระบวนการทำงานของสำนักงานอธิการบดี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(3</w:t>
            </w:r>
            <w:r w:rsidRPr="00407BC5">
              <w:rPr>
                <w:rFonts w:ascii="TH SarabunPSK" w:hAnsi="TH SarabunPSK" w:cs="TH SarabunPSK"/>
                <w:szCs w:val="32"/>
              </w:rPr>
              <w:t xml:space="preserve"> 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องค์ความรู้)</w:t>
            </w:r>
          </w:p>
        </w:tc>
        <w:tc>
          <w:tcPr>
            <w:tcW w:w="1806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น.ส.ชนก</w:t>
            </w:r>
            <w:proofErr w:type="spellStart"/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ญา</w:t>
            </w:r>
            <w:proofErr w:type="spellEnd"/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ดา โคตรสาลี</w:t>
            </w:r>
          </w:p>
        </w:tc>
        <w:tc>
          <w:tcPr>
            <w:tcW w:w="1575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นโยบายและแผน</w:t>
            </w:r>
          </w:p>
        </w:tc>
        <w:tc>
          <w:tcPr>
            <w:tcW w:w="1297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ผู้อำนวยการ สนอ.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27</w:t>
            </w:r>
          </w:p>
        </w:tc>
        <w:tc>
          <w:tcPr>
            <w:tcW w:w="4394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  <w:lang w:bidi="th-TH"/>
              </w:rPr>
            </w:pPr>
            <w:r w:rsidRPr="00407BC5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</w:rPr>
              <w:t>SS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</w:rPr>
              <w:t>0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1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 </w:t>
            </w:r>
            <w:r w:rsidRPr="005C237E">
              <w:rPr>
                <w:rFonts w:ascii="TH SarabunPSK" w:hAnsi="TH SarabunPSK" w:cs="TH SarabunPSK"/>
                <w:strike/>
                <w:szCs w:val="32"/>
                <w:cs/>
                <w:lang w:bidi="th-TH"/>
              </w:rPr>
              <w:t>ระดับความสำเร็จพัฒนานักศึกษา</w:t>
            </w:r>
            <w:proofErr w:type="spellStart"/>
            <w:r w:rsidRPr="005C237E">
              <w:rPr>
                <w:rFonts w:ascii="TH SarabunPSK" w:hAnsi="TH SarabunPSK" w:cs="TH SarabunPSK"/>
                <w:strike/>
                <w:szCs w:val="32"/>
                <w:cs/>
                <w:lang w:bidi="th-TH"/>
              </w:rPr>
              <w:t>อัต</w:t>
            </w:r>
            <w:proofErr w:type="spellEnd"/>
            <w:r w:rsidRPr="005C237E">
              <w:rPr>
                <w:rFonts w:ascii="TH SarabunPSK" w:hAnsi="TH SarabunPSK" w:cs="TH SarabunPSK"/>
                <w:strike/>
                <w:szCs w:val="32"/>
                <w:cs/>
                <w:lang w:bidi="th-TH"/>
              </w:rPr>
              <w:t>ลักษณ์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Pr="00407BC5">
              <w:rPr>
                <w:rFonts w:ascii="TH SarabunPSK" w:hAnsi="TH SarabunPSK" w:cs="TH SarabunPSK"/>
                <w:szCs w:val="32"/>
                <w:cs/>
              </w:rPr>
              <w:t>ระดับความสำเร็จของระบบพัฒนานักศึกษาตามอัตลักษณ์ของมหาวิทยาลัย”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  <w:t xml:space="preserve">(ระดับ </w:t>
            </w:r>
            <w:r w:rsidRPr="00407BC5">
              <w:rPr>
                <w:rFonts w:ascii="TH SarabunPSK" w:hAnsi="TH SarabunPSK" w:cs="TH SarabunPSK"/>
                <w:szCs w:val="32"/>
              </w:rPr>
              <w:t>5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  <w:tc>
          <w:tcPr>
            <w:tcW w:w="1806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ผอ.กองพัฒนานักศึกษา</w:t>
            </w:r>
          </w:p>
        </w:tc>
        <w:tc>
          <w:tcPr>
            <w:tcW w:w="1297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</w:t>
            </w:r>
            <w:r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สำนักงานอธิการบดี   </w:t>
            </w:r>
          </w:p>
        </w:tc>
      </w:tr>
      <w:tr w:rsidR="00681682" w:rsidRPr="00DA5AD5" w:rsidTr="007A2C12">
        <w:trPr>
          <w:jc w:val="center"/>
        </w:trPr>
        <w:tc>
          <w:tcPr>
            <w:tcW w:w="709" w:type="dxa"/>
          </w:tcPr>
          <w:p w:rsidR="00681682" w:rsidRPr="00DA5AD5" w:rsidRDefault="00681682" w:rsidP="007A2C12">
            <w:pPr>
              <w:jc w:val="center"/>
              <w:rPr>
                <w:rFonts w:ascii="TH SarabunPSK" w:hAnsi="TH SarabunPSK" w:cs="TH SarabunPSK" w:hint="cs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28</w:t>
            </w:r>
          </w:p>
        </w:tc>
        <w:tc>
          <w:tcPr>
            <w:tcW w:w="4394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b/>
                <w:bCs/>
                <w:szCs w:val="32"/>
                <w:lang w:bidi="th-TH"/>
              </w:rPr>
            </w:pPr>
            <w:r w:rsidRPr="00407BC5">
              <w:rPr>
                <w:rFonts w:ascii="TH SarabunPSK" w:hAnsi="TH SarabunPSK" w:cs="TH SarabunPSK"/>
                <w:b/>
                <w:bCs/>
                <w:color w:val="0070C0"/>
                <w:szCs w:val="32"/>
              </w:rPr>
              <w:t>OP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</w:rPr>
              <w:t>SS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</w:rPr>
              <w:t>0</w:t>
            </w:r>
            <w:r w:rsidRPr="00407BC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2</w:t>
            </w: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trike/>
                <w:szCs w:val="32"/>
                <w:cs/>
                <w:lang w:bidi="th-TH"/>
              </w:rPr>
              <w:t>ร้อยละนักศึกษาที่มีทักษะวิศวกรสังคม</w:t>
            </w:r>
            <w:r w:rsidRPr="00407BC5">
              <w:rPr>
                <w:rStyle w:val="af9"/>
                <w:rFonts w:ascii="TH SarabunPSK" w:hAnsi="TH SarabunPSK" w:cs="TH SarabunPSK"/>
                <w:b w:val="0"/>
                <w:bCs w:val="0"/>
                <w:szCs w:val="32"/>
                <w:cs/>
              </w:rPr>
              <w:t>ร้อยละของนักศึกษากลุ่มเป้าหมายที่ผ่านเกณฑ์การประเมินทักษะวิศวกรสังคมจากการปฏิบัติจริง</w:t>
            </w:r>
            <w:r w:rsidRPr="00407BC5">
              <w:rPr>
                <w:rStyle w:val="af9"/>
                <w:rFonts w:ascii="TH SarabunPSK" w:hAnsi="TH SarabunPSK" w:cs="TH SarabunPSK"/>
                <w:b w:val="0"/>
                <w:bCs w:val="0"/>
                <w:szCs w:val="32"/>
                <w:cs/>
                <w:lang w:bidi="th-TH"/>
              </w:rPr>
              <w:t xml:space="preserve"> (ร้อยละ 80)</w:t>
            </w:r>
          </w:p>
        </w:tc>
        <w:tc>
          <w:tcPr>
            <w:tcW w:w="1806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color w:val="FF0000"/>
                <w:sz w:val="24"/>
                <w:szCs w:val="24"/>
                <w:cs/>
                <w:lang w:bidi="th-TH"/>
              </w:rPr>
              <w:t>.....(ระบุชื่อ-สกุล)..........</w:t>
            </w:r>
          </w:p>
        </w:tc>
        <w:tc>
          <w:tcPr>
            <w:tcW w:w="1575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407BC5">
              <w:rPr>
                <w:rFonts w:ascii="TH SarabunPSK" w:hAnsi="TH SarabunPSK" w:cs="TH SarabunPSK"/>
                <w:szCs w:val="32"/>
                <w:cs/>
                <w:lang w:bidi="th-TH"/>
              </w:rPr>
              <w:t>ผอ.กองพัฒนานักศึกษา</w:t>
            </w:r>
          </w:p>
        </w:tc>
        <w:tc>
          <w:tcPr>
            <w:tcW w:w="1297" w:type="dxa"/>
          </w:tcPr>
          <w:p w:rsidR="00681682" w:rsidRPr="00407BC5" w:rsidRDefault="00681682" w:rsidP="007A2C12">
            <w:pPr>
              <w:rPr>
                <w:rFonts w:ascii="TH SarabunPSK" w:hAnsi="TH SarabunPSK" w:cs="TH SarabunPSK"/>
                <w:szCs w:val="32"/>
              </w:rPr>
            </w:pP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</w:t>
            </w:r>
            <w:r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สำนักงานอธิการบดี   </w:t>
            </w:r>
          </w:p>
        </w:tc>
      </w:tr>
    </w:tbl>
    <w:p w:rsidR="00F91689" w:rsidRPr="00DA5AD5" w:rsidRDefault="00F91689" w:rsidP="00681682">
      <w:pPr>
        <w:jc w:val="both"/>
        <w:rPr>
          <w:rFonts w:ascii="TH SarabunPSK" w:hAnsi="TH SarabunPSK" w:cs="TH SarabunPSK" w:hint="cs"/>
          <w:szCs w:val="32"/>
        </w:rPr>
      </w:pPr>
      <w:bookmarkStart w:id="0" w:name="_GoBack"/>
      <w:bookmarkEnd w:id="0"/>
    </w:p>
    <w:p w:rsidR="00F91689" w:rsidRPr="005262BD" w:rsidRDefault="00BC35B2">
      <w:pPr>
        <w:jc w:val="center"/>
        <w:rPr>
          <w:rFonts w:ascii="TH SarabunPSK" w:hAnsi="TH SarabunPSK" w:cs="TH SarabunPSK"/>
          <w:sz w:val="12"/>
          <w:szCs w:val="12"/>
        </w:rPr>
      </w:pP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ส่วนที่ </w:t>
      </w:r>
      <w:r w:rsidRPr="00DA5AD5">
        <w:rPr>
          <w:rFonts w:ascii="TH SarabunPSK" w:hAnsi="TH SarabunPSK" w:cs="TH SarabunPSK"/>
          <w:b/>
          <w:color w:val="1F4E78"/>
          <w:szCs w:val="32"/>
        </w:rPr>
        <w:t>2</w:t>
      </w:r>
      <w:r w:rsidRPr="00DA5AD5">
        <w:rPr>
          <w:rFonts w:ascii="TH SarabunPSK" w:hAnsi="TH SarabunPSK" w:cs="TH SarabunPSK"/>
          <w:b/>
          <w:color w:val="1F4E78"/>
          <w:szCs w:val="32"/>
        </w:rPr>
        <w:br/>
      </w: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>รายละเอียดตัวชี้วัดตามแผนปฏิบัติราชการและงบประมาณรายจ่ายของสำนักงานอธิการบดี</w:t>
      </w:r>
      <w:r w:rsidRPr="00DA5AD5">
        <w:rPr>
          <w:rFonts w:ascii="TH SarabunPSK" w:hAnsi="TH SarabunPSK" w:cs="TH SarabunPSK"/>
          <w:b/>
          <w:color w:val="1F4E78"/>
          <w:szCs w:val="32"/>
        </w:rPr>
        <w:br/>
      </w: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ประจำปีงบประมาณ พ.ศ. </w:t>
      </w:r>
      <w:r w:rsidRPr="00DA5AD5">
        <w:rPr>
          <w:rFonts w:ascii="TH SarabunPSK" w:hAnsi="TH SarabunPSK" w:cs="TH SarabunPSK"/>
          <w:b/>
          <w:color w:val="1F4E78"/>
          <w:szCs w:val="32"/>
        </w:rPr>
        <w:t>2570</w:t>
      </w:r>
      <w:r w:rsidRPr="00DA5AD5">
        <w:rPr>
          <w:rFonts w:ascii="TH SarabunPSK" w:hAnsi="TH SarabunPSK" w:cs="TH SarabunPSK"/>
          <w:b/>
          <w:color w:val="1F4E78"/>
          <w:szCs w:val="32"/>
        </w:rPr>
        <w:br/>
      </w:r>
    </w:p>
    <w:tbl>
      <w:tblPr>
        <w:tblW w:w="0" w:type="auto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 w:hint="cs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1  </w:t>
            </w:r>
            <w:r w:rsidR="00003EE6" w:rsidRPr="00003EE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จำนวนชุมชนในพื้นที่บริการของมหาวิทยาลัย</w:t>
            </w:r>
            <w:r w:rsidR="00003EE6" w:rsidRPr="00003EE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003EE6" w:rsidRPr="00003EE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ที่ได้รับการพัฒนาหรือแก้ไขปัญหาด้วยกระบวนการวิศวกรสังคม</w:t>
            </w:r>
            <w:r w:rsidR="00003EE6" w:rsidRPr="00003EE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003EE6" w:rsidRPr="00003EE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ชุมชน</w:t>
            </w:r>
            <w:r w:rsidR="00003EE6" w:rsidRPr="00003EE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003EE6" w:rsidRPr="00003EE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สงป</w:t>
            </w:r>
            <w:r w:rsidR="00003EE6" w:rsidRPr="00003EE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.)</w:t>
            </w:r>
            <w:r w:rsid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br/>
            </w:r>
            <w:r w:rsidR="00B7442B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B7442B"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="00B7442B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10 </w:t>
            </w:r>
            <w:r w:rsidR="00B7442B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ชุมชน)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ชุมชน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="005262BD">
              <w:rPr>
                <w:rFonts w:ascii="TH SarabunPSK" w:hAnsi="TH SarabunPSK" w:cs="TH SarabunPSK"/>
                <w:szCs w:val="32"/>
                <w:rtl/>
                <w:cs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>
        <w:trPr>
          <w:jc w:val="center"/>
        </w:trPr>
        <w:tc>
          <w:tcPr>
            <w:tcW w:w="9028" w:type="dxa"/>
            <w:gridSpan w:val="2"/>
          </w:tcPr>
          <w:p w:rsidR="005262BD" w:rsidRDefault="00BC35B2">
            <w:pPr>
              <w:rPr>
                <w:rFonts w:ascii="TH SarabunPSK" w:hAnsi="TH SarabunPSK" w:cs="TH SarabunPSK"/>
                <w:color w:val="002060"/>
                <w:szCs w:val="32"/>
                <w:lang w:bidi="th-TH"/>
              </w:rPr>
            </w:pPr>
            <w:r w:rsidRPr="005262BD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ผู้อำนวยการสำนักงานอธิการบดี   </w:t>
            </w:r>
            <w:r w:rsidR="0004679B">
              <w:rPr>
                <w:rFonts w:ascii="TH SarabunPSK" w:hAnsi="TH SarabunPSK" w:cs="TH SarabunPSK"/>
                <w:color w:val="002060"/>
                <w:szCs w:val="32"/>
                <w:lang w:bidi="th-TH"/>
              </w:rPr>
              <w:br/>
            </w: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ผู้ดูแล/ผู้ดำเนินการ :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 ผู้อำนวยการกองพัฒนานักศึกษา</w:t>
            </w:r>
            <w:r w:rsidRPr="005262BD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5262BD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5262BD" w:rsidRPr="005262BD">
              <w:rPr>
                <w:rFonts w:ascii="TH SarabunPSK" w:hAnsi="TH SarabunPSK" w:cs="TH SarabunPSK" w:hint="cs"/>
                <w:color w:val="FF0000"/>
                <w:szCs w:val="32"/>
                <w:cs/>
                <w:lang w:bidi="th-TH"/>
              </w:rPr>
              <w:t>................................................................................</w:t>
            </w:r>
            <w:r w:rsidRPr="005262BD">
              <w:rPr>
                <w:rFonts w:ascii="TH SarabunPSK" w:hAnsi="TH SarabunPSK" w:cs="TH SarabunPSK"/>
                <w:color w:val="FF0000"/>
                <w:szCs w:val="32"/>
                <w:cs/>
                <w:lang w:bidi="th-TH"/>
              </w:rPr>
              <w:t xml:space="preserve">   </w:t>
            </w:r>
          </w:p>
          <w:p w:rsidR="00F91689" w:rsidRPr="00DA5AD5" w:rsidRDefault="00BC35B2" w:rsidP="00D739BB">
            <w:pPr>
              <w:rPr>
                <w:rFonts w:ascii="TH SarabunPSK" w:hAnsi="TH SarabunPSK" w:cs="TH SarabunPSK"/>
                <w:szCs w:val="32"/>
              </w:rPr>
            </w:pP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[รหัส</w:t>
            </w:r>
            <w:r w:rsidR="005262BD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 xml:space="preserve">ตัวชี้วัด </w:t>
            </w:r>
            <w:r w:rsid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: </w:t>
            </w:r>
            <w:r w:rsidRPr="005262BD">
              <w:rPr>
                <w:rFonts w:ascii="TH SarabunPSK" w:hAnsi="TH SarabunPSK" w:cs="TH SarabunPSK"/>
                <w:color w:val="002060"/>
                <w:szCs w:val="32"/>
              </w:rPr>
              <w:t>U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-</w:t>
            </w:r>
            <w:r w:rsidRPr="005262BD">
              <w:rPr>
                <w:rFonts w:ascii="TH SarabunPSK" w:hAnsi="TH SarabunPSK" w:cs="TH SarabunPSK"/>
                <w:color w:val="002060"/>
                <w:szCs w:val="32"/>
              </w:rPr>
              <w:t>S01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-</w:t>
            </w:r>
            <w:r w:rsidRPr="005262BD">
              <w:rPr>
                <w:rFonts w:ascii="TH SarabunPSK" w:hAnsi="TH SarabunPSK" w:cs="TH SarabunPSK"/>
                <w:color w:val="002060"/>
                <w:szCs w:val="32"/>
              </w:rPr>
              <w:t>01</w:t>
            </w:r>
            <w:r w:rsidRPr="005262BD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]</w:t>
            </w:r>
            <w:r w:rsidR="005262BD" w:rsidRPr="003D599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 :</w:t>
      </w:r>
    </w:p>
    <w:p w:rsidR="00802499" w:rsidRDefault="00802499" w:rsidP="00802499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          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ตัวชี้วัดนี้มุ่งเน้นการพัฒนาทักษะการแก้ปัญหาและจิตสาธารณะของนักศึกษาผ่านกระบวนการวิศวกรสังคม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(</w:t>
      </w:r>
      <w:r w:rsidRPr="00E71233">
        <w:rPr>
          <w:rFonts w:ascii="TH SarabunPSK" w:eastAsia="Times New Roman" w:hAnsi="TH SarabunPSK" w:cs="TH SarabunPSK"/>
          <w:szCs w:val="32"/>
        </w:rPr>
        <w:t>Social Engineering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)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ซึ่งเป็นวิธีการแก้ไขปัญหาของชุมชนอย่างเป็นระบบ โดยใช้หลักการ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ทางวิทยาศาสตร์และเทคโนโลยีร่วมกับการมีส่วนร่วมของชุมชน กระบวนการนี้ประกอบด้วยการศ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ึกษา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และวิเคราะห์ปัญหา การออกแบบและพัฒนาแนวทางแก้ไข การทดลองนำร่อง และการขยายผลสู่การปฏิบัติจริง นักศึกษาจะได้เรียนรู้การทำงานเป็นทีม การสื่อสาร การคิดเชิงระบบ และการสร้างนวัตกรรม ขณะเดียวกันก็ได้ให้บริการวิชาการแก่ชุมชน ปัญหาที่แก้ไขอาจเป็นเรื่องของการเกษ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ตร สิ่งแวดล้อม เศรษฐกิจชุมชน การศึกษา หรือสาธารณสุข การดำเนินงานจะเชื่อมโยงกับรายวิชาการเรียนการสอน โครงการ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กิจกรรมพัฒนานักศึกษา และการบริการวิชาการ โดยมีการติดตามประเมินผลอย่างต่อเนื่องเพื่อให้มั่นใจว่าการแก้ไขปัญหาเกิดผลเป็นรูปธรรม</w:t>
      </w:r>
    </w:p>
    <w:p w:rsidR="00802499" w:rsidRDefault="00802499" w:rsidP="00802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195D6F">
        <w:rPr>
          <w:rFonts w:ascii="TH SarabunPSK" w:hAnsi="TH SarabunPSK" w:cs="TH SarabunPSK"/>
          <w:szCs w:val="32"/>
          <w:cs/>
          <w:lang w:bidi="th-TH"/>
        </w:rPr>
        <w:t>“</w:t>
      </w:r>
      <w:r w:rsidRPr="00195D6F">
        <w:rPr>
          <w:rFonts w:ascii="TH SarabunPSK" w:hAnsi="TH SarabunPSK" w:cs="TH SarabunPSK"/>
          <w:szCs w:val="32"/>
          <w:cs/>
          <w:lang w:bidi="th-TH"/>
        </w:rPr>
        <w:t>จำนวนชุมชนในพื้นที่บริการของมหาวิทยาลัยที่ได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รับการพัฒนาหรือแก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ไขป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>ญหาด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วย กระบวนการวิศวกรสังคม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” </w:t>
      </w:r>
      <w:r w:rsidRPr="00195D6F">
        <w:rPr>
          <w:rFonts w:ascii="TH SarabunPSK" w:hAnsi="TH SarabunPSK" w:cs="TH SarabunPSK"/>
          <w:szCs w:val="32"/>
          <w:cs/>
          <w:lang w:bidi="th-TH"/>
        </w:rPr>
        <w:t>หมายถึง จำนวนชุมชนในพื้นที่รับผิดชอบของมหาวิทยาลัยที่ ได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รับการพัฒนา หรือได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รับการแก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ไขป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>ญหาอย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างเป</w:t>
      </w:r>
      <w:r w:rsidRPr="00195D6F">
        <w:rPr>
          <w:rFonts w:ascii="TH SarabunPSK" w:hAnsi="TH SarabunPSK" w:cs="TH SarabunPSK"/>
          <w:szCs w:val="32"/>
          <w:cs/>
          <w:lang w:bidi="th-TH"/>
        </w:rPr>
        <w:t></w:t>
      </w:r>
      <w:r w:rsidRPr="00195D6F">
        <w:rPr>
          <w:rFonts w:ascii="TH SarabunPSK" w:hAnsi="TH SarabunPSK" w:cs="TH SarabunPSK"/>
          <w:szCs w:val="32"/>
          <w:cs/>
          <w:lang w:bidi="th-TH"/>
        </w:rPr>
        <w:t>นรูปธรรม ผ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านกระบวนการวิศวกรสังคม ซึ่งเป</w:t>
      </w:r>
      <w:r w:rsidRPr="00195D6F">
        <w:rPr>
          <w:rFonts w:ascii="TH SarabunPSK" w:hAnsi="TH SarabunPSK" w:cs="TH SarabunPSK"/>
          <w:szCs w:val="32"/>
          <w:cs/>
          <w:lang w:bidi="th-TH"/>
        </w:rPr>
        <w:t></w:t>
      </w:r>
      <w:r w:rsidRPr="00195D6F">
        <w:rPr>
          <w:rFonts w:ascii="TH SarabunPSK" w:hAnsi="TH SarabunPSK" w:cs="TH SarabunPSK"/>
          <w:szCs w:val="32"/>
          <w:cs/>
          <w:lang w:bidi="th-TH"/>
        </w:rPr>
        <w:t>นกระบวนการทำงานแบบมีส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วนร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วมที่เน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นการแก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>ญหาเชิงระบบ โดยใช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องค</w:t>
      </w:r>
      <w:r w:rsidRPr="00195D6F">
        <w:rPr>
          <w:rFonts w:ascii="TH SarabunPSK" w:hAnsi="TH SarabunPSK" w:cs="TH SarabunPSK"/>
          <w:szCs w:val="32"/>
          <w:cs/>
          <w:lang w:bidi="th-TH"/>
        </w:rPr>
        <w:t></w:t>
      </w:r>
      <w:r w:rsidRPr="00195D6F">
        <w:rPr>
          <w:rFonts w:ascii="TH SarabunPSK" w:hAnsi="TH SarabunPSK" w:cs="TH SarabunPSK"/>
          <w:szCs w:val="32"/>
          <w:cs/>
          <w:lang w:bidi="th-TH"/>
        </w:rPr>
        <w:t>ความรู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 </w:t>
      </w:r>
      <w:r w:rsidRPr="00195D6F">
        <w:rPr>
          <w:rFonts w:ascii="TH SarabunPSK" w:hAnsi="TH SarabunPSK" w:cs="TH SarabunPSK"/>
          <w:szCs w:val="32"/>
          <w:cs/>
          <w:lang w:bidi="th-TH"/>
        </w:rPr>
        <w:t>จากมหาวิทยาลัยร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วมกับภูมิป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>ญญาท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องถิ่น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” 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กระบวนการวิศวกรสังคม </w:t>
      </w:r>
      <w:r w:rsidRPr="00195D6F">
        <w:rPr>
          <w:rFonts w:ascii="TH SarabunPSK" w:hAnsi="TH SarabunPSK" w:cs="TH SarabunPSK"/>
          <w:szCs w:val="32"/>
          <w:cs/>
          <w:lang w:bidi="th-TH"/>
        </w:rPr>
        <w:t>(</w:t>
      </w:r>
      <w:r w:rsidRPr="00195D6F">
        <w:rPr>
          <w:rFonts w:ascii="TH SarabunPSK" w:hAnsi="TH SarabunPSK" w:cs="TH SarabunPSK"/>
          <w:szCs w:val="32"/>
        </w:rPr>
        <w:t>Social Engineering Process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) </w:t>
      </w:r>
      <w:r w:rsidRPr="00195D6F">
        <w:rPr>
          <w:rFonts w:ascii="TH SarabunPSK" w:hAnsi="TH SarabunPSK" w:cs="TH SarabunPSK"/>
          <w:szCs w:val="32"/>
          <w:cs/>
          <w:lang w:bidi="th-TH"/>
        </w:rPr>
        <w:t>คือ กระบวนการทำงานแบบมี ส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วนร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วม ที่เน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นการเข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าใจป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>ญหาอย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างลึกซึ้งและออกแบบแนวทางแก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>ญหาเชิงระบบ โดยมัก ประกอบด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วยขั้นตอน เช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น </w:t>
      </w:r>
    </w:p>
    <w:p w:rsidR="00802499" w:rsidRDefault="00802499" w:rsidP="00802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195D6F">
        <w:rPr>
          <w:rFonts w:ascii="TH SarabunPSK" w:hAnsi="TH SarabunPSK" w:cs="TH SarabunPSK"/>
          <w:szCs w:val="32"/>
          <w:cs/>
          <w:lang w:bidi="th-TH"/>
        </w:rPr>
        <w:t xml:space="preserve">- </w:t>
      </w:r>
      <w:r w:rsidRPr="00195D6F">
        <w:rPr>
          <w:rFonts w:ascii="TH SarabunPSK" w:hAnsi="TH SarabunPSK" w:cs="TH SarabunPSK"/>
          <w:szCs w:val="32"/>
          <w:cs/>
          <w:lang w:bidi="th-TH"/>
        </w:rPr>
        <w:t>การวิเคราะห</w:t>
      </w:r>
      <w:r w:rsidRPr="00195D6F">
        <w:rPr>
          <w:rFonts w:ascii="TH SarabunPSK" w:hAnsi="TH SarabunPSK" w:cs="TH SarabunPSK"/>
          <w:szCs w:val="32"/>
          <w:cs/>
          <w:lang w:bidi="th-TH"/>
        </w:rPr>
        <w:t></w:t>
      </w:r>
      <w:r w:rsidRPr="00195D6F">
        <w:rPr>
          <w:rFonts w:ascii="TH SarabunPSK" w:hAnsi="TH SarabunPSK" w:cs="TH SarabunPSK"/>
          <w:szCs w:val="32"/>
          <w:cs/>
          <w:lang w:bidi="th-TH"/>
        </w:rPr>
        <w:t>ข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อมูลเชิงลึกของชุมชน </w:t>
      </w:r>
    </w:p>
    <w:p w:rsidR="00802499" w:rsidRDefault="00802499" w:rsidP="00802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195D6F">
        <w:rPr>
          <w:rFonts w:ascii="TH SarabunPSK" w:hAnsi="TH SarabunPSK" w:cs="TH SarabunPSK"/>
          <w:szCs w:val="32"/>
          <w:cs/>
          <w:lang w:bidi="th-TH"/>
        </w:rPr>
        <w:t xml:space="preserve">- </w:t>
      </w:r>
      <w:r w:rsidRPr="00195D6F">
        <w:rPr>
          <w:rFonts w:ascii="TH SarabunPSK" w:hAnsi="TH SarabunPSK" w:cs="TH SarabunPSK"/>
          <w:szCs w:val="32"/>
          <w:cs/>
          <w:lang w:bidi="th-TH"/>
        </w:rPr>
        <w:t>การมีส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วนร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วมของคนในพื้นที่ </w:t>
      </w:r>
    </w:p>
    <w:p w:rsidR="00802499" w:rsidRDefault="00802499" w:rsidP="00802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195D6F">
        <w:rPr>
          <w:rFonts w:ascii="TH SarabunPSK" w:hAnsi="TH SarabunPSK" w:cs="TH SarabunPSK"/>
          <w:szCs w:val="32"/>
          <w:cs/>
          <w:lang w:bidi="th-TH"/>
        </w:rPr>
        <w:t xml:space="preserve">- </w:t>
      </w:r>
      <w:r w:rsidRPr="00195D6F">
        <w:rPr>
          <w:rFonts w:ascii="TH SarabunPSK" w:hAnsi="TH SarabunPSK" w:cs="TH SarabunPSK"/>
          <w:szCs w:val="32"/>
          <w:cs/>
          <w:lang w:bidi="th-TH"/>
        </w:rPr>
        <w:t>การออกแบบและทดลองแนวทางแก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ป</w:t>
      </w:r>
      <w:r w:rsidRPr="00195D6F">
        <w:rPr>
          <w:rFonts w:ascii="TH SarabunPSK" w:hAnsi="TH SarabunPSK" w:cs="TH SarabunPSK"/>
          <w:szCs w:val="32"/>
          <w:cs/>
          <w:lang w:bidi="th-TH"/>
        </w:rPr>
        <w:t>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ญหา </w:t>
      </w:r>
      <w:r w:rsidRPr="00195D6F">
        <w:rPr>
          <w:rFonts w:ascii="TH SarabunPSK" w:hAnsi="TH SarabunPSK" w:cs="TH SarabunPSK"/>
          <w:szCs w:val="32"/>
          <w:cs/>
          <w:lang w:bidi="th-TH"/>
        </w:rPr>
        <w:t>(</w:t>
      </w:r>
      <w:r w:rsidRPr="00195D6F">
        <w:rPr>
          <w:rFonts w:ascii="TH SarabunPSK" w:hAnsi="TH SarabunPSK" w:cs="TH SarabunPSK"/>
          <w:szCs w:val="32"/>
        </w:rPr>
        <w:t>Prototype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) </w:t>
      </w:r>
    </w:p>
    <w:p w:rsidR="00802499" w:rsidRDefault="00802499" w:rsidP="00802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195D6F">
        <w:rPr>
          <w:rFonts w:ascii="TH SarabunPSK" w:hAnsi="TH SarabunPSK" w:cs="TH SarabunPSK"/>
          <w:szCs w:val="32"/>
          <w:cs/>
          <w:lang w:bidi="th-TH"/>
        </w:rPr>
        <w:t xml:space="preserve">- </w:t>
      </w:r>
      <w:r w:rsidRPr="00195D6F">
        <w:rPr>
          <w:rFonts w:ascii="TH SarabunPSK" w:hAnsi="TH SarabunPSK" w:cs="TH SarabunPSK"/>
          <w:szCs w:val="32"/>
          <w:cs/>
          <w:lang w:bidi="th-TH"/>
        </w:rPr>
        <w:t>การติดตาม ประเมินผล และพัฒนาอย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>างต</w:t>
      </w:r>
      <w:r w:rsidRPr="00195D6F">
        <w:rPr>
          <w:rFonts w:ascii="TH SarabunPSK" w:hAnsi="TH SarabunPSK" w:cs="TH SarabunPSK"/>
          <w:szCs w:val="32"/>
          <w:cs/>
          <w:lang w:bidi="th-TH"/>
        </w:rPr>
        <w:t></w:t>
      </w:r>
      <w:r w:rsidRPr="00195D6F">
        <w:rPr>
          <w:rFonts w:ascii="TH SarabunPSK" w:hAnsi="TH SarabunPSK" w:cs="TH SarabunPSK"/>
          <w:szCs w:val="32"/>
          <w:cs/>
          <w:lang w:bidi="th-TH"/>
        </w:rPr>
        <w:t xml:space="preserve">อเนื่อง </w:t>
      </w:r>
    </w:p>
    <w:p w:rsidR="00802499" w:rsidRPr="00385FEF" w:rsidRDefault="00802499" w:rsidP="00802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195D6F">
        <w:rPr>
          <w:rFonts w:ascii="TH SarabunPSK" w:hAnsi="TH SarabunPSK" w:cs="TH SarabunPSK"/>
          <w:szCs w:val="32"/>
          <w:cs/>
          <w:lang w:bidi="th-TH"/>
        </w:rPr>
        <w:t xml:space="preserve">- </w:t>
      </w:r>
      <w:r w:rsidRPr="00195D6F">
        <w:rPr>
          <w:rFonts w:ascii="TH SarabunPSK" w:hAnsi="TH SarabunPSK" w:cs="TH SarabunPSK"/>
          <w:szCs w:val="32"/>
          <w:cs/>
          <w:lang w:bidi="th-TH"/>
        </w:rPr>
        <w:t>การขยายผลหรือทำให</w:t>
      </w:r>
      <w:r w:rsidRPr="00195D6F">
        <w:rPr>
          <w:rFonts w:ascii="TH SarabunPSK" w:hAnsi="TH SarabunPSK" w:cs="TH SarabunPSK"/>
          <w:szCs w:val="32"/>
          <w:cs/>
          <w:lang w:bidi="th-TH"/>
        </w:rPr>
        <w:t></w:t>
      </w:r>
      <w:r w:rsidRPr="00195D6F">
        <w:rPr>
          <w:rFonts w:ascii="TH SarabunPSK" w:hAnsi="TH SarabunPSK" w:cs="TH SarabunPSK"/>
          <w:szCs w:val="32"/>
          <w:cs/>
          <w:lang w:bidi="th-TH"/>
        </w:rPr>
        <w:t>เกิดความยั่งยืน</w:t>
      </w:r>
    </w:p>
    <w:p w:rsidR="00802499" w:rsidRDefault="00802499" w:rsidP="0080249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802499" w:rsidRDefault="00802499" w:rsidP="0080249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802499" w:rsidRPr="00E71233" w:rsidRDefault="00802499" w:rsidP="0080249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802499" w:rsidRPr="00E71233" w:rsidRDefault="00802499" w:rsidP="0080249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E71233"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35D60F7B" wp14:editId="701CB91F">
                <wp:extent cx="6045200" cy="660400"/>
                <wp:effectExtent l="0" t="0" r="12700" b="25400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20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Default="00A430C6" w:rsidP="00802499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จำนวนชุมชนที่ได้รับการพัฒนา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ผลรวมของชุมชนทั้งหมดที่ได้รับการแก้ไขปัญหาหรือพัฒนา</w:t>
                            </w:r>
                          </w:p>
                          <w:p w:rsidR="00A430C6" w:rsidRDefault="00A430C6" w:rsidP="00802499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ด้วยกระบวนการวิศวกรสังคม</w:t>
                            </w:r>
                          </w:p>
                          <w:p w:rsidR="00A430C6" w:rsidRPr="00972038" w:rsidRDefault="00A430C6" w:rsidP="0080249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D60F7B" id="Text Box 2" o:spid="_x0000_s1027" type="#_x0000_t202" style="width:476pt;height: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">
                <v:textbox>
                  <w:txbxContent>
                    <w:p w:rsidR="00A430C6" w:rsidRDefault="00A430C6" w:rsidP="00802499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จำนวนชุมชนที่ได้รับการพัฒนา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=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ผลรวมของชุมชนทั้งหมดที่ได้รับการแก้ไขปัญหาหรือพัฒนา</w:t>
                      </w:r>
                    </w:p>
                    <w:p w:rsidR="00A430C6" w:rsidRDefault="00A430C6" w:rsidP="00802499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Cs w:val="32"/>
                          <w:cs/>
                          <w:lang w:bidi="th-TH"/>
                        </w:rPr>
                        <w:t xml:space="preserve">                                        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ด้วยกระบวนการวิศวกรสังคม</w:t>
                      </w:r>
                    </w:p>
                    <w:p w:rsidR="00A430C6" w:rsidRPr="00972038" w:rsidRDefault="00A430C6" w:rsidP="0080249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02499" w:rsidRPr="00E71233" w:rsidRDefault="00802499" w:rsidP="00802499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ช่วงปรับเกณฑ์การให้คะแนน </w:t>
      </w:r>
      <w:r>
        <w:rPr>
          <w:rFonts w:ascii="TH SarabunPSK" w:eastAsia="Times New Roman" w:hAnsi="TH SarabunPSK" w:cs="TH SarabunPSK"/>
          <w:szCs w:val="32"/>
        </w:rPr>
        <w:t>± 1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 ชุมชน ต่อ </w:t>
      </w:r>
      <w:r w:rsidRPr="00E71233">
        <w:rPr>
          <w:rFonts w:ascii="TH SarabunPSK" w:eastAsia="Times New Roman" w:hAnsi="TH SarabunPSK" w:cs="TH SarabunPSK"/>
          <w:szCs w:val="32"/>
        </w:rPr>
        <w:t xml:space="preserve">1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คะแนน</w:t>
      </w:r>
      <w:r w:rsidRPr="00E71233">
        <w:rPr>
          <w:rFonts w:ascii="TH SarabunPSK" w:hAnsi="TH SarabunPSK" w:cs="TH SarabunPSK"/>
          <w:szCs w:val="32"/>
          <w:cs/>
          <w:lang w:bidi="th-TH"/>
        </w:rPr>
        <w:t xml:space="preserve"> 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802499" w:rsidRPr="00E71233" w:rsidTr="00415DF3">
        <w:tc>
          <w:tcPr>
            <w:tcW w:w="1803" w:type="dxa"/>
          </w:tcPr>
          <w:p w:rsidR="00802499" w:rsidRPr="00E71233" w:rsidRDefault="0080249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71233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E71233"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802499" w:rsidRPr="00E71233" w:rsidRDefault="0080249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71233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E71233"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802499" w:rsidRPr="00E71233" w:rsidRDefault="0080249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71233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E71233"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802499" w:rsidRPr="00E71233" w:rsidRDefault="0080249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71233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E71233"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802499" w:rsidRPr="00E71233" w:rsidRDefault="0080249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71233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E71233"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802499" w:rsidRPr="00E71233" w:rsidTr="00415DF3">
        <w:tc>
          <w:tcPr>
            <w:tcW w:w="1803" w:type="dxa"/>
            <w:vAlign w:val="center"/>
          </w:tcPr>
          <w:p w:rsidR="00802499" w:rsidRPr="00E71233" w:rsidRDefault="0080249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 w:rsidRPr="00E71233">
              <w:rPr>
                <w:rFonts w:ascii="TH SarabunPSK" w:eastAsia="Times New Roman" w:hAnsi="TH SarabunPSK" w:cs="TH SarabunPSK"/>
                <w:szCs w:val="32"/>
              </w:rPr>
              <w:t xml:space="preserve">6 </w:t>
            </w:r>
            <w:r w:rsidRPr="00E71233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ชุมชน</w:t>
            </w:r>
          </w:p>
        </w:tc>
        <w:tc>
          <w:tcPr>
            <w:tcW w:w="1804" w:type="dxa"/>
            <w:vAlign w:val="center"/>
          </w:tcPr>
          <w:p w:rsidR="00802499" w:rsidRPr="00E71233" w:rsidRDefault="0080249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 w:rsidRPr="00E71233">
              <w:rPr>
                <w:rFonts w:ascii="TH SarabunPSK" w:eastAsia="Times New Roman" w:hAnsi="TH SarabunPSK" w:cs="TH SarabunPSK"/>
                <w:szCs w:val="32"/>
              </w:rPr>
              <w:t xml:space="preserve">7 </w:t>
            </w:r>
            <w:r w:rsidRPr="00E71233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ชุมชน</w:t>
            </w:r>
          </w:p>
        </w:tc>
        <w:tc>
          <w:tcPr>
            <w:tcW w:w="1803" w:type="dxa"/>
            <w:vAlign w:val="center"/>
          </w:tcPr>
          <w:p w:rsidR="00802499" w:rsidRPr="00E71233" w:rsidRDefault="0080249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 w:rsidRPr="00E71233">
              <w:rPr>
                <w:rFonts w:ascii="TH SarabunPSK" w:eastAsia="Times New Roman" w:hAnsi="TH SarabunPSK" w:cs="TH SarabunPSK"/>
                <w:szCs w:val="32"/>
              </w:rPr>
              <w:t xml:space="preserve">8 </w:t>
            </w:r>
            <w:r w:rsidRPr="00E71233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ชุมชน</w:t>
            </w:r>
          </w:p>
        </w:tc>
        <w:tc>
          <w:tcPr>
            <w:tcW w:w="1803" w:type="dxa"/>
            <w:vAlign w:val="center"/>
          </w:tcPr>
          <w:p w:rsidR="00802499" w:rsidRPr="00E71233" w:rsidRDefault="0080249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 w:rsidRPr="00E71233">
              <w:rPr>
                <w:rFonts w:ascii="TH SarabunPSK" w:eastAsia="Times New Roman" w:hAnsi="TH SarabunPSK" w:cs="TH SarabunPSK"/>
                <w:szCs w:val="32"/>
              </w:rPr>
              <w:t xml:space="preserve">9 </w:t>
            </w:r>
            <w:r w:rsidRPr="00E71233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ชุมชน</w:t>
            </w:r>
          </w:p>
        </w:tc>
        <w:tc>
          <w:tcPr>
            <w:tcW w:w="1803" w:type="dxa"/>
            <w:vAlign w:val="center"/>
          </w:tcPr>
          <w:p w:rsidR="00802499" w:rsidRPr="00E71233" w:rsidRDefault="0080249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 w:rsidRPr="00E71233">
              <w:rPr>
                <w:rFonts w:ascii="TH SarabunPSK" w:eastAsia="Times New Roman" w:hAnsi="TH SarabunPSK" w:cs="TH SarabunPSK"/>
                <w:szCs w:val="32"/>
              </w:rPr>
              <w:t xml:space="preserve">10 </w:t>
            </w:r>
            <w:r w:rsidRPr="00E71233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ชุมชน</w:t>
            </w:r>
          </w:p>
        </w:tc>
      </w:tr>
    </w:tbl>
    <w:p w:rsidR="00802499" w:rsidRPr="00E71233" w:rsidRDefault="00802499" w:rsidP="00802499">
      <w:pPr>
        <w:spacing w:before="120" w:after="0" w:line="240" w:lineRule="auto"/>
        <w:rPr>
          <w:rFonts w:ascii="TH SarabunPSK" w:hAnsi="TH SarabunPSK" w:cs="TH SarabunPSK"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 w:rsidRPr="00E71233"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802499" w:rsidRPr="00E71233" w:rsidRDefault="00802499" w:rsidP="00802499">
      <w:pPr>
        <w:numPr>
          <w:ilvl w:val="0"/>
          <w:numId w:val="10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รายชื่อชุมชนที่เข้าร่วมโครงการ</w:t>
      </w:r>
    </w:p>
    <w:p w:rsidR="00802499" w:rsidRPr="00E71233" w:rsidRDefault="00802499" w:rsidP="00802499">
      <w:pPr>
        <w:numPr>
          <w:ilvl w:val="0"/>
          <w:numId w:val="10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รายงานการศึกษาปัญหาและการวิเคราะห์สาเหตุ</w:t>
      </w:r>
    </w:p>
    <w:p w:rsidR="00802499" w:rsidRPr="00E71233" w:rsidRDefault="00802499" w:rsidP="00802499">
      <w:pPr>
        <w:numPr>
          <w:ilvl w:val="0"/>
          <w:numId w:val="10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แผนการดำเนินงานและแนวทางแก้ไขปัญหา</w:t>
      </w:r>
    </w:p>
    <w:p w:rsidR="00802499" w:rsidRPr="00E71233" w:rsidRDefault="00802499" w:rsidP="00802499">
      <w:pPr>
        <w:numPr>
          <w:ilvl w:val="0"/>
          <w:numId w:val="10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ภาพถ่ายและเอกสารการดำเนินกิจกรรม</w:t>
      </w:r>
    </w:p>
    <w:p w:rsidR="00802499" w:rsidRPr="00E71233" w:rsidRDefault="00802499" w:rsidP="00802499">
      <w:pPr>
        <w:numPr>
          <w:ilvl w:val="0"/>
          <w:numId w:val="10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รายงานผลการประเมินความสำเร็จของโครงการ</w:t>
      </w:r>
    </w:p>
    <w:p w:rsidR="00802499" w:rsidRDefault="00802499" w:rsidP="00802499">
      <w:pPr>
        <w:numPr>
          <w:ilvl w:val="0"/>
          <w:numId w:val="10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หนังสือขอบคุณจากชุมชนหรือหน่วยงานที่เกี่ยวข้อง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แนวทางในการดำเนินงาน :</w:t>
      </w:r>
    </w:p>
    <w:p w:rsidR="00F91689" w:rsidRPr="00DA5AD5" w:rsidRDefault="00BC35B2" w:rsidP="00653F05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</w:rPr>
        <w:t>1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. สำรวจและจัดทำทำเนียบชุมชนเป้าหมาย </w:t>
      </w:r>
      <w:r w:rsidRPr="00DA5AD5">
        <w:rPr>
          <w:rFonts w:ascii="TH SarabunPSK" w:hAnsi="TH SarabunPSK" w:cs="TH SarabunPSK"/>
          <w:szCs w:val="32"/>
        </w:rPr>
        <w:t xml:space="preserve">10 </w:t>
      </w:r>
      <w:r w:rsidRPr="00DA5AD5">
        <w:rPr>
          <w:rFonts w:ascii="TH SarabunPSK" w:hAnsi="TH SarabunPSK" w:cs="TH SarabunPSK"/>
          <w:szCs w:val="32"/>
          <w:cs/>
          <w:lang w:bidi="th-TH"/>
        </w:rPr>
        <w:t>ชุมชน</w:t>
      </w:r>
      <w:r w:rsidRPr="00DA5AD5">
        <w:rPr>
          <w:rFonts w:ascii="TH SarabunPSK" w:hAnsi="TH SarabunPSK" w:cs="TH SarabunPSK"/>
          <w:szCs w:val="32"/>
        </w:rPr>
        <w:br/>
        <w:t>2</w:t>
      </w:r>
      <w:r w:rsidRPr="00DA5AD5">
        <w:rPr>
          <w:rFonts w:ascii="TH SarabunPSK" w:hAnsi="TH SarabunPSK" w:cs="TH SarabunPSK"/>
          <w:szCs w:val="32"/>
          <w:cs/>
          <w:lang w:bidi="th-TH"/>
        </w:rPr>
        <w:t>. จัดอบรมนักศึกษาวิศวกรสังคมให้มีความชำนาญในการใช้เครื่องมือ</w:t>
      </w:r>
      <w:r w:rsidRPr="00DA5AD5">
        <w:rPr>
          <w:rFonts w:ascii="TH SarabunPSK" w:hAnsi="TH SarabunPSK" w:cs="TH SarabunPSK"/>
          <w:szCs w:val="32"/>
        </w:rPr>
        <w:br/>
        <w:t>3</w:t>
      </w:r>
      <w:r w:rsidRPr="00DA5AD5">
        <w:rPr>
          <w:rFonts w:ascii="TH SarabunPSK" w:hAnsi="TH SarabunPSK" w:cs="TH SarabunPSK"/>
          <w:szCs w:val="32"/>
          <w:cs/>
          <w:lang w:bidi="th-TH"/>
        </w:rPr>
        <w:t>. ลงพื้นที่ปฏิบัติการพัฒนาและแก้ไขปัญหาชุมชนรายไตรมาส</w:t>
      </w:r>
      <w:r w:rsidRPr="00DA5AD5">
        <w:rPr>
          <w:rFonts w:ascii="TH SarabunPSK" w:hAnsi="TH SarabunPSK" w:cs="TH SarabunPSK"/>
          <w:szCs w:val="32"/>
        </w:rPr>
        <w:br/>
        <w:t>4</w:t>
      </w:r>
      <w:r w:rsidRPr="00DA5AD5">
        <w:rPr>
          <w:rFonts w:ascii="TH SarabunPSK" w:hAnsi="TH SarabunPSK" w:cs="TH SarabunPSK"/>
          <w:szCs w:val="32"/>
          <w:cs/>
          <w:lang w:bidi="th-TH"/>
        </w:rPr>
        <w:t>. ประเมินผลสัมฤทธิ์และจัดทำรายงานสรุปผลพร้อมหลักฐานเชิงประจักษ์</w:t>
      </w:r>
    </w:p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ข้อมูล/หลักฐานที่ต้องรายงาน :</w:t>
      </w:r>
    </w:p>
    <w:p w:rsidR="00F91689" w:rsidRPr="00DA5AD5" w:rsidRDefault="00BC35B2" w:rsidP="00802499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t>- รายงานสรุปผลการพัฒนาชุมชนวิศวกรสังคมรายชุมชน (</w:t>
      </w:r>
      <w:r w:rsidRPr="00DA5AD5">
        <w:rPr>
          <w:rFonts w:ascii="TH SarabunPSK" w:hAnsi="TH SarabunPSK" w:cs="TH SarabunPSK"/>
          <w:szCs w:val="32"/>
        </w:rPr>
        <w:t xml:space="preserve">10 </w:t>
      </w:r>
      <w:r w:rsidRPr="00DA5AD5">
        <w:rPr>
          <w:rFonts w:ascii="TH SarabunPSK" w:hAnsi="TH SarabunPSK" w:cs="TH SarabunPSK"/>
          <w:szCs w:val="32"/>
          <w:cs/>
          <w:lang w:bidi="th-TH"/>
        </w:rPr>
        <w:t>เล่ม)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>- บัญชีลงชื่อนักศึกษาและชาวบ้านที่เข้าร่วมกิจกรรม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>- ภาพถ่ายการลงพื้นที่และการใช้เครื่องมือวิศวกรสังคม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>- หนังสือรับรองผลการพัฒนาจากผู้นำชุมชน/องค์การบริหารส่วนตำบล (</w:t>
      </w:r>
      <w:r w:rsidRPr="00DA5AD5">
        <w:rPr>
          <w:rFonts w:ascii="TH SarabunPSK" w:hAnsi="TH SarabunPSK" w:cs="TH SarabunPSK"/>
          <w:szCs w:val="32"/>
        </w:rPr>
        <w:t>EVD</w:t>
      </w:r>
      <w:r w:rsidRPr="00DA5AD5">
        <w:rPr>
          <w:rFonts w:ascii="TH SarabunPSK" w:hAnsi="TH SarabunPSK" w:cs="TH SarabunPSK"/>
          <w:szCs w:val="32"/>
          <w:cs/>
          <w:lang w:bidi="th-TH"/>
        </w:rPr>
        <w:t>-</w:t>
      </w:r>
      <w:r w:rsidRPr="00DA5AD5">
        <w:rPr>
          <w:rFonts w:ascii="TH SarabunPSK" w:hAnsi="TH SarabunPSK" w:cs="TH SarabunPSK"/>
          <w:szCs w:val="32"/>
        </w:rPr>
        <w:t>001</w:t>
      </w:r>
      <w:r w:rsidRPr="00DA5AD5">
        <w:rPr>
          <w:rFonts w:ascii="TH SarabunPSK" w:hAnsi="TH SarabunPSK" w:cs="TH SarabunPSK"/>
          <w:szCs w:val="32"/>
          <w:cs/>
          <w:lang w:bidi="th-TH"/>
        </w:rPr>
        <w:t>)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  <w:lang w:bidi="th-TH"/>
        </w:rPr>
      </w:pPr>
    </w:p>
    <w:p w:rsidR="0004679B" w:rsidRDefault="0004679B">
      <w:pPr>
        <w:spacing w:after="360"/>
        <w:rPr>
          <w:rFonts w:ascii="TH SarabunPSK" w:hAnsi="TH SarabunPSK" w:cs="TH SarabunPSK"/>
          <w:szCs w:val="32"/>
          <w:lang w:bidi="th-TH"/>
        </w:rPr>
      </w:pPr>
    </w:p>
    <w:p w:rsidR="0004679B" w:rsidRDefault="0004679B">
      <w:pPr>
        <w:spacing w:after="360"/>
        <w:rPr>
          <w:rFonts w:ascii="TH SarabunPSK" w:hAnsi="TH SarabunPSK" w:cs="TH SarabunPSK"/>
          <w:szCs w:val="32"/>
          <w:lang w:bidi="th-TH"/>
        </w:rPr>
      </w:pPr>
    </w:p>
    <w:p w:rsidR="0004679B" w:rsidRPr="00DA5AD5" w:rsidRDefault="0004679B">
      <w:pPr>
        <w:spacing w:after="360"/>
        <w:rPr>
          <w:rFonts w:ascii="TH SarabunPSK" w:hAnsi="TH SarabunPSK" w:cs="TH SarabunPSK"/>
          <w:szCs w:val="32"/>
          <w:lang w:bidi="th-TH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230"/>
        <w:gridCol w:w="3798"/>
      </w:tblGrid>
      <w:tr w:rsidR="00F91689" w:rsidRPr="00DA5AD5" w:rsidTr="00E73204">
        <w:trPr>
          <w:jc w:val="center"/>
        </w:trPr>
        <w:tc>
          <w:tcPr>
            <w:tcW w:w="5230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 w:hint="cs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2  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จำนวนนักศึกษาที่เข้าร่วมโครงการจิตอาสา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/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จิตสาธารณะ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คน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มรสน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.)</w:t>
            </w:r>
            <w:r w:rsid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br/>
            </w:r>
            <w:r w:rsidR="00B7442B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B7442B"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="00B7442B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300 </w:t>
            </w:r>
            <w:r w:rsidR="00B7442B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คน)</w:t>
            </w:r>
          </w:p>
        </w:tc>
        <w:tc>
          <w:tcPr>
            <w:tcW w:w="3798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คน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="00AE019C">
              <w:rPr>
                <w:rFonts w:ascii="TH SarabunPSK" w:hAnsi="TH SarabunPSK" w:cs="TH SarabunPSK"/>
                <w:szCs w:val="32"/>
                <w:rtl/>
                <w:cs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E73204">
        <w:trPr>
          <w:jc w:val="center"/>
        </w:trPr>
        <w:tc>
          <w:tcPr>
            <w:tcW w:w="9028" w:type="dxa"/>
            <w:gridSpan w:val="2"/>
          </w:tcPr>
          <w:p w:rsidR="00F91689" w:rsidRPr="00076611" w:rsidRDefault="00BC35B2" w:rsidP="00076611">
            <w:pPr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</w:pP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04679B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ผู้อำนวยการสำนักงานอธิการบดี   </w:t>
            </w:r>
            <w:r w:rsidR="0004679B">
              <w:rPr>
                <w:rFonts w:ascii="TH SarabunPSK" w:hAnsi="TH SarabunPSK" w:cs="TH SarabunPSK"/>
                <w:color w:val="002060"/>
                <w:szCs w:val="32"/>
                <w:lang w:bidi="th-TH"/>
              </w:rPr>
              <w:br/>
            </w:r>
            <w:r w:rsidRPr="0007661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ผู้ดูแล/ผู้ดำเนินการ :</w:t>
            </w:r>
            <w:r w:rsidRPr="0004679B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 ผู้อำนวยการกองพัฒนานักศึกษา</w:t>
            </w:r>
            <w:r w:rsidRPr="0004679B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6C5468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076611" w:rsidRPr="006C5468">
              <w:rPr>
                <w:rFonts w:ascii="TH SarabunPSK" w:hAnsi="TH SarabunPSK" w:cs="TH SarabunPSK"/>
                <w:color w:val="FF0000"/>
                <w:szCs w:val="32"/>
                <w:cs/>
                <w:lang w:bidi="th-TH"/>
              </w:rPr>
              <w:t>……………………………………</w:t>
            </w:r>
            <w:r w:rsidR="00076611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[</w:t>
            </w:r>
            <w:r w:rsidR="0007661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รหัส</w:t>
            </w:r>
            <w:r w:rsidR="00076611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ตัวชี้วัด </w:t>
            </w: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: </w:t>
            </w:r>
            <w:r w:rsidRPr="0004679B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04679B">
              <w:rPr>
                <w:rFonts w:ascii="TH SarabunPSK" w:hAnsi="TH SarabunPSK" w:cs="TH SarabunPSK"/>
                <w:b/>
                <w:color w:val="002060"/>
                <w:szCs w:val="32"/>
              </w:rPr>
              <w:t>S01</w:t>
            </w: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076611">
              <w:rPr>
                <w:rFonts w:ascii="TH SarabunPSK" w:hAnsi="TH SarabunPSK" w:cs="TH SarabunPSK"/>
                <w:b/>
                <w:color w:val="002060"/>
                <w:szCs w:val="32"/>
              </w:rPr>
              <w:t xml:space="preserve">02 </w:t>
            </w:r>
            <w:r w:rsidRPr="0004679B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6C5468" w:rsidRPr="00E71233" w:rsidRDefault="006C5468" w:rsidP="006C5468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 w:rsidRPr="00E71233"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6C5468" w:rsidRPr="0013608E" w:rsidRDefault="006C5468" w:rsidP="006C5468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hAnsi="TH SarabunPSK" w:cs="TH SarabunPSK"/>
          <w:szCs w:val="32"/>
          <w:rtl/>
          <w:cs/>
        </w:rPr>
        <w:tab/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ตัวชี้วัดนี้มีวัตถุประสงค์เพื่อพัฒนาจิตสำนึกสาธารณะและความรับผิดชอบต่อสังคมของนักศึกษา 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โดยการเข้าร่วมกิจกรรมจิตอาสาต่าง ๆ ที่จัดขึ้นทั้งภายในและภายนอกมหาวิทยาลัย กิจกรรมจิตอาสา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หมาย รวมถึงการให้บริการชุมชน การช่วยเหลือผู้ด้อยโอกาส การอนุรักษ์สิ่งแวดล้อม ก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ารส่งเสริมการศึกษา การดูแลผู้สูงอายุ การช่วยเหลือในภาวะฉุกเฉินและภัยพิบัติ การรณรงค์เรื่องสำคัญต่าง ๆ และกิจกรรม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เพื่อสังคมอื่น ๆ นักศึกษาที่เข้าร่วมจะได้เรียนรู้การทำงานร่วมกับผู้อื่น การแก้ปัญหาเฉพาะหน้า การเข้าใจ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และเห็นใจปัญหาของผู้อื่น และการเป็นพลเมื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องที่มีคุณภาพ การเข้าร่วมกิจกรรมจิตอาสาจะช่วยสร้างคุณลักษณะที่พึงประสงค์ตามคุณลักษณะคนไทย </w:t>
      </w:r>
      <w:r w:rsidRPr="00E71233">
        <w:rPr>
          <w:rFonts w:ascii="TH SarabunPSK" w:eastAsia="Times New Roman" w:hAnsi="TH SarabunPSK" w:cs="TH SarabunPSK"/>
          <w:szCs w:val="32"/>
        </w:rPr>
        <w:t xml:space="preserve">4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ประการ ได้แก่ การมีจิตสาธารณะ การมีวินัยในตนเอง การยึดมั่นในความถูกต้อง และการมีจิตสำนึกที่ดีต่อบ้านเมือง</w:t>
      </w:r>
    </w:p>
    <w:p w:rsidR="006C5468" w:rsidRPr="00E71233" w:rsidRDefault="006C5468" w:rsidP="006C5468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6C5468" w:rsidRPr="00E71233" w:rsidRDefault="006C5468" w:rsidP="006C5468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E71233"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1E1D6A18" wp14:editId="697BE3C6">
                <wp:extent cx="5638800" cy="349250"/>
                <wp:effectExtent l="0" t="0" r="19050" b="1270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6C5468" w:rsidRDefault="00A430C6" w:rsidP="006C546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A5AD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E78"/>
                                <w:szCs w:val="32"/>
                                <w:cs/>
                                <w:lang w:bidi="th-TH"/>
                              </w:rPr>
                              <w:t xml:space="preserve">จำนวนคน = </w:t>
                            </w:r>
                            <w:r w:rsidRPr="00DA5AD5">
                              <w:rPr>
                                <w:rFonts w:ascii="Calibri" w:hAnsi="Calibri" w:cs="Calibri"/>
                                <w:b/>
                                <w:color w:val="1F4E78"/>
                                <w:szCs w:val="32"/>
                              </w:rPr>
                              <w:t>Σ</w:t>
                            </w:r>
                            <w:r w:rsidRPr="00DA5AD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E78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DA5AD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E78"/>
                                <w:szCs w:val="32"/>
                                <w:cs/>
                                <w:lang w:bidi="th-TH"/>
                              </w:rPr>
                              <w:t>(นักศึกษาที่เข้าร่วมและผ่านการบันทึกชั่วโมงจิตอาสาแบบไม่นับซ้ำคน)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1D6A18" id="_x0000_s1028" type="#_x0000_t202" style="width:444pt;height: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">
                <v:textbox>
                  <w:txbxContent>
                    <w:p w:rsidR="00A430C6" w:rsidRPr="006C5468" w:rsidRDefault="00A430C6" w:rsidP="006C546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A5AD5">
                        <w:rPr>
                          <w:rFonts w:ascii="TH SarabunPSK" w:hAnsi="TH SarabunPSK" w:cs="TH SarabunPSK"/>
                          <w:b/>
                          <w:bCs/>
                          <w:color w:val="1F4E78"/>
                          <w:szCs w:val="32"/>
                          <w:cs/>
                          <w:lang w:bidi="th-TH"/>
                        </w:rPr>
                        <w:t xml:space="preserve">จำนวนคน = </w:t>
                      </w:r>
                      <w:r w:rsidRPr="00DA5AD5">
                        <w:rPr>
                          <w:rFonts w:ascii="Calibri" w:hAnsi="Calibri" w:cs="Calibri"/>
                          <w:b/>
                          <w:color w:val="1F4E78"/>
                          <w:szCs w:val="32"/>
                        </w:rPr>
                        <w:t>Σ</w:t>
                      </w:r>
                      <w:r w:rsidRPr="00DA5AD5">
                        <w:rPr>
                          <w:rFonts w:ascii="TH SarabunPSK" w:hAnsi="TH SarabunPSK" w:cs="TH SarabunPSK"/>
                          <w:b/>
                          <w:bCs/>
                          <w:color w:val="1F4E78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Pr="00DA5AD5">
                        <w:rPr>
                          <w:rFonts w:ascii="TH SarabunPSK" w:hAnsi="TH SarabunPSK" w:cs="TH SarabunPSK"/>
                          <w:b/>
                          <w:bCs/>
                          <w:color w:val="1F4E78"/>
                          <w:szCs w:val="32"/>
                          <w:cs/>
                          <w:lang w:bidi="th-TH"/>
                        </w:rPr>
                        <w:t>(นักศึกษาที่เข้าร่วมและผ่านการบันทึกชั่วโมงจิตอาสาแบบไม่นับซ้ำคน)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C5468" w:rsidRPr="00E71233" w:rsidRDefault="006C5468" w:rsidP="006C5468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C5468" w:rsidRPr="00E71233" w:rsidRDefault="006C5468" w:rsidP="006C5468">
      <w:pPr>
        <w:spacing w:after="0" w:line="240" w:lineRule="auto"/>
        <w:rPr>
          <w:rFonts w:ascii="TH SarabunPSK" w:hAnsi="TH SarabunPSK" w:cs="TH SarabunPSK"/>
          <w:b/>
          <w:bCs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ช่วงปรับเกณฑ์การให้คะแนน </w:t>
      </w:r>
      <w:r>
        <w:rPr>
          <w:rFonts w:ascii="TH SarabunPSK" w:eastAsia="Times New Roman" w:hAnsi="TH SarabunPSK" w:cs="TH SarabunPSK"/>
          <w:szCs w:val="32"/>
        </w:rPr>
        <w:t xml:space="preserve">± 10 </w:t>
      </w:r>
      <w:r>
        <w:rPr>
          <w:rFonts w:ascii="TH SarabunPSK" w:eastAsia="Times New Roman" w:hAnsi="TH SarabunPSK" w:cs="TH SarabunPSK" w:hint="cs"/>
          <w:szCs w:val="32"/>
          <w:cs/>
          <w:lang w:bidi="th-TH"/>
        </w:rPr>
        <w:t>คน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 ต่อ </w:t>
      </w:r>
      <w:r w:rsidRPr="00E71233">
        <w:rPr>
          <w:rFonts w:ascii="TH SarabunPSK" w:eastAsia="Times New Roman" w:hAnsi="TH SarabunPSK" w:cs="TH SarabunPSK"/>
          <w:szCs w:val="32"/>
        </w:rPr>
        <w:t xml:space="preserve">1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คะแนน</w:t>
      </w:r>
      <w:r w:rsidRPr="00E71233">
        <w:rPr>
          <w:rFonts w:ascii="TH SarabunPSK" w:hAnsi="TH SarabunPSK" w:cs="TH SarabunPSK"/>
          <w:szCs w:val="32"/>
          <w:cs/>
          <w:lang w:bidi="th-TH"/>
        </w:rPr>
        <w:t xml:space="preserve"> ดังนี้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6C5468" w:rsidRPr="00DA5AD5" w:rsidTr="00415DF3">
        <w:trPr>
          <w:jc w:val="center"/>
        </w:trPr>
        <w:tc>
          <w:tcPr>
            <w:tcW w:w="1806" w:type="dxa"/>
            <w:shd w:val="clear" w:color="auto" w:fill="D9E1F2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1</w:t>
            </w:r>
          </w:p>
        </w:tc>
        <w:tc>
          <w:tcPr>
            <w:tcW w:w="1806" w:type="dxa"/>
            <w:shd w:val="clear" w:color="auto" w:fill="D9E1F2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2</w:t>
            </w:r>
          </w:p>
        </w:tc>
        <w:tc>
          <w:tcPr>
            <w:tcW w:w="1806" w:type="dxa"/>
            <w:shd w:val="clear" w:color="auto" w:fill="D9E1F2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3</w:t>
            </w:r>
          </w:p>
        </w:tc>
        <w:tc>
          <w:tcPr>
            <w:tcW w:w="1806" w:type="dxa"/>
            <w:shd w:val="clear" w:color="auto" w:fill="D9E1F2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4</w:t>
            </w:r>
          </w:p>
        </w:tc>
        <w:tc>
          <w:tcPr>
            <w:tcW w:w="1806" w:type="dxa"/>
            <w:shd w:val="clear" w:color="auto" w:fill="D9E1F2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5</w:t>
            </w:r>
          </w:p>
        </w:tc>
      </w:tr>
      <w:tr w:rsidR="006C5468" w:rsidRPr="00DA5AD5" w:rsidTr="00415DF3">
        <w:trPr>
          <w:jc w:val="center"/>
        </w:trPr>
        <w:tc>
          <w:tcPr>
            <w:tcW w:w="1806" w:type="dxa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60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คน</w:t>
            </w:r>
          </w:p>
        </w:tc>
        <w:tc>
          <w:tcPr>
            <w:tcW w:w="1806" w:type="dxa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120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คน</w:t>
            </w:r>
          </w:p>
        </w:tc>
        <w:tc>
          <w:tcPr>
            <w:tcW w:w="1806" w:type="dxa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180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คน</w:t>
            </w:r>
          </w:p>
        </w:tc>
        <w:tc>
          <w:tcPr>
            <w:tcW w:w="1806" w:type="dxa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240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คน</w:t>
            </w:r>
          </w:p>
        </w:tc>
        <w:tc>
          <w:tcPr>
            <w:tcW w:w="1806" w:type="dxa"/>
          </w:tcPr>
          <w:p w:rsidR="006C5468" w:rsidRPr="00DA5AD5" w:rsidRDefault="006C5468" w:rsidP="00415DF3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300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คน </w:t>
            </w:r>
            <w:r w:rsidR="00E20D77"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(บรรลุเป้าหมาย)</w:t>
            </w:r>
          </w:p>
        </w:tc>
      </w:tr>
    </w:tbl>
    <w:p w:rsidR="006C5468" w:rsidRPr="00E71233" w:rsidRDefault="006C5468" w:rsidP="006C5468">
      <w:pPr>
        <w:spacing w:after="0" w:line="240" w:lineRule="auto"/>
        <w:rPr>
          <w:rFonts w:ascii="TH SarabunPSK" w:hAnsi="TH SarabunPSK" w:cs="TH SarabunPSK"/>
          <w:szCs w:val="32"/>
        </w:rPr>
      </w:pP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 w:rsidRPr="00E71233"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 w:rsidRPr="00E71233"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6C5468" w:rsidRPr="00E71233" w:rsidRDefault="006C5468" w:rsidP="006C5468">
      <w:pPr>
        <w:numPr>
          <w:ilvl w:val="0"/>
          <w:numId w:val="11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รายชื่อนักศึกษาที่เข้าร่วมโครงการจิตอาสา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จิตสาธารณะ</w:t>
      </w:r>
    </w:p>
    <w:p w:rsidR="006C5468" w:rsidRPr="00E71233" w:rsidRDefault="006C5468" w:rsidP="006C5468">
      <w:pPr>
        <w:numPr>
          <w:ilvl w:val="0"/>
          <w:numId w:val="11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โครงการ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กิจกรรมจิตอาสาที่จัดขึ้นพร้อมรายละเอียด</w:t>
      </w:r>
    </w:p>
    <w:p w:rsidR="006C5468" w:rsidRPr="00E71233" w:rsidRDefault="006C5468" w:rsidP="006C5468">
      <w:pPr>
        <w:numPr>
          <w:ilvl w:val="0"/>
          <w:numId w:val="11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ภาพถ่ายการดำเนินกิจกรรมจิตอาสา</w:t>
      </w:r>
    </w:p>
    <w:p w:rsidR="006C5468" w:rsidRPr="00E71233" w:rsidRDefault="006C5468" w:rsidP="006C5468">
      <w:pPr>
        <w:numPr>
          <w:ilvl w:val="0"/>
          <w:numId w:val="11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รายงานผลการประเมินกิจกรรมจิตอาสา</w:t>
      </w:r>
    </w:p>
    <w:p w:rsidR="006C5468" w:rsidRPr="00E71233" w:rsidRDefault="006C5468" w:rsidP="006C5468">
      <w:pPr>
        <w:numPr>
          <w:ilvl w:val="0"/>
          <w:numId w:val="11"/>
        </w:numPr>
        <w:spacing w:after="0" w:line="240" w:lineRule="auto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ใบรับรองการเข้าร่วมกิจกรรมจิตอาสาของนักศึกษา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แนวทางในการดำเนินงาน :</w:t>
      </w:r>
    </w:p>
    <w:p w:rsidR="00F91689" w:rsidRPr="00DA5AD5" w:rsidRDefault="00BC35B2" w:rsidP="002E2401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</w:rPr>
        <w:t>1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. ประกาศเปิดรับสมัครและประชาสัมพันธ์โครงการจิตอาสาประจำปี </w:t>
      </w:r>
      <w:r w:rsidRPr="00DA5AD5">
        <w:rPr>
          <w:rFonts w:ascii="TH SarabunPSK" w:hAnsi="TH SarabunPSK" w:cs="TH SarabunPSK"/>
          <w:szCs w:val="32"/>
        </w:rPr>
        <w:t>2570</w:t>
      </w:r>
      <w:r w:rsidRPr="00DA5AD5">
        <w:rPr>
          <w:rFonts w:ascii="TH SarabunPSK" w:hAnsi="TH SarabunPSK" w:cs="TH SarabunPSK"/>
          <w:szCs w:val="32"/>
        </w:rPr>
        <w:br/>
        <w:t>2</w:t>
      </w:r>
      <w:r w:rsidRPr="00DA5AD5">
        <w:rPr>
          <w:rFonts w:ascii="TH SarabunPSK" w:hAnsi="TH SarabunPSK" w:cs="TH SarabunPSK"/>
          <w:szCs w:val="32"/>
          <w:cs/>
          <w:lang w:bidi="th-TH"/>
        </w:rPr>
        <w:t>. จัดกิจกรรมจิตอาสาพัฒนามหาวิทยาลัยและชุมชนรอบข้างรายไตรมาส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</w:rPr>
        <w:lastRenderedPageBreak/>
        <w:t>3</w:t>
      </w:r>
      <w:r w:rsidRPr="00DA5AD5">
        <w:rPr>
          <w:rFonts w:ascii="TH SarabunPSK" w:hAnsi="TH SarabunPSK" w:cs="TH SarabunPSK"/>
          <w:szCs w:val="32"/>
          <w:cs/>
          <w:lang w:bidi="th-TH"/>
        </w:rPr>
        <w:t>. บันทึกประวัติและชั่วโมงการทำกิจกรรมจิตอาสาในระบบสารสนเทศนักศึกษา</w:t>
      </w:r>
      <w:r w:rsidRPr="00DA5AD5">
        <w:rPr>
          <w:rFonts w:ascii="TH SarabunPSK" w:hAnsi="TH SarabunPSK" w:cs="TH SarabunPSK"/>
          <w:szCs w:val="32"/>
        </w:rPr>
        <w:br/>
        <w:t>4</w:t>
      </w:r>
      <w:r w:rsidRPr="00DA5AD5">
        <w:rPr>
          <w:rFonts w:ascii="TH SarabunPSK" w:hAnsi="TH SarabunPSK" w:cs="TH SarabunPSK"/>
          <w:szCs w:val="32"/>
          <w:cs/>
          <w:lang w:bidi="th-TH"/>
        </w:rPr>
        <w:t>. ประมวลผลจำนวนนักศึกษาที่ผ่านเกณฑ์ชั่วโมงจิตอาสาไม่น้อยกว่าเกณฑ์ที่กำหนด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Pr="00DA5AD5" w:rsidRDefault="00890C54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663"/>
        <w:gridCol w:w="4365"/>
      </w:tblGrid>
      <w:tr w:rsidR="00F91689" w:rsidRPr="00DA5AD5" w:rsidTr="00B7442B">
        <w:trPr>
          <w:jc w:val="center"/>
        </w:trPr>
        <w:tc>
          <w:tcPr>
            <w:tcW w:w="4663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 w:hint="cs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3  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จำนวนเครือข่ายศิษย์เก่าระดับจังหวัดและระดับหลักสูตร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(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เครือข่ายระดับจังหวัด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/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เครือข่ายระดับหลักสูตร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B7442B" w:rsidRPr="00B7442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มรสน</w:t>
            </w:r>
            <w:r w:rsidR="00B7442B" w:rsidRPr="00B7442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.)</w:t>
            </w:r>
            <w:r w:rsidR="003A5F3A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br/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3A5F3A"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4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/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 xml:space="preserve">6 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เครือข่าย)</w:t>
            </w:r>
          </w:p>
        </w:tc>
        <w:tc>
          <w:tcPr>
            <w:tcW w:w="4365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เครือข่าย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E73204">
        <w:trPr>
          <w:jc w:val="center"/>
        </w:trPr>
        <w:tc>
          <w:tcPr>
            <w:tcW w:w="9028" w:type="dxa"/>
            <w:gridSpan w:val="2"/>
          </w:tcPr>
          <w:p w:rsidR="00F91689" w:rsidRPr="00E73204" w:rsidRDefault="00BC35B2" w:rsidP="00E73204">
            <w:pPr>
              <w:rPr>
                <w:rFonts w:ascii="TH SarabunPSK" w:hAnsi="TH SarabunPSK" w:cs="TH SarabunPSK"/>
                <w:color w:val="002060"/>
                <w:szCs w:val="32"/>
                <w:lang w:bidi="th-TH"/>
              </w:rPr>
            </w:pP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E7320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รองอธิการบดีด้านกิจการนักศึกษา / ผู้อำนวยการสำนักงานอธิการบดี   </w:t>
            </w:r>
            <w:r w:rsidR="00E7320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br/>
            </w: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ผู้ดูแล/ผู้ดำเนินการ :</w:t>
            </w:r>
            <w:r w:rsidRPr="00E7320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 ผู้อำนวยการกองพัฒนานักศึกษา</w:t>
            </w:r>
            <w:r w:rsidRPr="00E73204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E73204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E73204" w:rsidRPr="00E73204">
              <w:rPr>
                <w:rFonts w:ascii="TH SarabunPSK" w:hAnsi="TH SarabunPSK" w:cs="TH SarabunPSK" w:hint="cs"/>
                <w:color w:val="FF0000"/>
                <w:szCs w:val="32"/>
                <w:cs/>
                <w:lang w:bidi="th-TH"/>
              </w:rPr>
              <w:t>......................................................</w:t>
            </w:r>
            <w:r w:rsidRPr="00E73204">
              <w:rPr>
                <w:rFonts w:ascii="TH SarabunPSK" w:hAnsi="TH SarabunPSK" w:cs="TH SarabunPSK"/>
                <w:color w:val="FF0000"/>
                <w:szCs w:val="32"/>
                <w:cs/>
                <w:lang w:bidi="th-TH"/>
              </w:rPr>
              <w:t xml:space="preserve"> </w:t>
            </w:r>
            <w:r w:rsidRPr="00E73204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</w:t>
            </w:r>
            <w:r w:rsid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[</w:t>
            </w:r>
            <w:r w:rsid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รหัส</w:t>
            </w:r>
            <w:r w:rsidR="00E73204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ตัวชี้วัด </w:t>
            </w: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: </w:t>
            </w:r>
            <w:r w:rsidRPr="00E73204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E73204">
              <w:rPr>
                <w:rFonts w:ascii="TH SarabunPSK" w:hAnsi="TH SarabunPSK" w:cs="TH SarabunPSK"/>
                <w:b/>
                <w:color w:val="002060"/>
                <w:szCs w:val="32"/>
              </w:rPr>
              <w:t>S01</w:t>
            </w: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E73204">
              <w:rPr>
                <w:rFonts w:ascii="TH SarabunPSK" w:hAnsi="TH SarabunPSK" w:cs="TH SarabunPSK"/>
                <w:b/>
                <w:color w:val="002060"/>
                <w:szCs w:val="32"/>
              </w:rPr>
              <w:t>03</w:t>
            </w:r>
            <w:r w:rsidRPr="00E7320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 :</w:t>
      </w:r>
    </w:p>
    <w:p w:rsidR="00F91689" w:rsidRPr="00B848B5" w:rsidRDefault="00BC35B2" w:rsidP="00B848B5">
      <w:pPr>
        <w:rPr>
          <w:rFonts w:ascii="TH SarabunPSK" w:hAnsi="TH SarabunPSK" w:cs="TH SarabunPSK"/>
          <w:color w:val="FF0000"/>
          <w:szCs w:val="32"/>
          <w:lang w:bidi="th-TH"/>
        </w:rPr>
      </w:pPr>
      <w:r w:rsidRPr="00B848B5">
        <w:rPr>
          <w:rFonts w:ascii="TH SarabunPSK" w:hAnsi="TH SarabunPSK" w:cs="TH SarabunPSK"/>
          <w:color w:val="FF0000"/>
          <w:szCs w:val="32"/>
          <w:cs/>
          <w:lang w:bidi="th-TH"/>
        </w:rPr>
        <w:t>การจัดตั้งและขับเคลื่อนเครือข่ายศิษย์เก่ามหาวิทยาลัยราช</w:t>
      </w:r>
      <w:proofErr w:type="spellStart"/>
      <w:r w:rsidRPr="00B848B5">
        <w:rPr>
          <w:rFonts w:ascii="TH SarabunPSK" w:hAnsi="TH SarabunPSK" w:cs="TH SarabunPSK"/>
          <w:color w:val="FF0000"/>
          <w:szCs w:val="32"/>
          <w:cs/>
          <w:lang w:bidi="th-TH"/>
        </w:rPr>
        <w:t>ภัฏ</w:t>
      </w:r>
      <w:proofErr w:type="spellEnd"/>
      <w:r w:rsidRPr="00B848B5">
        <w:rPr>
          <w:rFonts w:ascii="TH SarabunPSK" w:hAnsi="TH SarabunPSK" w:cs="TH SarabunPSK"/>
          <w:color w:val="FF0000"/>
          <w:szCs w:val="32"/>
          <w:cs/>
          <w:lang w:bidi="th-TH"/>
        </w:rPr>
        <w:t>สกลนคร ทั้งในระดับจังหวัด (</w:t>
      </w:r>
      <w:r w:rsidRPr="00B848B5">
        <w:rPr>
          <w:rFonts w:ascii="TH SarabunPSK" w:hAnsi="TH SarabunPSK" w:cs="TH SarabunPSK"/>
          <w:color w:val="FF0000"/>
          <w:szCs w:val="32"/>
        </w:rPr>
        <w:t xml:space="preserve">4 </w:t>
      </w:r>
      <w:r w:rsidRPr="00B848B5">
        <w:rPr>
          <w:rFonts w:ascii="TH SarabunPSK" w:hAnsi="TH SarabunPSK" w:cs="TH SarabunPSK"/>
          <w:color w:val="FF0000"/>
          <w:szCs w:val="32"/>
          <w:cs/>
          <w:lang w:bidi="th-TH"/>
        </w:rPr>
        <w:t>จังหวัดเป้าหมาย) และระดับหลักสูตร (</w:t>
      </w:r>
      <w:r w:rsidRPr="00B848B5">
        <w:rPr>
          <w:rFonts w:ascii="TH SarabunPSK" w:hAnsi="TH SarabunPSK" w:cs="TH SarabunPSK"/>
          <w:color w:val="FF0000"/>
          <w:szCs w:val="32"/>
        </w:rPr>
        <w:t xml:space="preserve">6 </w:t>
      </w:r>
      <w:r w:rsidRPr="00B848B5">
        <w:rPr>
          <w:rFonts w:ascii="TH SarabunPSK" w:hAnsi="TH SarabunPSK" w:cs="TH SarabunPSK"/>
          <w:color w:val="FF0000"/>
          <w:szCs w:val="32"/>
          <w:cs/>
          <w:lang w:bidi="th-TH"/>
        </w:rPr>
        <w:t>หลักสูตรเป้าหมาย) เพื่อสร้างความร่วมมือในการสนับสนุนทุนการศึกษา การฝึกงาน และการพัฒนาสถาบัน</w:t>
      </w:r>
    </w:p>
    <w:p w:rsidR="00B848B5" w:rsidRDefault="00B848B5" w:rsidP="00B848B5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ตัวชี้วัดนี้มุ่งสร้างเครือข่ายความร่วมมือและการสนับสนุนระหว่างศิษย์เก่ากับมหาวิทยาลัย รวมทั้ง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การแลกเปลี่ยนความรู้และประสบการณ์ระหว่างศิษย์เก่าด้วยกัน เครือข่ายศิษย์เก่าระดับจังหวัดจะจัดตั้งขึ้น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ใน </w:t>
      </w:r>
      <w:r w:rsidRPr="00E71233">
        <w:rPr>
          <w:rFonts w:ascii="TH SarabunPSK" w:eastAsia="Times New Roman" w:hAnsi="TH SarabunPSK" w:cs="TH SarabunPSK"/>
          <w:szCs w:val="32"/>
        </w:rPr>
        <w:t xml:space="preserve">4 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จังหวัดหลักในพื้นที่บริการ ได้แก่ สกลนคร หนองคาย บึงกาฬ และหนองบัวลำภู โดยแต่ละจังหวัด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จะมีคณะกร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 xml:space="preserve">รมการเครือข่ายที่ทำหน้าที่ประสานงานกิจกรรมต่าง ๆ เช่น การจัดงานสานสัมพันธ์ </w:t>
      </w:r>
      <w:r w:rsidRPr="00E71233">
        <w:rPr>
          <w:rFonts w:ascii="TH SarabunPSK" w:eastAsia="Times New Roman" w:hAnsi="TH SarabunPSK" w:cs="TH SarabunPSK"/>
          <w:szCs w:val="32"/>
          <w:rtl/>
          <w:cs/>
        </w:rPr>
        <w:br/>
      </w:r>
      <w:r w:rsidRPr="00E71233">
        <w:rPr>
          <w:rFonts w:ascii="TH SarabunPSK" w:eastAsia="Times New Roman" w:hAnsi="TH SarabunPSK" w:cs="TH SarabunPSK"/>
          <w:szCs w:val="32"/>
          <w:rtl/>
          <w:cs/>
          <w:lang w:bidi="th-TH"/>
        </w:rPr>
        <w:t>การให้ทุนการศึกษา การแนะแนวการศึกษาต่อ การสร้างโอกาสการทำงาน และการสนับสนุนโครงการพัฒนาท้องถิ่น ส่วนเครือข่ายระดับหลักสูตรจะเป็นการรวมตัวของศิษย์เก่าที่จบจากหลักสูตรเดียวกันเพื่อแล</w:t>
      </w:r>
      <w:r w:rsidRPr="00E71233">
        <w:rPr>
          <w:rFonts w:ascii="TH SarabunPSK" w:eastAsia="Times New Roman" w:hAnsi="TH SarabunPSK" w:cs="TH SarabunPSK"/>
          <w:szCs w:val="32"/>
          <w:cs/>
          <w:lang w:bidi="th-TH"/>
        </w:rPr>
        <w:t>กเปลี่ยนความรู้เฉพาะทาง การอัปเดตองค์ความรู้ใหม่ การสร้างโอกาสทางธุรกิจ และการพัฒนาวิชาชีพ การมีเครือข่ายศิษย์เก่าที่เข้มแข็งจะช่วยเพิ่มภาพลักษณ์และความน่าเชื่อถือของมหาวิทยาลัย รวมทั้งเป็นแหล่งสนับสนุนทรัพยากรและการพัฒนาบัณฑิตในอนาคต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แนวทางในการดำเนินงาน :</w:t>
      </w:r>
    </w:p>
    <w:p w:rsidR="00F91689" w:rsidRPr="00DA5AD5" w:rsidRDefault="00BC35B2" w:rsidP="00B848B5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</w:rPr>
        <w:t>1</w:t>
      </w:r>
      <w:r w:rsidRPr="00DA5AD5">
        <w:rPr>
          <w:rFonts w:ascii="TH SarabunPSK" w:hAnsi="TH SarabunPSK" w:cs="TH SarabunPSK"/>
          <w:szCs w:val="32"/>
          <w:cs/>
          <w:lang w:bidi="th-TH"/>
        </w:rPr>
        <w:t>. ประสานงานและจัดทำฐานข้อมูลศิษย์เก่ารายจังหวัดและรายหลักสูตร</w:t>
      </w:r>
      <w:r w:rsidRPr="00DA5AD5">
        <w:rPr>
          <w:rFonts w:ascii="TH SarabunPSK" w:hAnsi="TH SarabunPSK" w:cs="TH SarabunPSK"/>
          <w:szCs w:val="32"/>
        </w:rPr>
        <w:br/>
        <w:t>2</w:t>
      </w:r>
      <w:r w:rsidRPr="00DA5AD5">
        <w:rPr>
          <w:rFonts w:ascii="TH SarabunPSK" w:hAnsi="TH SarabunPSK" w:cs="TH SarabunPSK"/>
          <w:szCs w:val="32"/>
          <w:cs/>
          <w:lang w:bidi="th-TH"/>
        </w:rPr>
        <w:t>. จัดประชุมแต่งตั้งคณะกรรมการชมรม/เครือข่ายศิษย์เก่า</w:t>
      </w:r>
      <w:r w:rsidRPr="00DA5AD5">
        <w:rPr>
          <w:rFonts w:ascii="TH SarabunPSK" w:hAnsi="TH SarabunPSK" w:cs="TH SarabunPSK"/>
          <w:szCs w:val="32"/>
        </w:rPr>
        <w:br/>
        <w:t>3</w:t>
      </w:r>
      <w:r w:rsidRPr="00DA5AD5">
        <w:rPr>
          <w:rFonts w:ascii="TH SarabunPSK" w:hAnsi="TH SarabunPSK" w:cs="TH SarabunPSK"/>
          <w:szCs w:val="32"/>
          <w:cs/>
          <w:lang w:bidi="th-TH"/>
        </w:rPr>
        <w:t>. ดำเนินกิจกรรมสร้างความสัมพันธ์และระดมทุนสนับสนุนนักศึกษาร่วมกับเครือข่าย</w:t>
      </w:r>
      <w:r w:rsidRPr="00DA5AD5">
        <w:rPr>
          <w:rFonts w:ascii="TH SarabunPSK" w:hAnsi="TH SarabunPSK" w:cs="TH SarabunPSK"/>
          <w:szCs w:val="32"/>
        </w:rPr>
        <w:br/>
        <w:t>4</w:t>
      </w:r>
      <w:r w:rsidRPr="00DA5AD5">
        <w:rPr>
          <w:rFonts w:ascii="TH SarabunPSK" w:hAnsi="TH SarabunPSK" w:cs="TH SarabunPSK"/>
          <w:szCs w:val="32"/>
          <w:cs/>
          <w:lang w:bidi="th-TH"/>
        </w:rPr>
        <w:t>. รวบรวมคำสั่งแต่งตั้งและรายงานกิจกรรมของเครือข่ายศิษย์เก่า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สูตรการคำนวณ :</w:t>
      </w:r>
    </w:p>
    <w:p w:rsidR="00F91689" w:rsidRPr="00DA5AD5" w:rsidRDefault="00BC35B2">
      <w:pPr>
        <w:jc w:val="center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>จำนวนเครือข่าย = (จำนวนเครือข่ายระดับจังหวัด) + (จำนวนเครือข่ายระดับหลักสูตร)</w:t>
      </w:r>
    </w:p>
    <w:p w:rsidR="00B848B5" w:rsidRDefault="00B848B5">
      <w:pPr>
        <w:rPr>
          <w:rFonts w:ascii="TH SarabunPSK" w:hAnsi="TH SarabunPSK" w:cs="TH SarabunPSK"/>
          <w:b/>
          <w:bCs/>
          <w:szCs w:val="32"/>
          <w:lang w:bidi="th-TH"/>
        </w:rPr>
      </w:pPr>
    </w:p>
    <w:p w:rsidR="00890C54" w:rsidRDefault="00890C54">
      <w:pPr>
        <w:rPr>
          <w:rFonts w:ascii="TH SarabunPSK" w:hAnsi="TH SarabunPSK" w:cs="TH SarabunPSK"/>
          <w:b/>
          <w:bCs/>
          <w:szCs w:val="32"/>
          <w:lang w:bidi="th-TH"/>
        </w:rPr>
      </w:pPr>
    </w:p>
    <w:p w:rsidR="00890C54" w:rsidRDefault="00890C54">
      <w:pPr>
        <w:rPr>
          <w:rFonts w:ascii="TH SarabunPSK" w:hAnsi="TH SarabunPSK" w:cs="TH SarabunPSK"/>
          <w:b/>
          <w:bCs/>
          <w:szCs w:val="32"/>
          <w:lang w:bidi="th-TH"/>
        </w:rPr>
      </w:pPr>
    </w:p>
    <w:p w:rsidR="00890C54" w:rsidRDefault="00890C54">
      <w:pPr>
        <w:rPr>
          <w:rFonts w:ascii="TH SarabunPSK" w:hAnsi="TH SarabunPSK" w:cs="TH SarabunPSK"/>
          <w:b/>
          <w:bCs/>
          <w:szCs w:val="32"/>
          <w:lang w:bidi="th-TH"/>
        </w:rPr>
      </w:pPr>
    </w:p>
    <w:p w:rsidR="00890C54" w:rsidRDefault="00890C54">
      <w:pPr>
        <w:rPr>
          <w:rFonts w:ascii="TH SarabunPSK" w:hAnsi="TH SarabunPSK" w:cs="TH SarabunPSK"/>
          <w:b/>
          <w:bCs/>
          <w:szCs w:val="32"/>
          <w:lang w:bidi="th-TH"/>
        </w:rPr>
      </w:pP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เกณฑ์การให้คะแนน 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F91689" w:rsidRPr="00DA5AD5">
        <w:trPr>
          <w:jc w:val="center"/>
        </w:trPr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1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2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3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4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5</w:t>
            </w:r>
          </w:p>
        </w:tc>
      </w:tr>
      <w:tr w:rsidR="00F91689" w:rsidRPr="00DA5AD5">
        <w:trPr>
          <w:jc w:val="center"/>
        </w:trPr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เครือข่าย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4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เครือข่าย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6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เครือข่าย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8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เครือข่าย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</w:rPr>
              <w:t xml:space="preserve">10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เครือข่าย 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4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จังหวัด/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6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หลักสูตร)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ข้อมูล/หลักฐานที่ต้องรายงาน :</w:t>
      </w:r>
    </w:p>
    <w:p w:rsidR="00F91689" w:rsidRPr="00DA5AD5" w:rsidRDefault="00BC35B2" w:rsidP="00B848B5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t>- คำสั่งแต่งตั้งคณะกรรมการเครือข่ายศิษย์เก่า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>- ทำเนียบรายชื่อเครือข่ายศิษย์เก่าระดับจังหวัดและหลักสูตร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>- รายงานสรุปกิจกรรมความร่วมมือกับศิษย์เก่า (</w:t>
      </w:r>
      <w:r w:rsidRPr="00DA5AD5">
        <w:rPr>
          <w:rFonts w:ascii="TH SarabunPSK" w:hAnsi="TH SarabunPSK" w:cs="TH SarabunPSK"/>
          <w:szCs w:val="32"/>
        </w:rPr>
        <w:t>EVD</w:t>
      </w:r>
      <w:r w:rsidRPr="00DA5AD5">
        <w:rPr>
          <w:rFonts w:ascii="TH SarabunPSK" w:hAnsi="TH SarabunPSK" w:cs="TH SarabunPSK"/>
          <w:szCs w:val="32"/>
          <w:cs/>
          <w:lang w:bidi="th-TH"/>
        </w:rPr>
        <w:t>-</w:t>
      </w:r>
      <w:r w:rsidRPr="00DA5AD5">
        <w:rPr>
          <w:rFonts w:ascii="TH SarabunPSK" w:hAnsi="TH SarabunPSK" w:cs="TH SarabunPSK"/>
          <w:szCs w:val="32"/>
        </w:rPr>
        <w:t>003</w:t>
      </w:r>
      <w:r w:rsidRPr="00DA5AD5">
        <w:rPr>
          <w:rFonts w:ascii="TH SarabunPSK" w:hAnsi="TH SarabunPSK" w:cs="TH SarabunPSK"/>
          <w:szCs w:val="32"/>
          <w:cs/>
          <w:lang w:bidi="th-TH"/>
        </w:rPr>
        <w:t>)</w:t>
      </w:r>
    </w:p>
    <w:p w:rsidR="00F91689" w:rsidRDefault="00F91689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p w:rsidR="00155B40" w:rsidRPr="00B848B5" w:rsidRDefault="00155B40">
      <w:pPr>
        <w:spacing w:after="360"/>
        <w:rPr>
          <w:rFonts w:ascii="TH SarabunPSK" w:hAnsi="TH SarabunPSK" w:cs="TH SarabunPSK"/>
          <w:sz w:val="20"/>
          <w:szCs w:val="20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088"/>
        <w:gridCol w:w="3940"/>
      </w:tblGrid>
      <w:tr w:rsidR="00F91689" w:rsidRPr="00DA5AD5" w:rsidTr="0074202B">
        <w:trPr>
          <w:jc w:val="center"/>
        </w:trPr>
        <w:tc>
          <w:tcPr>
            <w:tcW w:w="5088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4  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ร้อยละอาจารย์ประจำสถาบันที่มีคุณวุฒิปริญญาเอก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มรสน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.) </w:t>
            </w:r>
            <w:r w:rsidR="003A5F3A">
              <w:rPr>
                <w:rFonts w:ascii="TH SarabunPSK" w:hAnsi="TH SarabunPSK" w:cs="TH SarabunPSK"/>
                <w:szCs w:val="32"/>
                <w:cs/>
                <w:lang w:bidi="th-TH"/>
              </w:rPr>
              <w:br/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3A5F3A"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48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3940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(ณ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74202B">
        <w:trPr>
          <w:jc w:val="center"/>
        </w:trPr>
        <w:tc>
          <w:tcPr>
            <w:tcW w:w="9028" w:type="dxa"/>
            <w:gridSpan w:val="2"/>
          </w:tcPr>
          <w:p w:rsidR="00B848B5" w:rsidRDefault="00BC35B2">
            <w:pPr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</w:pP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B848B5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ผู้อำนวยการสำนักงานอธิการบดี</w:t>
            </w: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ผู้ดูแล/ผู้ดำเนินการ :</w:t>
            </w:r>
            <w:r w:rsid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</w:t>
            </w:r>
            <w:r w:rsidR="00B848B5" w:rsidRPr="00B848B5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หัวหน้างานบริหารบุคคลและนิติการ</w:t>
            </w: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</w:t>
            </w:r>
            <w:r w:rsidRPr="00B848B5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ผู้อำนวยการกองกลาง</w:t>
            </w:r>
            <w:r w:rsidRPr="00B848B5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B848B5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B848B5" w:rsidRPr="00B848B5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>……………………………………..</w:t>
            </w:r>
            <w:r w:rsidRPr="00B848B5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</w:p>
          <w:p w:rsidR="00F91689" w:rsidRPr="00DA5AD5" w:rsidRDefault="00BC35B2" w:rsidP="00B848B5">
            <w:pPr>
              <w:rPr>
                <w:rFonts w:ascii="TH SarabunPSK" w:hAnsi="TH SarabunPSK" w:cs="TH SarabunPSK"/>
                <w:szCs w:val="32"/>
              </w:rPr>
            </w:pP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[</w:t>
            </w:r>
            <w:r w:rsid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รหัส</w:t>
            </w:r>
            <w:r w:rsidR="00B848B5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ตัวชี้วัด </w:t>
            </w:r>
            <w:r w:rsid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: </w:t>
            </w:r>
            <w:r w:rsidRPr="00B848B5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B848B5">
              <w:rPr>
                <w:rFonts w:ascii="TH SarabunPSK" w:hAnsi="TH SarabunPSK" w:cs="TH SarabunPSK"/>
                <w:b/>
                <w:color w:val="002060"/>
                <w:szCs w:val="32"/>
              </w:rPr>
              <w:t>S01</w:t>
            </w: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B848B5">
              <w:rPr>
                <w:rFonts w:ascii="TH SarabunPSK" w:hAnsi="TH SarabunPSK" w:cs="TH SarabunPSK"/>
                <w:b/>
                <w:color w:val="002060"/>
                <w:szCs w:val="32"/>
              </w:rPr>
              <w:t>04</w:t>
            </w:r>
            <w:r w:rsidRPr="00B848B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 :</w:t>
      </w:r>
    </w:p>
    <w:p w:rsidR="00F91689" w:rsidRPr="0086535F" w:rsidRDefault="00BC35B2" w:rsidP="00E235C2">
      <w:pPr>
        <w:ind w:firstLine="720"/>
        <w:jc w:val="thaiDistribute"/>
        <w:rPr>
          <w:rFonts w:ascii="TH SarabunPSK" w:hAnsi="TH SarabunPSK" w:cs="TH SarabunPSK"/>
          <w:color w:val="FF0000"/>
          <w:szCs w:val="32"/>
        </w:rPr>
      </w:pPr>
      <w:r w:rsidRPr="0086535F">
        <w:rPr>
          <w:rFonts w:ascii="TH SarabunPSK" w:hAnsi="TH SarabunPSK" w:cs="TH SarabunPSK"/>
          <w:color w:val="FF0000"/>
          <w:szCs w:val="32"/>
          <w:cs/>
          <w:lang w:bidi="th-TH"/>
        </w:rPr>
        <w:t>หมายถึง สัดส่วนของอาจารย์ประจำตามกรอบอัตรากำลังของมหาวิทยาลัยราช</w:t>
      </w:r>
      <w:proofErr w:type="spellStart"/>
      <w:r w:rsidRPr="0086535F">
        <w:rPr>
          <w:rFonts w:ascii="TH SarabunPSK" w:hAnsi="TH SarabunPSK" w:cs="TH SarabunPSK"/>
          <w:color w:val="FF0000"/>
          <w:szCs w:val="32"/>
          <w:cs/>
          <w:lang w:bidi="th-TH"/>
        </w:rPr>
        <w:t>ภัฏ</w:t>
      </w:r>
      <w:proofErr w:type="spellEnd"/>
      <w:r w:rsidRPr="0086535F">
        <w:rPr>
          <w:rFonts w:ascii="TH SarabunPSK" w:hAnsi="TH SarabunPSK" w:cs="TH SarabunPSK"/>
          <w:color w:val="FF0000"/>
          <w:szCs w:val="32"/>
          <w:cs/>
          <w:lang w:bidi="th-TH"/>
        </w:rPr>
        <w:t xml:space="preserve">สกลนคร ที่สำเร็จการศึกษาระดับปริญญาเอกหรือเทียบเท่า ต่อจำนวนอาจารย์ประจำทั้งหมด ณ วันสิ้นปีงบประมาณ พ.ศ. </w:t>
      </w:r>
      <w:r w:rsidRPr="0086535F">
        <w:rPr>
          <w:rFonts w:ascii="TH SarabunPSK" w:hAnsi="TH SarabunPSK" w:cs="TH SarabunPSK"/>
          <w:color w:val="FF0000"/>
          <w:szCs w:val="32"/>
        </w:rPr>
        <w:t>2570</w:t>
      </w:r>
    </w:p>
    <w:p w:rsidR="0086535F" w:rsidRPr="0086535F" w:rsidRDefault="0086535F" w:rsidP="0086535F">
      <w:pPr>
        <w:spacing w:after="0"/>
        <w:ind w:firstLine="720"/>
        <w:jc w:val="both"/>
        <w:rPr>
          <w:rFonts w:ascii="TH SarabunPSK" w:eastAsia="TH SarabunPSK" w:hAnsi="TH SarabunPSK" w:cs="TH SarabunPSK"/>
          <w:szCs w:val="32"/>
        </w:rPr>
      </w:pP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การศึกษาระดับอุดมศึกษาถือเป็นการศึกษาระดับสูงสุดที่ต้องการบุคลากรที่มีความรู้ความสามารถและความลุ่มลึกทางวิชาการ เพื่อปฏิบัติพันธกิจสำคัญของมหาวิทยาลัยในการผลิตบัณฑิต ศึกษาวิจัยเพื่อการติดตามความก้าวหน้าทางวิชาการและการพัฒนาองค์ความรู้ ดังนั้น มหาวิทยาลัยจึงควรมีอาจารย์ที่มีระดับคุณวุฒิทางการศึกษาในสัดส่วนที่เหมาะสมกับพันธกิจหรือจุดเน้นกลุ่มผลิตบัณฑิตระดับปริญญาตรี 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>(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>กลุ่ม ข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>)</w:t>
      </w:r>
    </w:p>
    <w:p w:rsidR="0086535F" w:rsidRPr="0086535F" w:rsidRDefault="0086535F" w:rsidP="0086535F">
      <w:pPr>
        <w:spacing w:after="0"/>
        <w:jc w:val="both"/>
        <w:rPr>
          <w:rFonts w:ascii="TH SarabunPSK" w:eastAsia="TH SarabunPSK" w:hAnsi="TH SarabunPSK" w:cs="TH SarabunPSK"/>
          <w:szCs w:val="32"/>
        </w:rPr>
      </w:pP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  </w:t>
      </w:r>
      <w:r w:rsidRPr="0086535F">
        <w:rPr>
          <w:rFonts w:ascii="TH SarabunPSK" w:eastAsia="TH SarabunPSK" w:hAnsi="TH SarabunPSK" w:cs="TH SarabunPSK"/>
          <w:szCs w:val="32"/>
        </w:rPr>
        <w:tab/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  โดยการแปลงค่าร้อยละของอาจารย์ประจำสถาบันที่มีคุณสมบัติปริญญาเอกเป็นคะแนนระหว่าง </w:t>
      </w:r>
      <w:r w:rsidRPr="0086535F">
        <w:rPr>
          <w:rFonts w:ascii="TH SarabunPSK" w:eastAsia="TH SarabunPSK" w:hAnsi="TH SarabunPSK" w:cs="TH SarabunPSK"/>
          <w:szCs w:val="32"/>
        </w:rPr>
        <w:t xml:space="preserve">0 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- </w:t>
      </w:r>
      <w:r w:rsidRPr="0086535F">
        <w:rPr>
          <w:rFonts w:ascii="TH SarabunPSK" w:eastAsia="TH SarabunPSK" w:hAnsi="TH SarabunPSK" w:cs="TH SarabunPSK"/>
          <w:szCs w:val="32"/>
        </w:rPr>
        <w:t xml:space="preserve">5  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โดยใช้เกณฑ์ ค่าร้อยละอาจารย์ประจำสถาบันที่มีคุณวุฒิปริญญาเอกที่กำหนดให้เป็นคะแนนเต็ม </w:t>
      </w:r>
      <w:r w:rsidRPr="0086535F">
        <w:rPr>
          <w:rFonts w:ascii="TH SarabunPSK" w:eastAsia="TH SarabunPSK" w:hAnsi="TH SarabunPSK" w:cs="TH SarabunPSK"/>
          <w:szCs w:val="32"/>
        </w:rPr>
        <w:t xml:space="preserve">5 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= </w:t>
      </w:r>
      <w:r w:rsidRPr="0086535F">
        <w:rPr>
          <w:rFonts w:ascii="TH SarabunPSK" w:eastAsia="TH SarabunPSK" w:hAnsi="TH SarabunPSK" w:cs="TH SarabunPSK"/>
          <w:szCs w:val="32"/>
          <w:cs/>
          <w:lang w:bidi="th-TH"/>
        </w:rPr>
        <w:t xml:space="preserve">ร้อยละ </w:t>
      </w:r>
      <w:r w:rsidRPr="0086535F">
        <w:rPr>
          <w:rFonts w:ascii="TH SarabunPSK" w:eastAsia="TH SarabunPSK" w:hAnsi="TH SarabunPSK" w:cs="TH SarabunPSK"/>
          <w:szCs w:val="32"/>
        </w:rPr>
        <w:t>40</w:t>
      </w:r>
    </w:p>
    <w:p w:rsidR="0086535F" w:rsidRDefault="0086535F" w:rsidP="0086535F">
      <w:pPr>
        <w:spacing w:after="0" w:line="240" w:lineRule="auto"/>
        <w:jc w:val="both"/>
        <w:rPr>
          <w:rFonts w:eastAsia="TH Sarabun PSK" w:cs="TH Sarabun PSK"/>
          <w:szCs w:val="32"/>
        </w:rPr>
      </w:pP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แนวทางในการดำเนินงาน :</w:t>
      </w:r>
    </w:p>
    <w:p w:rsidR="00F91689" w:rsidRPr="00DA5AD5" w:rsidRDefault="00BC35B2" w:rsidP="00E235C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</w:rPr>
        <w:t>1</w:t>
      </w:r>
      <w:r w:rsidRPr="00DA5AD5">
        <w:rPr>
          <w:rFonts w:ascii="TH SarabunPSK" w:hAnsi="TH SarabunPSK" w:cs="TH SarabunPSK"/>
          <w:szCs w:val="32"/>
          <w:cs/>
          <w:lang w:bidi="th-TH"/>
        </w:rPr>
        <w:t>. ตรวจสอบและปรับปรุงฐานข้อมูลคุณวุฒิการศึกษาของอาจารย์ประจำทุกคน</w:t>
      </w:r>
      <w:r w:rsidRPr="00DA5AD5">
        <w:rPr>
          <w:rFonts w:ascii="TH SarabunPSK" w:hAnsi="TH SarabunPSK" w:cs="TH SarabunPSK"/>
          <w:szCs w:val="32"/>
        </w:rPr>
        <w:br/>
        <w:t>2</w:t>
      </w:r>
      <w:r w:rsidRPr="00DA5AD5">
        <w:rPr>
          <w:rFonts w:ascii="TH SarabunPSK" w:hAnsi="TH SarabunPSK" w:cs="TH SarabunPSK"/>
          <w:szCs w:val="32"/>
          <w:cs/>
          <w:lang w:bidi="th-TH"/>
        </w:rPr>
        <w:t>. รวบรวมสำเนาปริญญาบัตร/หนังสือรับรองการสำเร็จการศึกษาของอาจารย์ที่สำเร็จการศึกษาใหม่</w:t>
      </w:r>
      <w:r w:rsidRPr="00DA5AD5">
        <w:rPr>
          <w:rFonts w:ascii="TH SarabunPSK" w:hAnsi="TH SarabunPSK" w:cs="TH SarabunPSK"/>
          <w:szCs w:val="32"/>
        </w:rPr>
        <w:br/>
        <w:t>3</w:t>
      </w:r>
      <w:r w:rsidRPr="00DA5AD5">
        <w:rPr>
          <w:rFonts w:ascii="TH SarabunPSK" w:hAnsi="TH SarabunPSK" w:cs="TH SarabunPSK"/>
          <w:szCs w:val="32"/>
          <w:cs/>
          <w:lang w:bidi="th-TH"/>
        </w:rPr>
        <w:t>. คำนวณสัดส่วนอาจารย์ปริญญาเอก ณ วันสิ้นปีงบประมาณ (</w:t>
      </w:r>
      <w:r w:rsidRPr="00DA5AD5">
        <w:rPr>
          <w:rFonts w:ascii="TH SarabunPSK" w:hAnsi="TH SarabunPSK" w:cs="TH SarabunPSK"/>
          <w:szCs w:val="32"/>
        </w:rPr>
        <w:t xml:space="preserve">30 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ก.ย. </w:t>
      </w:r>
      <w:r w:rsidRPr="00DA5AD5">
        <w:rPr>
          <w:rFonts w:ascii="TH SarabunPSK" w:hAnsi="TH SarabunPSK" w:cs="TH SarabunPSK"/>
          <w:szCs w:val="32"/>
        </w:rPr>
        <w:t>2570</w:t>
      </w:r>
      <w:r w:rsidRPr="00DA5AD5">
        <w:rPr>
          <w:rFonts w:ascii="TH SarabunPSK" w:hAnsi="TH SarabunPSK" w:cs="TH SarabunPSK"/>
          <w:szCs w:val="32"/>
          <w:cs/>
          <w:lang w:bidi="th-TH"/>
        </w:rPr>
        <w:t>)</w:t>
      </w:r>
      <w:r w:rsidRPr="00DA5AD5">
        <w:rPr>
          <w:rFonts w:ascii="TH SarabunPSK" w:hAnsi="TH SarabunPSK" w:cs="TH SarabunPSK"/>
          <w:szCs w:val="32"/>
        </w:rPr>
        <w:br/>
        <w:t>4</w:t>
      </w:r>
      <w:r w:rsidRPr="00DA5AD5">
        <w:rPr>
          <w:rFonts w:ascii="TH SarabunPSK" w:hAnsi="TH SarabunPSK" w:cs="TH SarabunPSK"/>
          <w:szCs w:val="32"/>
          <w:cs/>
          <w:lang w:bidi="th-TH"/>
        </w:rPr>
        <w:t>. เสนอรายงานสถิติต่อผู้บริหารเพื่อใช้ในการวางแผนพัฒนาบุคลากรสายวิชาการ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สูตรการคำนวณ :</w:t>
      </w:r>
    </w:p>
    <w:p w:rsidR="00F91689" w:rsidRPr="00DA5AD5" w:rsidRDefault="00BC35B2">
      <w:pPr>
        <w:jc w:val="center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color w:val="1F4E78"/>
          <w:szCs w:val="32"/>
          <w:cs/>
          <w:lang w:bidi="th-TH"/>
        </w:rPr>
        <w:t xml:space="preserve">ร้อยละ = (จำนวนอาจารย์ประจำที่มีคุณวุฒิปริญญาเอก / จำนวนอาจารย์ประจำทั้งหมด) </w:t>
      </w:r>
      <w:r w:rsidRPr="00DA5AD5">
        <w:rPr>
          <w:rFonts w:ascii="TH SarabunPSK" w:hAnsi="TH SarabunPSK" w:cs="TH SarabunPSK"/>
          <w:b/>
          <w:color w:val="1F4E78"/>
          <w:szCs w:val="32"/>
        </w:rPr>
        <w:t>× 100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เกณฑ์การให้คะแนน 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F91689" w:rsidRPr="00DA5AD5">
        <w:trPr>
          <w:jc w:val="center"/>
        </w:trPr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1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2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3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4</w:t>
            </w:r>
          </w:p>
        </w:tc>
        <w:tc>
          <w:tcPr>
            <w:tcW w:w="1806" w:type="dxa"/>
            <w:shd w:val="clear" w:color="auto" w:fill="D9E1F2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5</w:t>
            </w:r>
          </w:p>
        </w:tc>
      </w:tr>
      <w:tr w:rsidR="00F91689" w:rsidRPr="00DA5AD5">
        <w:trPr>
          <w:jc w:val="center"/>
        </w:trPr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40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>00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42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>00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44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>00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46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>00</w:t>
            </w:r>
          </w:p>
        </w:tc>
        <w:tc>
          <w:tcPr>
            <w:tcW w:w="1806" w:type="dxa"/>
          </w:tcPr>
          <w:p w:rsidR="00F91689" w:rsidRPr="00DA5AD5" w:rsidRDefault="00BC35B2">
            <w:pPr>
              <w:jc w:val="center"/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DA5AD5">
              <w:rPr>
                <w:rFonts w:ascii="TH SarabunPSK" w:hAnsi="TH SarabunPSK" w:cs="TH SarabunPSK"/>
                <w:szCs w:val="32"/>
              </w:rPr>
              <w:t>48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00 </w:t>
            </w:r>
            <w:r w:rsidR="00E235C2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ขึ้นไป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>ข้อมูล/หลักฐานที่ต้องรายงาน :</w:t>
      </w:r>
    </w:p>
    <w:p w:rsidR="00F91689" w:rsidRDefault="00BC35B2" w:rsidP="00E235C2">
      <w:pPr>
        <w:rPr>
          <w:rFonts w:ascii="TH SarabunPSK" w:hAnsi="TH SarabunPSK" w:cs="TH SarabunPSK"/>
          <w:szCs w:val="32"/>
          <w:lang w:bidi="th-TH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t>- รายงานสถิติจำนวนอาจารย์ประจำแยกตามคุณวุฒิการศึกษา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>- สำเนาปริญญาบัตรหรือหนังสือรับรองสภาอนุมัติปริญญาเอก</w:t>
      </w:r>
      <w:r w:rsidRPr="00DA5AD5">
        <w:rPr>
          <w:rFonts w:ascii="TH SarabunPSK" w:hAnsi="TH SarabunPSK" w:cs="TH SarabunPSK"/>
          <w:szCs w:val="32"/>
        </w:rPr>
        <w:br/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- บัญชีรายชื่ออาจารย์ประจำ ณ </w:t>
      </w:r>
      <w:r w:rsidRPr="00DA5AD5">
        <w:rPr>
          <w:rFonts w:ascii="TH SarabunPSK" w:hAnsi="TH SarabunPSK" w:cs="TH SarabunPSK"/>
          <w:szCs w:val="32"/>
        </w:rPr>
        <w:t xml:space="preserve">30 </w:t>
      </w:r>
      <w:r w:rsidRPr="00DA5AD5">
        <w:rPr>
          <w:rFonts w:ascii="TH SarabunPSK" w:hAnsi="TH SarabunPSK" w:cs="TH SarabunPSK"/>
          <w:szCs w:val="32"/>
          <w:cs/>
          <w:lang w:bidi="th-TH"/>
        </w:rPr>
        <w:t xml:space="preserve">ก.ย. </w:t>
      </w:r>
      <w:r w:rsidRPr="00DA5AD5">
        <w:rPr>
          <w:rFonts w:ascii="TH SarabunPSK" w:hAnsi="TH SarabunPSK" w:cs="TH SarabunPSK"/>
          <w:szCs w:val="32"/>
        </w:rPr>
        <w:t xml:space="preserve">2570 </w:t>
      </w:r>
      <w:r w:rsidRPr="00DA5AD5">
        <w:rPr>
          <w:rFonts w:ascii="TH SarabunPSK" w:hAnsi="TH SarabunPSK" w:cs="TH SarabunPSK"/>
          <w:szCs w:val="32"/>
          <w:cs/>
          <w:lang w:bidi="th-TH"/>
        </w:rPr>
        <w:t>(</w:t>
      </w:r>
      <w:r w:rsidRPr="00DA5AD5">
        <w:rPr>
          <w:rFonts w:ascii="TH SarabunPSK" w:hAnsi="TH SarabunPSK" w:cs="TH SarabunPSK"/>
          <w:szCs w:val="32"/>
        </w:rPr>
        <w:t>EVD</w:t>
      </w:r>
      <w:r w:rsidRPr="00DA5AD5">
        <w:rPr>
          <w:rFonts w:ascii="TH SarabunPSK" w:hAnsi="TH SarabunPSK" w:cs="TH SarabunPSK"/>
          <w:szCs w:val="32"/>
          <w:cs/>
          <w:lang w:bidi="th-TH"/>
        </w:rPr>
        <w:t>-</w:t>
      </w:r>
      <w:r w:rsidRPr="00DA5AD5">
        <w:rPr>
          <w:rFonts w:ascii="TH SarabunPSK" w:hAnsi="TH SarabunPSK" w:cs="TH SarabunPSK"/>
          <w:szCs w:val="32"/>
        </w:rPr>
        <w:t>004</w:t>
      </w:r>
      <w:r w:rsidRPr="00DA5AD5">
        <w:rPr>
          <w:rFonts w:ascii="TH SarabunPSK" w:hAnsi="TH SarabunPSK" w:cs="TH SarabunPSK"/>
          <w:szCs w:val="32"/>
          <w:cs/>
          <w:lang w:bidi="th-TH"/>
        </w:rPr>
        <w:t>)</w:t>
      </w:r>
    </w:p>
    <w:p w:rsidR="00155B40" w:rsidRDefault="00155B40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890C54" w:rsidRDefault="00890C54" w:rsidP="00E235C2">
      <w:pPr>
        <w:rPr>
          <w:rFonts w:ascii="TH SarabunPSK" w:hAnsi="TH SarabunPSK" w:cs="TH SarabunPSK"/>
          <w:szCs w:val="32"/>
          <w:lang w:bidi="th-TH"/>
        </w:rPr>
      </w:pPr>
    </w:p>
    <w:p w:rsidR="00155B40" w:rsidRPr="00DA5AD5" w:rsidRDefault="00155B40" w:rsidP="00E235C2">
      <w:pPr>
        <w:rPr>
          <w:rFonts w:ascii="TH SarabunPSK" w:hAnsi="TH SarabunPSK" w:cs="TH SarabunPSK"/>
          <w:szCs w:val="32"/>
        </w:rPr>
      </w:pPr>
    </w:p>
    <w:tbl>
      <w:tblPr>
        <w:tblW w:w="0" w:type="auto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5  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ร้อยละโครงการหรือกิจกรรมที่บุคคล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ชุมชนหรือหน่วยงานทั้งภาครัฐและเอกชนในพื้นที่มีส่วนร่วมในโครงการหรือกิจกรรมเพื่อแก้ไข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ลดปัญหา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ส่งเสริมการเรียนรู้ของชุมชน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สังคม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/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การน้อมนำแนวพระราชดำริสู่การปฏิบัติ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="003A5F3A" w:rsidRPr="00AA31DC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กลุ่ม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3) (</w:t>
            </w:r>
            <w:r w:rsidR="003A5F3A" w:rsidRPr="00AA31DC">
              <w:rPr>
                <w:rFonts w:ascii="TH SarabunPSK" w:hAnsi="TH SarabunPSK" w:cs="TH SarabunPSK"/>
                <w:szCs w:val="32"/>
              </w:rPr>
              <w:t>Goal</w:t>
            </w:r>
            <w:r w:rsidR="003A5F3A" w:rsidRPr="00AA31DC">
              <w:rPr>
                <w:rFonts w:ascii="TH SarabunPSK" w:hAnsi="TH SarabunPSK" w:cs="TH SarabunPSK"/>
                <w:szCs w:val="32"/>
                <w:cs/>
                <w:lang w:bidi="th-TH"/>
              </w:rPr>
              <w:t>5)</w:t>
            </w:r>
            <w:r w:rsidR="003A5F3A"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3A5F3A" w:rsidRPr="00AA31DC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75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.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00</w:t>
            </w:r>
            <w:r w:rsidR="003A5F3A" w:rsidRPr="00AA31DC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แห่ง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D16AE6">
            <w:pPr>
              <w:rPr>
                <w:rFonts w:ascii="TH SarabunPSK" w:hAnsi="TH SarabunPSK" w:cs="TH SarabunPSK"/>
                <w:szCs w:val="32"/>
              </w:rPr>
            </w:pP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D16AE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ผู้อำนวยการสำนักงานอธิการบดี</w:t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155B40"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D16AE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ผู้อำนวยการกองนโยบายและแผน</w:t>
            </w:r>
            <w:r w:rsidRPr="00D16AE6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D16AE6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D16AE6" w:rsidRPr="00D16AE6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...............................................</w:t>
            </w:r>
            <w:r w:rsidRPr="00D16AE6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D16AE6"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[รหัส</w:t>
            </w:r>
            <w:r w:rsidR="00D16AE6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ตัวชี้วัด </w:t>
            </w:r>
            <w:r w:rsid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:</w:t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</w:t>
            </w:r>
            <w:r w:rsidRPr="00D16AE6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3A5F3A">
              <w:rPr>
                <w:rFonts w:ascii="TH SarabunPSK" w:hAnsi="TH SarabunPSK" w:cs="TH SarabunPSK"/>
                <w:b/>
                <w:color w:val="002060"/>
                <w:szCs w:val="32"/>
              </w:rPr>
              <w:t>S0</w:t>
            </w:r>
            <w:r w:rsidR="003A5F3A">
              <w:rPr>
                <w:rFonts w:ascii="TH SarabunPSK" w:hAnsi="TH SarabunPSK" w:cs="TH SarabunPSK" w:hint="cs"/>
                <w:b/>
                <w:color w:val="002060"/>
                <w:szCs w:val="32"/>
                <w:cs/>
                <w:lang w:bidi="th-TH"/>
              </w:rPr>
              <w:t>3</w:t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D16AE6">
              <w:rPr>
                <w:rFonts w:ascii="TH SarabunPSK" w:hAnsi="TH SarabunPSK" w:cs="TH SarabunPSK"/>
                <w:b/>
                <w:color w:val="002060"/>
                <w:szCs w:val="32"/>
              </w:rPr>
              <w:t>01</w:t>
            </w:r>
            <w:r w:rsidRPr="00D16AE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 :</w:t>
      </w:r>
    </w:p>
    <w:p w:rsidR="00291202" w:rsidRPr="006D718C" w:rsidRDefault="006D718C" w:rsidP="00291202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โครงการหรือกิจกรรมที่มีส่วนร่วมของชุมชน หมายถึง โครงการบริการวิชาการ หรือกิจกรรม</w:t>
      </w:r>
      <w:r w:rsidRPr="00A90C03">
        <w:rPr>
          <w:rFonts w:ascii="TH SarabunPSK" w:eastAsia="TH Sarabun PSK" w:hAnsi="TH SarabunPSK" w:cs="TH SarabunPSK"/>
          <w:szCs w:val="32"/>
        </w:rPr>
        <w:br/>
      </w:r>
      <w:r w:rsidRPr="00A90C03">
        <w:rPr>
          <w:rFonts w:ascii="TH SarabunPSK" w:eastAsia="TH Sarabun PSK" w:hAnsi="TH SarabunPSK" w:cs="TH SarabunPSK"/>
          <w:szCs w:val="32"/>
          <w:cs/>
        </w:rPr>
        <w:t>ของมหาวิทยาลัยที่มีการเชิญชวน ส่งเสริม หรือสร้างโอกาสให้บุคคลในชุมชน หน่วยงานภาครัฐ และเอกชน</w:t>
      </w:r>
      <w:r w:rsidRPr="00A90C03">
        <w:rPr>
          <w:rFonts w:ascii="TH SarabunPSK" w:eastAsia="TH Sarabun PSK" w:hAnsi="TH SarabunPSK" w:cs="TH SarabunPSK"/>
          <w:szCs w:val="32"/>
        </w:rPr>
        <w:br/>
      </w:r>
      <w:r w:rsidRPr="00A90C03">
        <w:rPr>
          <w:rFonts w:ascii="TH SarabunPSK" w:eastAsia="TH Sarabun PSK" w:hAnsi="TH SarabunPSK" w:cs="TH SarabunPSK"/>
          <w:szCs w:val="32"/>
          <w:cs/>
        </w:rPr>
        <w:t xml:space="preserve">ในพื้นที่เข้าร่วมดำเนินงานอย่างแท้จริง โดยมีบทบาทในการวางแผน ตัดสินใจ ดำเนินการ หรือประเมินผล </w:t>
      </w:r>
      <w:r w:rsidRPr="00A90C03">
        <w:rPr>
          <w:rFonts w:ascii="TH SarabunPSK" w:eastAsia="TH Sarabun PSK" w:hAnsi="TH SarabunPSK" w:cs="TH SarabunPSK"/>
          <w:szCs w:val="32"/>
        </w:rPr>
        <w:br/>
      </w:r>
      <w:r w:rsidRPr="00A90C03">
        <w:rPr>
          <w:rFonts w:ascii="TH SarabunPSK" w:eastAsia="TH Sarabun PSK" w:hAnsi="TH SarabunPSK" w:cs="TH SarabunPSK"/>
          <w:szCs w:val="32"/>
          <w:cs/>
        </w:rPr>
        <w:t xml:space="preserve">เพื่อแก้ไขปัญหาของชุมชน ลดผลกระทบ ส่งเสริมการเรียนรู้ หรือนำแนวพระราชดำริไปสู่การปฏิบัติ </w:t>
      </w:r>
      <w:r w:rsidRPr="00A90C03">
        <w:rPr>
          <w:rFonts w:ascii="TH SarabunPSK" w:eastAsia="TH Sarabun PSK" w:hAnsi="TH SarabunPSK" w:cs="TH SarabunPSK"/>
          <w:szCs w:val="32"/>
        </w:rPr>
        <w:br/>
      </w:r>
      <w:r w:rsidRPr="00A90C03">
        <w:rPr>
          <w:rFonts w:ascii="TH SarabunPSK" w:eastAsia="TH Sarabun PSK" w:hAnsi="TH SarabunPSK" w:cs="TH SarabunPSK"/>
          <w:szCs w:val="32"/>
          <w:cs/>
        </w:rPr>
        <w:t>ความมีส่วนร่วมต้องเป็นไปอย่างสมัครใจ มีการแสดงความคิดเห็น มีการลงมือปฏิบัติจริง และได้รับประโยชน์จากการเข้าร่วม โดยคิดเป็นร้อยละของโครงการทั้งหมดที่มหาวิทยาลัยดำเนินการในด้านการบริการวิชาการ</w:t>
      </w:r>
    </w:p>
    <w:p w:rsidR="006D718C" w:rsidRPr="00A90C03" w:rsidRDefault="006D718C" w:rsidP="006D718C">
      <w:pPr>
        <w:tabs>
          <w:tab w:val="left" w:pos="851"/>
        </w:tabs>
        <w:spacing w:before="120" w:after="0" w:line="240" w:lineRule="auto"/>
        <w:jc w:val="both"/>
        <w:rPr>
          <w:rFonts w:ascii="TH SarabunPSK" w:eastAsia="TH Sarabun PSK" w:hAnsi="TH SarabunPSK" w:cs="TH SarabunPSK"/>
          <w:b/>
          <w:bCs/>
          <w:szCs w:val="32"/>
        </w:rPr>
      </w:pPr>
      <w:r w:rsidRPr="00A90C03">
        <w:rPr>
          <w:rFonts w:ascii="TH SarabunPSK" w:eastAsia="TH Sarabun PSK" w:hAnsi="TH SarabunPSK" w:cs="TH SarabunPSK"/>
          <w:b/>
          <w:bCs/>
          <w:szCs w:val="32"/>
          <w:cs/>
        </w:rPr>
        <w:t xml:space="preserve">สูตรการคำนวณ : </w:t>
      </w:r>
    </w:p>
    <w:p w:rsidR="006D718C" w:rsidRPr="00A90C03" w:rsidRDefault="006D718C" w:rsidP="006D718C">
      <w:pPr>
        <w:tabs>
          <w:tab w:val="left" w:pos="851"/>
        </w:tabs>
        <w:spacing w:after="0" w:line="240" w:lineRule="auto"/>
        <w:jc w:val="both"/>
        <w:rPr>
          <w:rFonts w:ascii="TH SarabunPSK" w:eastAsia="TH Sarabun PSK" w:hAnsi="TH SarabunPSK" w:cs="TH SarabunPSK"/>
          <w:b/>
          <w:bCs/>
          <w:szCs w:val="32"/>
        </w:rPr>
      </w:pPr>
      <w:r w:rsidRPr="00A90C03">
        <w:rPr>
          <w:rFonts w:ascii="TH SarabunPSK" w:eastAsia="TH Sarabun PSK" w:hAnsi="TH SarabunPSK" w:cs="TH SarabunPSK"/>
          <w:b/>
          <w:bCs/>
          <w:noProof/>
          <w:szCs w:val="32"/>
        </w:rPr>
        <mc:AlternateContent>
          <mc:Choice Requires="wps">
            <w:drawing>
              <wp:inline distT="0" distB="0" distL="0" distR="0" wp14:anchorId="5D3E7531" wp14:editId="4022C094">
                <wp:extent cx="5747657" cy="336499"/>
                <wp:effectExtent l="0" t="0" r="24765" b="26035"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7657" cy="3364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430C6" w:rsidRPr="00A90C03" w:rsidRDefault="00A430C6" w:rsidP="006D718C">
                            <w:pPr>
                              <w:spacing w:line="275" w:lineRule="auto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 w:rsidRPr="00A90C03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</w:rPr>
                              <w:t xml:space="preserve">ร้อยละ = (จำนวนโครงการที่มีส่วนร่วมของชุมชน / จำนวนโครงการบริการวิชาการทั้งหมด) </w:t>
                            </w:r>
                            <w:r w:rsidRPr="00A90C03">
                              <w:rPr>
                                <w:rFonts w:ascii="TH SarabunPSK" w:eastAsia="TH Sarabun PSK" w:hAnsi="TH SarabunPSK" w:cs="TH SarabunPSK"/>
                                <w:color w:val="000000"/>
                              </w:rPr>
                              <w:t>× 100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3E7531" id="สี่เหลี่ยมผืนผ้า 13" o:spid="_x0000_s1029" style="width:452.55pt;height:2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430C6" w:rsidRPr="00A90C03" w:rsidRDefault="00A430C6" w:rsidP="006D718C">
                      <w:pPr>
                        <w:spacing w:line="275" w:lineRule="auto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 w:rsidRPr="00A90C03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</w:rPr>
                        <w:t xml:space="preserve">ร้อยละ = (จำนวนโครงการที่มีส่วนร่วมของชุมชน / จำนวนโครงการบริการวิชาการทั้งหมด) </w:t>
                      </w:r>
                      <w:r w:rsidRPr="00A90C03">
                        <w:rPr>
                          <w:rFonts w:ascii="TH SarabunPSK" w:eastAsia="TH Sarabun PSK" w:hAnsi="TH SarabunPSK" w:cs="TH SarabunPSK"/>
                          <w:color w:val="000000"/>
                        </w:rPr>
                        <w:t>× 100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D718C" w:rsidRPr="00A90C03" w:rsidRDefault="006D718C" w:rsidP="006D718C">
      <w:pPr>
        <w:spacing w:before="120" w:after="0" w:line="240" w:lineRule="auto"/>
        <w:jc w:val="both"/>
        <w:rPr>
          <w:rFonts w:ascii="TH SarabunPSK" w:eastAsia="TH Sarabun PSK" w:hAnsi="TH SarabunPSK" w:cs="TH SarabunPSK"/>
          <w:b/>
          <w:bCs/>
          <w:szCs w:val="32"/>
        </w:rPr>
      </w:pPr>
      <w:r w:rsidRPr="00A90C03">
        <w:rPr>
          <w:rFonts w:ascii="TH SarabunPSK" w:eastAsia="TH Sarabun PSK" w:hAnsi="TH SarabunPSK" w:cs="TH SarabunPSK"/>
          <w:b/>
          <w:bCs/>
          <w:szCs w:val="32"/>
          <w:cs/>
        </w:rPr>
        <w:t xml:space="preserve">เกณฑ์การประเมิน : </w:t>
      </w:r>
      <w:r w:rsidRPr="00A90C03">
        <w:rPr>
          <w:rFonts w:ascii="TH SarabunPSK" w:eastAsia="TH Sarabun PSK" w:hAnsi="TH SarabunPSK" w:cs="TH SarabunPSK"/>
          <w:szCs w:val="32"/>
          <w:cs/>
        </w:rPr>
        <w:t>ดังนี้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6D718C" w:rsidRPr="00A90C03" w:rsidTr="002F6233">
        <w:tc>
          <w:tcPr>
            <w:tcW w:w="1803" w:type="dxa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  <w:cs/>
              </w:rPr>
              <w:t xml:space="preserve">คะแนน </w:t>
            </w: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</w:rPr>
              <w:t>1</w:t>
            </w:r>
          </w:p>
        </w:tc>
        <w:tc>
          <w:tcPr>
            <w:tcW w:w="1804" w:type="dxa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  <w:cs/>
              </w:rPr>
              <w:t xml:space="preserve">คะแนน </w:t>
            </w: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</w:rPr>
              <w:t>2</w:t>
            </w:r>
          </w:p>
        </w:tc>
        <w:tc>
          <w:tcPr>
            <w:tcW w:w="1803" w:type="dxa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  <w:cs/>
              </w:rPr>
              <w:t xml:space="preserve">คะแนน </w:t>
            </w: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</w:rPr>
              <w:t>3</w:t>
            </w:r>
          </w:p>
        </w:tc>
        <w:tc>
          <w:tcPr>
            <w:tcW w:w="1803" w:type="dxa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  <w:cs/>
              </w:rPr>
              <w:t xml:space="preserve">คะแนน </w:t>
            </w: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</w:rPr>
              <w:t>4</w:t>
            </w:r>
          </w:p>
        </w:tc>
        <w:tc>
          <w:tcPr>
            <w:tcW w:w="1803" w:type="dxa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  <w:cs/>
              </w:rPr>
              <w:t xml:space="preserve">คะแนน </w:t>
            </w:r>
            <w:r w:rsidRPr="00A90C03">
              <w:rPr>
                <w:rFonts w:ascii="TH SarabunPSK" w:eastAsia="TH Sarabun PSK" w:hAnsi="TH SarabunPSK" w:cs="TH SarabunPSK"/>
                <w:b/>
                <w:bCs/>
                <w:szCs w:val="32"/>
              </w:rPr>
              <w:t>5</w:t>
            </w:r>
          </w:p>
        </w:tc>
      </w:tr>
      <w:tr w:rsidR="006D718C" w:rsidRPr="00A90C03" w:rsidTr="002F6233">
        <w:tc>
          <w:tcPr>
            <w:tcW w:w="1803" w:type="dxa"/>
            <w:vAlign w:val="center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 xml:space="preserve">ร้อยละ 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 xml:space="preserve">27 </w:t>
            </w: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>หรือน้อยกว่า</w:t>
            </w:r>
          </w:p>
        </w:tc>
        <w:tc>
          <w:tcPr>
            <w:tcW w:w="1804" w:type="dxa"/>
            <w:vAlign w:val="center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 xml:space="preserve">ร้อยละ 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>28</w:t>
            </w: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>-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>41</w:t>
            </w:r>
          </w:p>
        </w:tc>
        <w:tc>
          <w:tcPr>
            <w:tcW w:w="1803" w:type="dxa"/>
            <w:vAlign w:val="center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 xml:space="preserve">ร้อยละ 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>42</w:t>
            </w: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>-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>55</w:t>
            </w:r>
          </w:p>
        </w:tc>
        <w:tc>
          <w:tcPr>
            <w:tcW w:w="1803" w:type="dxa"/>
            <w:vAlign w:val="center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 xml:space="preserve">ร้อยละ 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>56</w:t>
            </w: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>-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>69</w:t>
            </w:r>
          </w:p>
        </w:tc>
        <w:tc>
          <w:tcPr>
            <w:tcW w:w="1803" w:type="dxa"/>
            <w:vAlign w:val="center"/>
          </w:tcPr>
          <w:p w:rsidR="006D718C" w:rsidRPr="00A90C03" w:rsidRDefault="006D718C" w:rsidP="002F623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 xml:space="preserve">ร้อยละ </w:t>
            </w:r>
            <w:r w:rsidRPr="00A90C03">
              <w:rPr>
                <w:rFonts w:ascii="TH SarabunPSK" w:eastAsia="TH Sarabun PSK" w:hAnsi="TH SarabunPSK" w:cs="TH SarabunPSK"/>
                <w:szCs w:val="32"/>
              </w:rPr>
              <w:t xml:space="preserve">70 </w:t>
            </w:r>
            <w:r w:rsidRPr="00A90C03">
              <w:rPr>
                <w:rFonts w:ascii="TH SarabunPSK" w:eastAsia="TH Sarabun PSK" w:hAnsi="TH SarabunPSK" w:cs="TH SarabunPSK"/>
                <w:szCs w:val="32"/>
                <w:cs/>
              </w:rPr>
              <w:t>ขึ้นไป</w:t>
            </w:r>
          </w:p>
        </w:tc>
      </w:tr>
    </w:tbl>
    <w:p w:rsidR="006D718C" w:rsidRPr="00A90C03" w:rsidRDefault="006D718C" w:rsidP="006D718C">
      <w:pPr>
        <w:spacing w:after="0" w:line="240" w:lineRule="auto"/>
        <w:rPr>
          <w:rFonts w:ascii="TH SarabunPSK" w:eastAsia="TH Sarabun PSK" w:hAnsi="TH SarabunPSK" w:cs="TH SarabunPSK"/>
          <w:szCs w:val="32"/>
        </w:rPr>
      </w:pPr>
      <w:r w:rsidRPr="00A90C03">
        <w:rPr>
          <w:rFonts w:ascii="TH SarabunPSK" w:eastAsia="TH Sarabun PSK" w:hAnsi="TH SarabunPSK" w:cs="TH SarabunPSK"/>
          <w:b/>
          <w:bCs/>
          <w:szCs w:val="32"/>
          <w:cs/>
        </w:rPr>
        <w:t>ข้อมูล/หลักฐานที่ต้องรายงาน</w:t>
      </w:r>
      <w:r w:rsidRPr="00A90C03">
        <w:rPr>
          <w:rFonts w:ascii="TH SarabunPSK" w:eastAsia="TH Sarabun PSK" w:hAnsi="TH SarabunPSK" w:cs="TH SarabunPSK"/>
          <w:szCs w:val="32"/>
          <w:cs/>
        </w:rPr>
        <w:t xml:space="preserve"> :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รายชื่อโครงการบริการวิชาการทั้งหมด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หลักฐานการมีส่วนร่วมของชุมชน (รายชื่อผู้เข้าร่วม หนังสือเชิญ)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ภาพถ่ายกิจกรรมที่แสดงการมีส่วนร่วม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รายงานการประชุมหรือการปรึกษาหารือ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แบบประเมินความพึงพอใจและประโยชน์ที่ได้รับ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</w:rPr>
        <w:t xml:space="preserve">MOU </w:t>
      </w:r>
      <w:r w:rsidRPr="00A90C03">
        <w:rPr>
          <w:rFonts w:ascii="TH SarabunPSK" w:eastAsia="TH Sarabun PSK" w:hAnsi="TH SarabunPSK" w:cs="TH SarabunPSK"/>
          <w:szCs w:val="32"/>
          <w:cs/>
        </w:rPr>
        <w:t>หรือข้อตกลงความร่วมมือ</w:t>
      </w:r>
    </w:p>
    <w:p w:rsidR="006D718C" w:rsidRPr="00A90C03" w:rsidRDefault="006D718C" w:rsidP="006D718C">
      <w:pPr>
        <w:numPr>
          <w:ilvl w:val="0"/>
          <w:numId w:val="33"/>
        </w:numPr>
        <w:spacing w:after="0" w:line="240" w:lineRule="auto"/>
        <w:ind w:left="360"/>
        <w:rPr>
          <w:rFonts w:ascii="TH SarabunPSK" w:hAnsi="TH SarabunPSK" w:cs="TH SarabunPSK"/>
        </w:rPr>
      </w:pPr>
      <w:r w:rsidRPr="00A90C03">
        <w:rPr>
          <w:rFonts w:ascii="TH SarabunPSK" w:eastAsia="TH Sarabun PSK" w:hAnsi="TH SarabunPSK" w:cs="TH SarabunPSK"/>
          <w:szCs w:val="32"/>
          <w:cs/>
        </w:rPr>
        <w:t>หลักฐานการนำแนวพระราชดำริสู่การปฏิบัติ</w:t>
      </w:r>
    </w:p>
    <w:p w:rsidR="006D718C" w:rsidRPr="00A90C03" w:rsidRDefault="006D718C" w:rsidP="006D718C">
      <w:pPr>
        <w:spacing w:after="0" w:line="240" w:lineRule="auto"/>
        <w:rPr>
          <w:rFonts w:ascii="TH SarabunPSK" w:eastAsia="TH Sarabun 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782D92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0949E4" w:rsidRPr="000949E4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6</w:t>
            </w:r>
            <w:r w:rsidRPr="000949E4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</w:t>
            </w:r>
            <w:r w:rsidR="000949E4" w:rsidRPr="00950E6E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ร้อยละรายได้จากการบริการวิชาการและบริหารสินทรัพย์ที่เพิ่มขึ้น</w:t>
            </w:r>
            <w:r w:rsidR="000949E4" w:rsidRPr="00950E6E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="000949E4" w:rsidRPr="00950E6E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="000949E4" w:rsidRPr="00950E6E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="000949E4" w:rsidRPr="00950E6E">
              <w:rPr>
                <w:rFonts w:ascii="TH SarabunPSK" w:hAnsi="TH SarabunPSK" w:cs="TH SarabunPSK"/>
                <w:szCs w:val="32"/>
              </w:rPr>
              <w:t>Goal</w:t>
            </w:r>
            <w:r w:rsidR="000949E4" w:rsidRPr="00950E6E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3) </w:t>
            </w:r>
            <w:r w:rsidR="000949E4"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0949E4" w:rsidRPr="00950E6E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ร้อยละ </w:t>
            </w:r>
            <w:r w:rsidR="000949E4"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10</w:t>
            </w:r>
            <w:r w:rsidR="000949E4" w:rsidRPr="00950E6E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="004A7174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782D92">
        <w:trPr>
          <w:jc w:val="center"/>
        </w:trPr>
        <w:tc>
          <w:tcPr>
            <w:tcW w:w="9028" w:type="dxa"/>
            <w:gridSpan w:val="2"/>
          </w:tcPr>
          <w:p w:rsidR="00F91689" w:rsidRPr="004A7174" w:rsidRDefault="00BC35B2" w:rsidP="004A7174">
            <w:pPr>
              <w:rPr>
                <w:rFonts w:ascii="TH SarabunPSK" w:hAnsi="TH SarabunPSK" w:cs="TH SarabunPSK"/>
                <w:b/>
                <w:bCs/>
                <w:color w:val="2E75B6"/>
                <w:szCs w:val="32"/>
                <w:lang w:bidi="th-TH"/>
              </w:rPr>
            </w:pPr>
            <w:r w:rsidRPr="004A717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4A717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4A7174" w:rsidRPr="004A717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4A7174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ผอ.กองนโยบายและแผน</w:t>
            </w:r>
            <w:r w:rsidRPr="00DA5AD5">
              <w:rPr>
                <w:rFonts w:ascii="TH SarabunPSK" w:hAnsi="TH SarabunPSK" w:cs="TH SarabunPSK"/>
                <w:b/>
                <w:color w:val="2E75B6"/>
                <w:szCs w:val="32"/>
              </w:rPr>
              <w:br/>
            </w:r>
            <w:r w:rsidRPr="004A7174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4A7174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</w:t>
            </w:r>
            <w:r w:rsidRPr="004A7174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4A7174">
              <w:rPr>
                <w:rFonts w:ascii="TH SarabunPSK" w:hAnsi="TH SarabunPSK" w:cs="TH SarabunPSK"/>
                <w:b/>
                <w:bCs/>
                <w:color w:val="2E75B6"/>
                <w:szCs w:val="32"/>
                <w:cs/>
                <w:lang w:bidi="th-TH"/>
              </w:rPr>
              <w:br/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[รหัส</w:t>
            </w:r>
            <w:r w:rsidR="004A7174" w:rsidRPr="004A7174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ตัวชี้วัด</w:t>
            </w:r>
            <w:r w:rsidR="004A7174"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:</w:t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 </w:t>
            </w:r>
            <w:r w:rsidRPr="004A7174">
              <w:rPr>
                <w:rFonts w:ascii="TH SarabunPSK" w:hAnsi="TH SarabunPSK" w:cs="TH SarabunPSK"/>
                <w:color w:val="002060"/>
                <w:szCs w:val="32"/>
              </w:rPr>
              <w:t>U</w:t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-</w:t>
            </w:r>
            <w:r w:rsidRPr="004A7174">
              <w:rPr>
                <w:rFonts w:ascii="TH SarabunPSK" w:hAnsi="TH SarabunPSK" w:cs="TH SarabunPSK"/>
                <w:color w:val="002060"/>
                <w:szCs w:val="32"/>
              </w:rPr>
              <w:t>S03</w:t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-</w:t>
            </w:r>
            <w:r w:rsidR="000949E4">
              <w:rPr>
                <w:rFonts w:ascii="TH SarabunPSK" w:hAnsi="TH SarabunPSK" w:cs="TH SarabunPSK"/>
                <w:color w:val="002060"/>
                <w:szCs w:val="32"/>
              </w:rPr>
              <w:t>0</w:t>
            </w:r>
            <w:r w:rsidR="000949E4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2</w:t>
            </w:r>
            <w:r w:rsidRPr="004A7174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 :</w:t>
      </w:r>
    </w:p>
    <w:p w:rsidR="0060016C" w:rsidRPr="0060016C" w:rsidRDefault="0060016C" w:rsidP="0060016C">
      <w:pPr>
        <w:spacing w:after="0" w:line="240" w:lineRule="auto"/>
        <w:jc w:val="thaiDistribute"/>
        <w:rPr>
          <w:rFonts w:ascii="TH SarabunPSK" w:eastAsia="TH Sarabun PSK" w:hAnsi="TH SarabunPSK" w:cs="TH SarabunPSK"/>
          <w:szCs w:val="32"/>
        </w:rPr>
      </w:pPr>
      <w:r>
        <w:rPr>
          <w:rFonts w:eastAsia="TH Sarabun PSK" w:cs="TH Sarabun PSK"/>
          <w:szCs w:val="32"/>
        </w:rPr>
        <w:tab/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>ตัวชี้วัดนี้วัดการเพิ่มขึ้นของรายได้ที่เกิดจากการให้บริการทางวิชาการแก่ชุมชนและสังคม รวมทั้ง                    การบริหารจัดการสินทรัพย์ของมหาวิทยาลัยให้เกิดประโยชน์และรายได้สูงสุด การบริการวิชาการรวมถึง            การฝึกอบรม การให้คำปรึกษา การวิจัยเพื่อชุมชน การพัฒนาผลิตภัณฑ์ และบริการทดสอบ ส่วนการบริหารสินทรัพย์รวมถึงการใช้ประโยชน์จากอาคาร สถานที่ อุปกรณ์ และทรัพย์สินทางปัญญาของมหาวิทยาลัย เปรียบเทียบกับรายได้ฐานในปีที่ผ่านมา โดยคำนวณจากการเพิ่มขึ้นของรายได้รวมในแต่ละประเภทบริการ</w:t>
      </w:r>
    </w:p>
    <w:p w:rsidR="0060016C" w:rsidRPr="0060016C" w:rsidRDefault="0060016C" w:rsidP="0060016C">
      <w:pPr>
        <w:tabs>
          <w:tab w:val="left" w:pos="851"/>
        </w:tabs>
        <w:spacing w:after="0" w:line="240" w:lineRule="auto"/>
        <w:jc w:val="thaiDistribute"/>
        <w:rPr>
          <w:rFonts w:ascii="TH SarabunPSK" w:eastAsia="TH Sarabun PSK" w:hAnsi="TH SarabunPSK" w:cs="TH SarabunPSK"/>
          <w:szCs w:val="32"/>
        </w:rPr>
      </w:pP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 xml:space="preserve">สูตรการคำนวณ </w:t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 xml:space="preserve">: </w:t>
      </w:r>
    </w:p>
    <w:p w:rsidR="0060016C" w:rsidRDefault="0060016C" w:rsidP="0060016C">
      <w:pPr>
        <w:tabs>
          <w:tab w:val="left" w:pos="851"/>
        </w:tabs>
        <w:spacing w:after="0" w:line="240" w:lineRule="auto"/>
        <w:jc w:val="both"/>
        <w:rPr>
          <w:rFonts w:eastAsia="TH Sarabun PSK" w:cs="TH Sarabun PSK"/>
          <w:sz w:val="28"/>
          <w:szCs w:val="28"/>
        </w:rPr>
      </w:pPr>
      <w:r>
        <w:rPr>
          <w:rFonts w:eastAsia="TH Sarabun PSK" w:cs="TH Sarabun PSK"/>
          <w:b/>
          <w:bCs/>
          <w:noProof/>
          <w:szCs w:val="32"/>
          <w:lang w:bidi="th-TH"/>
        </w:rPr>
        <mc:AlternateContent>
          <mc:Choice Requires="wps">
            <w:drawing>
              <wp:inline distT="0" distB="0" distL="0" distR="0" wp14:anchorId="7716B2DF" wp14:editId="3CD8FF09">
                <wp:extent cx="5800954" cy="850900"/>
                <wp:effectExtent l="0" t="0" r="28575" b="25400"/>
                <wp:docPr id="221" name="สี่เหลี่ยมผืนผ้า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954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430C6" w:rsidRPr="0060016C" w:rsidRDefault="00A430C6" w:rsidP="0060016C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 xml:space="preserve">ร้อยละรายได้จากการบริการวิชาการและบริหารสินทรัพย์ที่เพิ่มขึ้น 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 xml:space="preserve">= </w:t>
                            </w:r>
                          </w:p>
                          <w:p w:rsidR="00A430C6" w:rsidRPr="0060016C" w:rsidRDefault="00A430C6" w:rsidP="0060016C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>[(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 xml:space="preserve">รายได้จากการบริการวิชาการและบริหารสินทรัพย์ปีปัจจุบัน 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 xml:space="preserve">– 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>รายได้จากการบริการวิชาการและบริหารสินทรัพย์ปีที่ผ่านมา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 xml:space="preserve">) 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>รายได้จากการบริการวิชาการและบริหารสินทรัพย์ปีที่ผ่านมา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 xml:space="preserve">] </w:t>
                            </w:r>
                            <w:r w:rsidRPr="0060016C">
                              <w:rPr>
                                <w:rFonts w:ascii="TH SarabunPSK" w:eastAsia="TH Sarabun PSK" w:hAnsi="TH SarabunPSK" w:cs="TH SarabunPSK"/>
                                <w:color w:val="000000"/>
                              </w:rPr>
                              <w:t>× 100</w:t>
                            </w:r>
                          </w:p>
                          <w:p w:rsidR="00A430C6" w:rsidRDefault="00A430C6" w:rsidP="0060016C">
                            <w:pPr>
                              <w:spacing w:line="275" w:lineRule="auto"/>
                              <w:textDirection w:val="btL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16B2DF" id="สี่เหลี่ยมผืนผ้า 221" o:spid="_x0000_s1030" style="width:456.75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:rsidR="00A430C6" w:rsidRPr="0060016C" w:rsidRDefault="00A430C6" w:rsidP="0060016C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 xml:space="preserve">ร้อยละรายได้จากการบริการวิชาการและบริหารสินทรัพย์ที่เพิ่มขึ้น 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 xml:space="preserve">= </w:t>
                      </w:r>
                    </w:p>
                    <w:p w:rsidR="00A430C6" w:rsidRPr="0060016C" w:rsidRDefault="00A430C6" w:rsidP="0060016C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>[(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 xml:space="preserve">รายได้จากการบริการวิชาการและบริหารสินทรัพย์ปีปัจจุบัน 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 xml:space="preserve">– 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>รายได้จากการบริการวิชาการและบริหารสินทรัพย์ปีที่ผ่านมา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 xml:space="preserve">) 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>รายได้จากการบริการวิชาการและบริหารสินทรัพย์ปีที่ผ่านมา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 xml:space="preserve">] </w:t>
                      </w:r>
                      <w:r w:rsidRPr="0060016C">
                        <w:rPr>
                          <w:rFonts w:ascii="TH SarabunPSK" w:eastAsia="TH Sarabun PSK" w:hAnsi="TH SarabunPSK" w:cs="TH SarabunPSK"/>
                          <w:color w:val="000000"/>
                        </w:rPr>
                        <w:t>× 100</w:t>
                      </w:r>
                    </w:p>
                    <w:p w:rsidR="00A430C6" w:rsidRDefault="00A430C6" w:rsidP="0060016C">
                      <w:pPr>
                        <w:spacing w:line="275" w:lineRule="auto"/>
                        <w:textDirection w:val="btLr"/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0016C" w:rsidRPr="0060016C" w:rsidRDefault="0060016C" w:rsidP="0060016C">
      <w:pPr>
        <w:spacing w:before="120" w:after="0" w:line="240" w:lineRule="auto"/>
        <w:rPr>
          <w:rFonts w:ascii="TH SarabunPSK" w:eastAsia="TH Sarabun PSK" w:hAnsi="TH SarabunPSK" w:cs="TH SarabunPSK"/>
          <w:szCs w:val="32"/>
        </w:rPr>
      </w:pPr>
      <w:r w:rsidRPr="0060016C">
        <w:rPr>
          <w:rFonts w:ascii="TH SarabunPSK" w:eastAsia="TH Sarabun 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 w:rsidRPr="0060016C">
        <w:rPr>
          <w:rFonts w:ascii="TH SarabunPSK" w:eastAsia="TH Sarabun PSK" w:hAnsi="TH SarabunPSK" w:cs="TH SarabunPSK"/>
          <w:b/>
          <w:bCs/>
          <w:szCs w:val="32"/>
          <w:cs/>
          <w:lang w:bidi="th-TH"/>
        </w:rPr>
        <w:t xml:space="preserve">: </w:t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 xml:space="preserve">ช่วงปรับเกณฑ์การให้คะแนน </w:t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 xml:space="preserve">+/- </w:t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 xml:space="preserve">ร้อยละ </w:t>
      </w:r>
      <w:r w:rsidRPr="0060016C">
        <w:rPr>
          <w:rFonts w:ascii="TH SarabunPSK" w:eastAsia="TH Sarabun PSK" w:hAnsi="TH SarabunPSK" w:cs="TH SarabunPSK"/>
          <w:szCs w:val="32"/>
        </w:rPr>
        <w:t xml:space="preserve">1 </w:t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 xml:space="preserve">ต่อ </w:t>
      </w:r>
      <w:r w:rsidRPr="0060016C">
        <w:rPr>
          <w:rFonts w:ascii="TH SarabunPSK" w:eastAsia="TH Sarabun PSK" w:hAnsi="TH SarabunPSK" w:cs="TH SarabunPSK"/>
          <w:szCs w:val="32"/>
        </w:rPr>
        <w:t xml:space="preserve">1 </w:t>
      </w: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>คะแนน โดยกำหนดเกณฑ์</w:t>
      </w:r>
    </w:p>
    <w:p w:rsidR="0060016C" w:rsidRPr="0060016C" w:rsidRDefault="0060016C" w:rsidP="0060016C">
      <w:pPr>
        <w:spacing w:after="0" w:line="240" w:lineRule="auto"/>
        <w:rPr>
          <w:rFonts w:ascii="TH SarabunPSK" w:eastAsia="TH Sarabun PSK" w:hAnsi="TH SarabunPSK" w:cs="TH SarabunPSK"/>
          <w:szCs w:val="32"/>
        </w:rPr>
      </w:pPr>
      <w:r w:rsidRPr="0060016C">
        <w:rPr>
          <w:rFonts w:ascii="TH SarabunPSK" w:eastAsia="TH Sarabun PSK" w:hAnsi="TH SarabunPSK" w:cs="TH SarabunPSK"/>
          <w:szCs w:val="32"/>
          <w:cs/>
          <w:lang w:bidi="th-TH"/>
        </w:rPr>
        <w:t>การให้คะแนน ดังนี้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60016C" w:rsidRPr="0060016C" w:rsidTr="00415DF3">
        <w:tc>
          <w:tcPr>
            <w:tcW w:w="1803" w:type="dxa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</w:rPr>
              <w:t>1</w:t>
            </w:r>
          </w:p>
        </w:tc>
        <w:tc>
          <w:tcPr>
            <w:tcW w:w="1804" w:type="dxa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</w:rPr>
              <w:t>2</w:t>
            </w:r>
          </w:p>
        </w:tc>
        <w:tc>
          <w:tcPr>
            <w:tcW w:w="1803" w:type="dxa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</w:rPr>
              <w:t>3</w:t>
            </w:r>
          </w:p>
        </w:tc>
        <w:tc>
          <w:tcPr>
            <w:tcW w:w="1803" w:type="dxa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</w:rPr>
              <w:t>4</w:t>
            </w:r>
          </w:p>
        </w:tc>
        <w:tc>
          <w:tcPr>
            <w:tcW w:w="1803" w:type="dxa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b/>
                <w:bCs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 w:rsidRPr="0060016C">
              <w:rPr>
                <w:rFonts w:ascii="TH SarabunPSK" w:eastAsia="TH Sarabun PSK" w:hAnsi="TH SarabunPSK" w:cs="TH SarabunPSK"/>
                <w:b/>
                <w:bCs/>
                <w:szCs w:val="32"/>
              </w:rPr>
              <w:t>5</w:t>
            </w:r>
          </w:p>
        </w:tc>
      </w:tr>
      <w:tr w:rsidR="0060016C" w:rsidRPr="0060016C" w:rsidTr="00415DF3">
        <w:tc>
          <w:tcPr>
            <w:tcW w:w="1803" w:type="dxa"/>
            <w:vAlign w:val="center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60016C">
              <w:rPr>
                <w:rFonts w:ascii="TH SarabunPSK" w:eastAsia="TH Sarabun PSK" w:hAnsi="TH SarabunPSK" w:cs="TH SarabunPSK"/>
                <w:szCs w:val="32"/>
              </w:rPr>
              <w:t>6</w:t>
            </w:r>
          </w:p>
        </w:tc>
        <w:tc>
          <w:tcPr>
            <w:tcW w:w="1804" w:type="dxa"/>
            <w:vAlign w:val="center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60016C">
              <w:rPr>
                <w:rFonts w:ascii="TH SarabunPSK" w:eastAsia="TH Sarabun PSK" w:hAnsi="TH SarabunPSK" w:cs="TH SarabunPSK"/>
                <w:szCs w:val="32"/>
              </w:rPr>
              <w:t>7</w:t>
            </w:r>
          </w:p>
        </w:tc>
        <w:tc>
          <w:tcPr>
            <w:tcW w:w="1803" w:type="dxa"/>
            <w:vAlign w:val="center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60016C">
              <w:rPr>
                <w:rFonts w:ascii="TH SarabunPSK" w:eastAsia="TH Sarabun PSK" w:hAnsi="TH SarabunPSK" w:cs="TH SarabunPSK"/>
                <w:szCs w:val="32"/>
              </w:rPr>
              <w:t>8</w:t>
            </w:r>
          </w:p>
        </w:tc>
        <w:tc>
          <w:tcPr>
            <w:tcW w:w="1803" w:type="dxa"/>
            <w:vAlign w:val="center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60016C">
              <w:rPr>
                <w:rFonts w:ascii="TH SarabunPSK" w:eastAsia="TH Sarabun PSK" w:hAnsi="TH SarabunPSK" w:cs="TH SarabunPSK"/>
                <w:szCs w:val="32"/>
              </w:rPr>
              <w:t>9</w:t>
            </w:r>
          </w:p>
        </w:tc>
        <w:tc>
          <w:tcPr>
            <w:tcW w:w="1803" w:type="dxa"/>
            <w:vAlign w:val="center"/>
          </w:tcPr>
          <w:p w:rsidR="0060016C" w:rsidRPr="0060016C" w:rsidRDefault="0060016C" w:rsidP="00415DF3">
            <w:pPr>
              <w:jc w:val="center"/>
              <w:rPr>
                <w:rFonts w:ascii="TH SarabunPSK" w:eastAsia="TH Sarabun PSK" w:hAnsi="TH SarabunPSK" w:cs="TH SarabunPSK"/>
                <w:szCs w:val="32"/>
              </w:rPr>
            </w:pPr>
            <w:r w:rsidRPr="0060016C">
              <w:rPr>
                <w:rFonts w:ascii="TH SarabunPSK" w:eastAsia="TH Sarabun PSK" w:hAnsi="TH SarabunPSK" w:cs="TH SarabunPSK"/>
                <w:szCs w:val="32"/>
                <w:cs/>
                <w:lang w:bidi="th-TH"/>
              </w:rPr>
              <w:t xml:space="preserve">ร้อยละ </w:t>
            </w:r>
            <w:r w:rsidRPr="0060016C">
              <w:rPr>
                <w:rFonts w:ascii="TH SarabunPSK" w:eastAsia="TH Sarabun PSK" w:hAnsi="TH SarabunPSK" w:cs="TH SarabunPSK"/>
                <w:szCs w:val="32"/>
              </w:rPr>
              <w:t xml:space="preserve">10 </w:t>
            </w:r>
            <w:r w:rsidRPr="0060016C">
              <w:rPr>
                <w:rFonts w:ascii="TH SarabunPSK" w:eastAsia="TH Sarabun PSK" w:hAnsi="TH SarabunPSK" w:cs="TH SarabunPSK"/>
                <w:szCs w:val="32"/>
                <w:cs/>
                <w:lang w:bidi="th-TH"/>
              </w:rPr>
              <w:t>ขึ้นไป</w:t>
            </w:r>
          </w:p>
        </w:tc>
      </w:tr>
    </w:tbl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แนวทางในการดำเนินงาน :</w:t>
      </w:r>
    </w:p>
    <w:p w:rsidR="00F91689" w:rsidRPr="00DA5AD5" w:rsidRDefault="00BC35B2" w:rsidP="003B7C69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</w:rPr>
        <w:t>1</w:t>
      </w:r>
      <w:r w:rsidRPr="00DA5AD5">
        <w:rPr>
          <w:rFonts w:ascii="TH SarabunPSK" w:hAnsi="TH SarabunPSK" w:cs="TH SarabunPSK"/>
          <w:szCs w:val="32"/>
          <w:cs/>
          <w:lang w:bidi="th-TH"/>
        </w:rPr>
        <w:t>. จัดทำแผนการดำเนินงานและกำหนดผู้รับผิดชอบ</w:t>
      </w:r>
      <w:r w:rsidRPr="00DA5AD5">
        <w:rPr>
          <w:rFonts w:ascii="TH SarabunPSK" w:hAnsi="TH SarabunPSK" w:cs="TH SarabunPSK"/>
          <w:szCs w:val="32"/>
        </w:rPr>
        <w:br/>
        <w:t>2</w:t>
      </w:r>
      <w:r w:rsidRPr="00DA5AD5">
        <w:rPr>
          <w:rFonts w:ascii="TH SarabunPSK" w:hAnsi="TH SarabunPSK" w:cs="TH SarabunPSK"/>
          <w:szCs w:val="32"/>
          <w:cs/>
          <w:lang w:bidi="th-TH"/>
        </w:rPr>
        <w:t>. กำกับติดตามและรวบรวมข้อมูลดิบรายไตรมาส</w:t>
      </w:r>
      <w:r w:rsidRPr="00DA5AD5">
        <w:rPr>
          <w:rFonts w:ascii="TH SarabunPSK" w:hAnsi="TH SarabunPSK" w:cs="TH SarabunPSK"/>
          <w:szCs w:val="32"/>
        </w:rPr>
        <w:br/>
        <w:t>3</w:t>
      </w:r>
      <w:r w:rsidRPr="00DA5AD5">
        <w:rPr>
          <w:rFonts w:ascii="TH SarabunPSK" w:hAnsi="TH SarabunPSK" w:cs="TH SarabunPSK"/>
          <w:szCs w:val="32"/>
          <w:cs/>
          <w:lang w:bidi="th-TH"/>
        </w:rPr>
        <w:t>. ตรวจสอบความถูกต้องและประมวลผลตามสูตรคำนวณ</w:t>
      </w:r>
      <w:r w:rsidRPr="00DA5AD5">
        <w:rPr>
          <w:rFonts w:ascii="TH SarabunPSK" w:hAnsi="TH SarabunPSK" w:cs="TH SarabunPSK"/>
          <w:szCs w:val="32"/>
        </w:rPr>
        <w:br/>
        <w:t>4</w:t>
      </w:r>
      <w:r w:rsidRPr="00DA5AD5">
        <w:rPr>
          <w:rFonts w:ascii="TH SarabunPSK" w:hAnsi="TH SarabunPSK" w:cs="TH SarabunPSK"/>
          <w:szCs w:val="32"/>
          <w:cs/>
          <w:lang w:bidi="th-TH"/>
        </w:rPr>
        <w:t>. สรุปรายงานผลพร้อมจัดเก็บแฟ้มหลักฐานดิจิทัล</w:t>
      </w:r>
    </w:p>
    <w:p w:rsidR="00F91689" w:rsidRPr="00DA5AD5" w:rsidRDefault="00BC35B2">
      <w:pPr>
        <w:spacing w:before="120"/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ข้อมูล/หลักฐานที่ต้องรายงาน :</w:t>
      </w:r>
    </w:p>
    <w:p w:rsidR="0060016C" w:rsidRPr="00206757" w:rsidRDefault="0060016C" w:rsidP="0060016C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</w:rPr>
      </w:pPr>
      <w:r w:rsidRPr="00206757">
        <w:rPr>
          <w:rFonts w:ascii="TH SarabunPSK" w:eastAsia="TH Sarabun PSK" w:hAnsi="TH SarabunPSK" w:cs="TH SarabunPSK"/>
          <w:szCs w:val="32"/>
          <w:cs/>
          <w:lang w:bidi="th-TH"/>
        </w:rPr>
        <w:t>รายงานรายได้จากการบริการวิชาการและบริหารสินทรัพย์</w:t>
      </w:r>
    </w:p>
    <w:p w:rsidR="0060016C" w:rsidRPr="00206757" w:rsidRDefault="0060016C" w:rsidP="0060016C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</w:rPr>
      </w:pPr>
      <w:r w:rsidRPr="00206757">
        <w:rPr>
          <w:rFonts w:ascii="TH SarabunPSK" w:eastAsia="TH Sarabun PSK" w:hAnsi="TH SarabunPSK" w:cs="TH SarabunPSK"/>
          <w:szCs w:val="32"/>
          <w:cs/>
          <w:lang w:bidi="th-TH"/>
        </w:rPr>
        <w:t>สัญญาและข้อตกลงการให้บริการ</w:t>
      </w:r>
    </w:p>
    <w:p w:rsidR="0060016C" w:rsidRPr="00206757" w:rsidRDefault="0060016C" w:rsidP="0060016C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</w:rPr>
      </w:pPr>
      <w:r w:rsidRPr="00206757">
        <w:rPr>
          <w:rFonts w:ascii="TH SarabunPSK" w:eastAsia="TH Sarabun PSK" w:hAnsi="TH SarabunPSK" w:cs="TH SarabunPSK"/>
          <w:szCs w:val="32"/>
          <w:cs/>
          <w:lang w:bidi="th-TH"/>
        </w:rPr>
        <w:t>รายงานการเงินและการบัญชี</w:t>
      </w:r>
    </w:p>
    <w:p w:rsidR="0060016C" w:rsidRPr="00206757" w:rsidRDefault="0060016C" w:rsidP="0060016C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</w:rPr>
      </w:pPr>
      <w:r w:rsidRPr="00206757">
        <w:rPr>
          <w:rFonts w:ascii="TH SarabunPSK" w:eastAsia="TH Sarabun PSK" w:hAnsi="TH SarabunPSK" w:cs="TH SarabunPSK"/>
          <w:szCs w:val="32"/>
          <w:cs/>
          <w:lang w:bidi="th-TH"/>
        </w:rPr>
        <w:t>รายการสินทรัพย์ที่ใช้ในการสร้างรายได้</w:t>
      </w: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890C54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1A52DE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1A52DE">
              <w:rPr>
                <w:rFonts w:ascii="TH SarabunPSK" w:hAnsi="TH SarabunPSK" w:cs="TH SarabunPSK" w:hint="cs"/>
                <w:b/>
                <w:bCs/>
                <w:color w:val="1F4E78"/>
                <w:szCs w:val="32"/>
                <w:cs/>
                <w:lang w:bidi="th-TH"/>
              </w:rPr>
              <w:t>7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ระดับคุณธรรมและความโปร่งใสในการดำเนินงาน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มรสน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.)</w:t>
            </w:r>
            <w:r w:rsidR="001A52DE" w:rsidRPr="001A52D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 xml:space="preserve"> </w:t>
            </w:r>
            <w:r w:rsidR="001A52DE" w:rsidRPr="001A52D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br/>
              <w:t>(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ค่าเป้าหมาย ร้อยละ 95</w:t>
            </w:r>
            <w:r w:rsidR="001A52DE" w:rsidRPr="001A52D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890C54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05340F">
            <w:pPr>
              <w:rPr>
                <w:rFonts w:ascii="TH SarabunPSK" w:hAnsi="TH SarabunPSK" w:cs="TH SarabunPSK"/>
                <w:szCs w:val="32"/>
              </w:rPr>
            </w:pPr>
            <w:r w:rsidRPr="0005340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05340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05340F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05340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ผอ.กองนโยบายและแผน</w:t>
            </w:r>
            <w:r w:rsidRPr="0005340F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05340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05340F" w:rsidRPr="0005340F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นางเก</w:t>
            </w:r>
            <w:proofErr w:type="spellStart"/>
            <w:r w:rsidR="0005340F" w:rsidRPr="0005340F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กิ</w:t>
            </w:r>
            <w:proofErr w:type="spellEnd"/>
            <w:r w:rsidR="0005340F" w:rsidRPr="0005340F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ลา บารินท</w:t>
            </w:r>
            <w:proofErr w:type="spellStart"/>
            <w:r w:rsidR="0005340F" w:rsidRPr="0005340F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ร์</w:t>
            </w:r>
            <w:proofErr w:type="spellEnd"/>
            <w:r w:rsidR="0005340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</w:t>
            </w:r>
            <w:r w:rsidR="0005340F" w:rsidRPr="0005340F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หัวหน้างานสารสนเทศและการเผยแพร่</w:t>
            </w:r>
            <w:r w:rsidR="0005340F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[</w:t>
            </w:r>
            <w:r w:rsidR="0005340F"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รหัส</w:t>
            </w:r>
            <w:r w:rsidR="0005340F" w:rsidRPr="0005340F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ตัวชี้วัด</w:t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: </w:t>
            </w:r>
            <w:r w:rsidRPr="0005340F">
              <w:rPr>
                <w:rFonts w:ascii="TH SarabunPSK" w:hAnsi="TH SarabunPSK" w:cs="TH SarabunPSK"/>
                <w:color w:val="002060"/>
                <w:szCs w:val="32"/>
              </w:rPr>
              <w:t>U</w:t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-</w:t>
            </w:r>
            <w:r w:rsidRPr="0005340F">
              <w:rPr>
                <w:rFonts w:ascii="TH SarabunPSK" w:hAnsi="TH SarabunPSK" w:cs="TH SarabunPSK"/>
                <w:color w:val="002060"/>
                <w:szCs w:val="32"/>
              </w:rPr>
              <w:t>S05</w:t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-</w:t>
            </w:r>
            <w:r w:rsidRPr="0005340F">
              <w:rPr>
                <w:rFonts w:ascii="TH SarabunPSK" w:hAnsi="TH SarabunPSK" w:cs="TH SarabunPSK"/>
                <w:color w:val="002060"/>
                <w:szCs w:val="32"/>
              </w:rPr>
              <w:t>01</w:t>
            </w:r>
            <w:r w:rsidRPr="0005340F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542B5F" w:rsidRPr="0022101F" w:rsidRDefault="00542B5F" w:rsidP="00542B5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542B5F" w:rsidRPr="0022101F" w:rsidRDefault="00542B5F" w:rsidP="00542B5F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ตัวชี้วัดนี้มุ่งประเมินระดับคุณธรรมและความโปร่งใสในการดำเนินงานของมหาวิทยาลัยตามเกณฑ์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การประเมินคุณธรรมและความโปร่งใสในการดำเนินงานของหน่วยงานภาครัฐ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(</w:t>
      </w:r>
      <w:r>
        <w:rPr>
          <w:rFonts w:ascii="TH SarabunPSK" w:eastAsia="Times New Roman" w:hAnsi="TH SarabunPSK" w:cs="TH SarabunPSK"/>
          <w:szCs w:val="32"/>
        </w:rPr>
        <w:t>Integrity and Transparency Assessment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</w:rPr>
        <w:t>ITA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)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โดยสำนักงาน ป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.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ป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.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ช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เพื่อสร้างความเชื่อมั่นของสาธารณชนต่อการบริหารจัดการ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ที่โปร่งใส ตรวจสอบได้ และมีธรรมาภิบาล การประเมินครอบคลุมการดำเนินงานในด้านต่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าง</w:t>
      </w:r>
      <w:r>
        <w:rPr>
          <w:rFonts w:ascii="TH SarabunPSK" w:eastAsia="Times New Roman" w:hAnsi="TH SarabunPSK" w:cs="TH SarabunPSK" w:hint="cs"/>
          <w:szCs w:val="32"/>
          <w:cs/>
          <w:lang w:bidi="th-TH"/>
        </w:rPr>
        <w:t xml:space="preserve">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ๆ เช่น การปฏิบัติหน้าที่ การใช้อำนาจหน้าที่ การใช้ทรัพย์สินของราชการ การแก้ไขปัญหาการทุจริต และการส่งเสริมคุณธรรมและความโปร่งใส ซึ่งเป็นพื้นฐานสำคัญในการยกระดับการบริหารจัดการให้มีคุณภาพและเป็นไปตามหลัก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ธรรมาภิบาลที่ดี</w:t>
      </w:r>
    </w:p>
    <w:p w:rsidR="00542B5F" w:rsidRPr="0022101F" w:rsidRDefault="00542B5F" w:rsidP="00542B5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542B5F" w:rsidRPr="0022101F" w:rsidRDefault="00542B5F" w:rsidP="00542B5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43DC5DCB" wp14:editId="78071327">
                <wp:extent cx="5524500" cy="376990"/>
                <wp:effectExtent l="0" t="0" r="19050" b="2349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37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12D0D" w:rsidRDefault="00A430C6" w:rsidP="00542B5F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คะแนนที่ได้จากการประเมิน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 xml:space="preserve">ITA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ของมหาวิทยาลัยราชภัฏสกลนคร</w:t>
                            </w:r>
                          </w:p>
                          <w:p w:rsidR="00A430C6" w:rsidRPr="001E5C78" w:rsidRDefault="00A430C6" w:rsidP="00542B5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DC5DCB" id="_x0000_s1031" type="#_x0000_t202" style="width:435pt;height:2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">
                <v:textbox>
                  <w:txbxContent>
                    <w:p w:rsidR="00A430C6" w:rsidRPr="00112D0D" w:rsidRDefault="00A430C6" w:rsidP="00542B5F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คะแนนที่ได้จากการประเมิน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 xml:space="preserve">ITA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ของมหาวิทยาลัยราชภัฏสกลนคร</w:t>
                      </w:r>
                    </w:p>
                    <w:p w:rsidR="00A430C6" w:rsidRPr="001E5C78" w:rsidRDefault="00A430C6" w:rsidP="00542B5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42B5F" w:rsidRPr="0022101F" w:rsidRDefault="00542B5F" w:rsidP="00542B5F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ช่วงปรับเกณฑ์การให้คะแนน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+/-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ร้อยละ </w:t>
      </w:r>
      <w:r>
        <w:rPr>
          <w:rFonts w:ascii="TH SarabunPSK" w:eastAsia="Times New Roman" w:hAnsi="TH SarabunPSK" w:cs="TH SarabunPSK"/>
          <w:szCs w:val="32"/>
          <w:rtl/>
          <w:cs/>
        </w:rPr>
        <w:t>0</w:t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.</w:t>
      </w:r>
      <w:r>
        <w:rPr>
          <w:rFonts w:ascii="TH SarabunPSK" w:eastAsia="Times New Roman" w:hAnsi="TH SarabunPSK" w:cs="TH SarabunPSK"/>
          <w:szCs w:val="32"/>
          <w:rtl/>
          <w:cs/>
        </w:rPr>
        <w:t xml:space="preserve">2 </w:t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ต่อ </w:t>
      </w:r>
      <w:r>
        <w:rPr>
          <w:rFonts w:ascii="TH SarabunPSK" w:eastAsia="Times New Roman" w:hAnsi="TH SarabunPSK" w:cs="TH SarabunPSK"/>
          <w:szCs w:val="32"/>
          <w:rtl/>
          <w:cs/>
        </w:rPr>
        <w:t xml:space="preserve">1 </w:t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คะแนน โดยกำหนดเกณฑ์การให้คะแนน 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542B5F" w:rsidRPr="0022101F" w:rsidTr="00415DF3">
        <w:tc>
          <w:tcPr>
            <w:tcW w:w="1803" w:type="dxa"/>
          </w:tcPr>
          <w:p w:rsidR="00542B5F" w:rsidRPr="0022101F" w:rsidRDefault="00542B5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542B5F" w:rsidRPr="0022101F" w:rsidRDefault="00542B5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542B5F" w:rsidRPr="0022101F" w:rsidRDefault="00542B5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542B5F" w:rsidRPr="0022101F" w:rsidRDefault="00542B5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542B5F" w:rsidRPr="0022101F" w:rsidRDefault="00542B5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542B5F" w:rsidRPr="0022101F" w:rsidTr="00415DF3">
        <w:tc>
          <w:tcPr>
            <w:tcW w:w="1803" w:type="dxa"/>
            <w:vAlign w:val="center"/>
          </w:tcPr>
          <w:p w:rsidR="00542B5F" w:rsidRPr="0022101F" w:rsidRDefault="00542B5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91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4" w:type="dxa"/>
            <w:vAlign w:val="center"/>
          </w:tcPr>
          <w:p w:rsidR="00542B5F" w:rsidRPr="0022101F" w:rsidRDefault="00542B5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92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542B5F" w:rsidRPr="0022101F" w:rsidRDefault="00542B5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93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542B5F" w:rsidRPr="0022101F" w:rsidRDefault="00542B5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94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542B5F" w:rsidRPr="0022101F" w:rsidRDefault="00542B5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95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</w:tr>
    </w:tbl>
    <w:p w:rsidR="00542B5F" w:rsidRPr="0022101F" w:rsidRDefault="00542B5F" w:rsidP="00542B5F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542B5F" w:rsidRPr="00AB718A" w:rsidRDefault="00542B5F" w:rsidP="00542B5F">
      <w:pPr>
        <w:pStyle w:val="ae"/>
        <w:numPr>
          <w:ilvl w:val="0"/>
          <w:numId w:val="15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ผลการประเมิน </w:t>
      </w:r>
      <w:r>
        <w:rPr>
          <w:rFonts w:ascii="TH SarabunPSK" w:eastAsia="Times New Roman" w:hAnsi="TH SarabunPSK" w:cs="TH SarabunPSK"/>
          <w:szCs w:val="32"/>
        </w:rPr>
        <w:t xml:space="preserve">ITA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จากสำนักงาน ป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.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ป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.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ช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.</w:t>
      </w:r>
    </w:p>
    <w:p w:rsidR="00542B5F" w:rsidRPr="00AB718A" w:rsidRDefault="00542B5F" w:rsidP="00542B5F">
      <w:pPr>
        <w:pStyle w:val="ae"/>
        <w:numPr>
          <w:ilvl w:val="0"/>
          <w:numId w:val="15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รายงานการดำเนินงานด้านคุณธรรมและความโปร่งใส</w:t>
      </w:r>
    </w:p>
    <w:p w:rsidR="00542B5F" w:rsidRPr="00AB718A" w:rsidRDefault="00542B5F" w:rsidP="00542B5F">
      <w:pPr>
        <w:pStyle w:val="ae"/>
        <w:numPr>
          <w:ilvl w:val="0"/>
          <w:numId w:val="15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หลักฐานการดำเนินมาตรการป้องกันการทุจริต</w:t>
      </w:r>
    </w:p>
    <w:p w:rsidR="00542B5F" w:rsidRDefault="00542B5F" w:rsidP="00542B5F">
      <w:pPr>
        <w:pStyle w:val="ae"/>
        <w:numPr>
          <w:ilvl w:val="0"/>
          <w:numId w:val="15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รายงานการเผยแพร่ข้อมูลสาธารณะ</w:t>
      </w: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b/>
          <w:bCs/>
          <w:szCs w:val="32"/>
          <w:cs/>
          <w:lang w:bidi="th-TH"/>
        </w:rPr>
        <w:t>แนวทางในการดำเนินงาน :</w:t>
      </w:r>
    </w:p>
    <w:p w:rsidR="00F91689" w:rsidRPr="00DA5AD5" w:rsidRDefault="00BC35B2" w:rsidP="00330A43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</w:rPr>
        <w:t>1</w:t>
      </w:r>
      <w:r w:rsidRPr="00DA5AD5">
        <w:rPr>
          <w:rFonts w:ascii="TH SarabunPSK" w:hAnsi="TH SarabunPSK" w:cs="TH SarabunPSK"/>
          <w:szCs w:val="32"/>
          <w:cs/>
          <w:lang w:bidi="th-TH"/>
        </w:rPr>
        <w:t>. จัดทำแผนการดำเนินงานและกำหนดผู้รับผิดชอบ</w:t>
      </w:r>
      <w:r w:rsidRPr="00DA5AD5">
        <w:rPr>
          <w:rFonts w:ascii="TH SarabunPSK" w:hAnsi="TH SarabunPSK" w:cs="TH SarabunPSK"/>
          <w:szCs w:val="32"/>
        </w:rPr>
        <w:br/>
        <w:t>2</w:t>
      </w:r>
      <w:r w:rsidRPr="00DA5AD5">
        <w:rPr>
          <w:rFonts w:ascii="TH SarabunPSK" w:hAnsi="TH SarabunPSK" w:cs="TH SarabunPSK"/>
          <w:szCs w:val="32"/>
          <w:cs/>
          <w:lang w:bidi="th-TH"/>
        </w:rPr>
        <w:t>. กำกับติดตามและรวบรวมข้อมูลดิบรายไตรมาส</w:t>
      </w:r>
      <w:r w:rsidRPr="00DA5AD5">
        <w:rPr>
          <w:rFonts w:ascii="TH SarabunPSK" w:hAnsi="TH SarabunPSK" w:cs="TH SarabunPSK"/>
          <w:szCs w:val="32"/>
        </w:rPr>
        <w:br/>
        <w:t>3</w:t>
      </w:r>
      <w:r w:rsidRPr="00DA5AD5">
        <w:rPr>
          <w:rFonts w:ascii="TH SarabunPSK" w:hAnsi="TH SarabunPSK" w:cs="TH SarabunPSK"/>
          <w:szCs w:val="32"/>
          <w:cs/>
          <w:lang w:bidi="th-TH"/>
        </w:rPr>
        <w:t>. ตรวจสอบความถูกต้องและประมวลผลตามสูตรคำนวณ</w:t>
      </w:r>
      <w:r w:rsidRPr="00DA5AD5">
        <w:rPr>
          <w:rFonts w:ascii="TH SarabunPSK" w:hAnsi="TH SarabunPSK" w:cs="TH SarabunPSK"/>
          <w:szCs w:val="32"/>
        </w:rPr>
        <w:br/>
        <w:t>4</w:t>
      </w:r>
      <w:r w:rsidRPr="00DA5AD5">
        <w:rPr>
          <w:rFonts w:ascii="TH SarabunPSK" w:hAnsi="TH SarabunPSK" w:cs="TH SarabunPSK"/>
          <w:szCs w:val="32"/>
          <w:cs/>
          <w:lang w:bidi="th-TH"/>
        </w:rPr>
        <w:t>. สรุปรายงานผลพร้อมจัดเก็บแฟ้มหลักฐานดิจิทัล</w:t>
      </w: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542B5F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1A52DE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1A52DE">
              <w:rPr>
                <w:rFonts w:ascii="TH SarabunPSK" w:hAnsi="TH SarabunPSK" w:cs="TH SarabunPSK" w:hint="cs"/>
                <w:b/>
                <w:bCs/>
                <w:color w:val="1F4E78"/>
                <w:szCs w:val="32"/>
                <w:cs/>
                <w:lang w:bidi="th-TH"/>
              </w:rPr>
              <w:t>8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ร้อยละจำนวนเงินทุน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เงินบริจาค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จากภาครัฐและเอกชนเพื่อพัฒนาชุมชนและสังคมในพื้นที่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กลุ่ม</w:t>
            </w:r>
            <w:r w:rsidR="001A52DE" w:rsidRPr="001A52D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3) </w:t>
            </w:r>
            <w:r w:rsidR="001A52DE" w:rsidRPr="001A52D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1A52DE" w:rsidRPr="001A52DE">
              <w:rPr>
                <w:rFonts w:ascii="TH SarabunPSK" w:hAnsi="TH SarabunPSK" w:cs="TH SarabunPSK" w:hint="cs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ค่าเป้าหมายร้อยละ </w:t>
            </w:r>
            <w:r w:rsidR="001A52DE" w:rsidRPr="001A52D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</w:rPr>
              <w:t>40</w:t>
            </w:r>
            <w:r w:rsidR="001A52DE" w:rsidRPr="001A52D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542B5F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C111CE">
            <w:pPr>
              <w:rPr>
                <w:rFonts w:ascii="TH SarabunPSK" w:hAnsi="TH SarabunPSK" w:cs="TH SarabunPSK"/>
                <w:szCs w:val="32"/>
              </w:rPr>
            </w:pP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ผู้อำนวยการ สนอ.   </w:t>
            </w:r>
            <w:r w:rsidR="00C111CE"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ผู้ดูแล/ผู้ดำเนินการ : ผอ.กองกลาง /</w:t>
            </w:r>
            <w:r w:rsidR="00C111CE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ผอ.กอง</w:t>
            </w:r>
            <w:proofErr w:type="spellStart"/>
            <w:r w:rsidR="00C111CE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พัฒ</w:t>
            </w:r>
            <w:proofErr w:type="spellEnd"/>
            <w:r w:rsidRPr="00C111CE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C111CE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C111CE" w:rsidRPr="00C111CE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...........................................................</w:t>
            </w:r>
            <w:r w:rsidRPr="00C111CE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C111CE"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[</w:t>
            </w:r>
            <w:r w:rsidR="00C111CE"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รหัส</w:t>
            </w:r>
            <w:r w:rsidR="00C111CE" w:rsidRPr="00C111CE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ตัวชี้วัด</w:t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: </w:t>
            </w:r>
            <w:r w:rsidRPr="00C111CE">
              <w:rPr>
                <w:rFonts w:ascii="TH SarabunPSK" w:hAnsi="TH SarabunPSK" w:cs="TH SarabunPSK"/>
                <w:b/>
                <w:color w:val="002060"/>
                <w:szCs w:val="32"/>
              </w:rPr>
              <w:t>OP70</w:t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C111CE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C111CE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C111CE">
              <w:rPr>
                <w:rFonts w:ascii="TH SarabunPSK" w:hAnsi="TH SarabunPSK" w:cs="TH SarabunPSK"/>
                <w:b/>
                <w:color w:val="002060"/>
                <w:szCs w:val="32"/>
              </w:rPr>
              <w:t>002</w:t>
            </w:r>
            <w:r w:rsidRPr="00C111CE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89254F" w:rsidRPr="0022101F" w:rsidRDefault="0089254F" w:rsidP="0089254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89254F" w:rsidRDefault="0089254F" w:rsidP="0089254F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ตัวชี้วัดนี้แสดงถึงความสามารถของมหาวิทยาลัยในการระดมทุนจากภาครัฐและภาคเอกชน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เพื่อนำมาใช้ในการพัฒนาชุมชนและสังคมในพื้นที่ ซึ่งสะท้อนถึงการเป็นมหาวิทยาลัยที่มีบทบาทสำคัญ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ในการพัฒนาท้องถิ่น การสร้างเครือข่ายความร่วมมือ และการได้รับความไว้วางใจจากหน่วยงานภายนอก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การจัดหาเงินทุนและเงินบริจาคจะช่วยเสริมสร้างความมั่นคงทางการเงิน ลดการพึ่พิงงบประมาณแผ่นดิน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และเพิ่มประสิทธิภาพในการดำเนินโครงการพัฒนาชุมชนและสังคม ทั้งยังเป็นการสร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้างมูลค่าเพิ่ม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และผลกระทบเชิงบวกต่อพื้นที่และท้องถิ่นอย่างยั่งยืน</w:t>
      </w:r>
    </w:p>
    <w:p w:rsidR="0089254F" w:rsidRPr="0022101F" w:rsidRDefault="0089254F" w:rsidP="0089254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89254F" w:rsidRPr="0022101F" w:rsidRDefault="0089254F" w:rsidP="0089254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6F447BA3" wp14:editId="3148118E">
                <wp:extent cx="5699760" cy="577515"/>
                <wp:effectExtent l="0" t="0" r="15240" b="13335"/>
                <wp:docPr id="1385334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9760" cy="57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12D0D" w:rsidRDefault="00A430C6" w:rsidP="0089254F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(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จำนวนเงินทุน เงินบริจาคจากภาครัฐและเอกชนเพื่อพัฒนาชุมชนและสังคม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/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งบประมาณทั้งหมดของมหาวิทยาลัย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>× 100</w:t>
                            </w:r>
                          </w:p>
                          <w:p w:rsidR="00A430C6" w:rsidRPr="001E5C78" w:rsidRDefault="00A430C6" w:rsidP="0089254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447BA3" id="_x0000_s1032" type="#_x0000_t202" style="width:448.8pt;height:4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">
                <v:textbox>
                  <w:txbxContent>
                    <w:p w:rsidR="00A430C6" w:rsidRPr="00112D0D" w:rsidRDefault="00A430C6" w:rsidP="0089254F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(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จำนวนเงินทุน เงินบริจาคจากภาครัฐและเอกชนเพื่อพัฒนาชุมชนและสังคม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/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งบประมาณทั้งหมดของมหาวิทยาลัย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)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>× 100</w:t>
                      </w:r>
                    </w:p>
                    <w:p w:rsidR="00A430C6" w:rsidRPr="001E5C78" w:rsidRDefault="00A430C6" w:rsidP="0089254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9254F" w:rsidRPr="0022101F" w:rsidRDefault="0089254F" w:rsidP="0089254F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ช่วงปรับเกณฑ์การให้คะแนน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+/-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ร้อยละ </w:t>
      </w:r>
      <w:r>
        <w:rPr>
          <w:rFonts w:ascii="TH SarabunPSK" w:eastAsia="Times New Roman" w:hAnsi="TH SarabunPSK" w:cs="TH SarabunPSK"/>
          <w:szCs w:val="32"/>
          <w:rtl/>
          <w:cs/>
        </w:rPr>
        <w:t>1</w:t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.</w:t>
      </w:r>
      <w:r>
        <w:rPr>
          <w:rFonts w:ascii="TH SarabunPSK" w:eastAsia="Times New Roman" w:hAnsi="TH SarabunPSK" w:cs="TH SarabunPSK"/>
          <w:szCs w:val="32"/>
          <w:rtl/>
          <w:cs/>
        </w:rPr>
        <w:t xml:space="preserve">0 </w:t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ต่อ </w:t>
      </w:r>
      <w:r>
        <w:rPr>
          <w:rFonts w:ascii="TH SarabunPSK" w:eastAsia="Times New Roman" w:hAnsi="TH SarabunPSK" w:cs="TH SarabunPSK"/>
          <w:szCs w:val="32"/>
          <w:rtl/>
          <w:cs/>
        </w:rPr>
        <w:t xml:space="preserve">1 </w:t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ค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ะแนน โดยกำหนดเกณฑ์การให้คะแนน 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89254F" w:rsidRPr="0022101F" w:rsidTr="00415DF3">
        <w:tc>
          <w:tcPr>
            <w:tcW w:w="1803" w:type="dxa"/>
          </w:tcPr>
          <w:p w:rsidR="0089254F" w:rsidRPr="0022101F" w:rsidRDefault="0089254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89254F" w:rsidRPr="0022101F" w:rsidRDefault="0089254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89254F" w:rsidRPr="0022101F" w:rsidRDefault="0089254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89254F" w:rsidRPr="0022101F" w:rsidRDefault="0089254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89254F" w:rsidRPr="0022101F" w:rsidRDefault="0089254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89254F" w:rsidRPr="0022101F" w:rsidTr="00415DF3">
        <w:tc>
          <w:tcPr>
            <w:tcW w:w="1803" w:type="dxa"/>
            <w:vAlign w:val="center"/>
          </w:tcPr>
          <w:p w:rsidR="0089254F" w:rsidRPr="0022101F" w:rsidRDefault="0089254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36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4" w:type="dxa"/>
            <w:vAlign w:val="center"/>
          </w:tcPr>
          <w:p w:rsidR="0089254F" w:rsidRPr="0022101F" w:rsidRDefault="0089254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37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89254F" w:rsidRPr="0022101F" w:rsidRDefault="0089254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38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89254F" w:rsidRPr="0022101F" w:rsidRDefault="0089254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39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89254F" w:rsidRPr="0022101F" w:rsidRDefault="0089254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40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</w:tr>
    </w:tbl>
    <w:p w:rsidR="0089254F" w:rsidRPr="0022101F" w:rsidRDefault="0089254F" w:rsidP="0089254F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89254F" w:rsidRPr="00AB718A" w:rsidRDefault="0089254F" w:rsidP="0089254F">
      <w:pPr>
        <w:pStyle w:val="ae"/>
        <w:numPr>
          <w:ilvl w:val="0"/>
          <w:numId w:val="16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รายงานการเงินและงบการเงินของมหาวิทยาลัย</w:t>
      </w:r>
    </w:p>
    <w:p w:rsidR="0089254F" w:rsidRPr="00AB718A" w:rsidRDefault="0089254F" w:rsidP="0089254F">
      <w:pPr>
        <w:pStyle w:val="ae"/>
        <w:numPr>
          <w:ilvl w:val="0"/>
          <w:numId w:val="16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สัญญาหรือข้อตกลงการให้เงินทุน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บริจาคจากภาครัฐและเอกชน</w:t>
      </w:r>
    </w:p>
    <w:p w:rsidR="0089254F" w:rsidRPr="00AB718A" w:rsidRDefault="0089254F" w:rsidP="0089254F">
      <w:pPr>
        <w:pStyle w:val="ae"/>
        <w:numPr>
          <w:ilvl w:val="0"/>
          <w:numId w:val="16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รายงานการใช้จ่ายเงินทุน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บริจาคในโครงการพัฒนาชุมชน</w:t>
      </w:r>
    </w:p>
    <w:p w:rsidR="0089254F" w:rsidRPr="00AB718A" w:rsidRDefault="0089254F" w:rsidP="0089254F">
      <w:pPr>
        <w:pStyle w:val="ae"/>
        <w:numPr>
          <w:ilvl w:val="0"/>
          <w:numId w:val="16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หลักฐานการดำเนินโครงการพัฒนาชุมชนและสังคม</w:t>
      </w:r>
    </w:p>
    <w:p w:rsidR="0089254F" w:rsidRDefault="0089254F" w:rsidP="0089254F">
      <w:pPr>
        <w:pStyle w:val="ae"/>
        <w:numPr>
          <w:ilvl w:val="0"/>
          <w:numId w:val="16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รายงานผลการประเมินโครงการพัฒนาชุมชน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02191E" w:rsidRDefault="0002191E">
      <w:pPr>
        <w:spacing w:after="360"/>
        <w:rPr>
          <w:rFonts w:ascii="TH SarabunPSK" w:hAnsi="TH SarabunPSK" w:cs="TH SarabunPSK"/>
          <w:szCs w:val="32"/>
          <w:lang w:bidi="th-TH"/>
        </w:rPr>
      </w:pPr>
    </w:p>
    <w:p w:rsidR="001A52DE" w:rsidRPr="00DA5AD5" w:rsidRDefault="001A52DE">
      <w:pPr>
        <w:spacing w:after="360"/>
        <w:rPr>
          <w:rFonts w:ascii="TH SarabunPSK" w:hAnsi="TH SarabunPSK" w:cs="TH SarabunPSK" w:hint="cs"/>
          <w:szCs w:val="32"/>
          <w:lang w:bidi="th-TH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4D7000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1A52DE" w:rsidRPr="001A52DE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9</w:t>
            </w:r>
            <w:r w:rsidRPr="001A52DE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 </w:t>
            </w:r>
            <w:r w:rsidR="001A52DE" w:rsidRPr="001A52DE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จำนวน</w:t>
            </w:r>
            <w:r w:rsidR="001A52DE" w:rsidRPr="001A52DE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</w:t>
            </w:r>
            <w:r w:rsidR="001A52DE" w:rsidRPr="001A52DE">
              <w:rPr>
                <w:rFonts w:ascii="TH SarabunPSK" w:hAnsi="TH SarabunPSK" w:cs="TH SarabunPSK"/>
                <w:bCs/>
                <w:szCs w:val="32"/>
              </w:rPr>
              <w:t xml:space="preserve">Dashboard/BI (Business Intelligence) </w:t>
            </w:r>
            <w:r w:rsidR="001A52DE" w:rsidRPr="001A52DE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เพื่อการบริหาร</w:t>
            </w:r>
            <w:r w:rsidR="001A52DE" w:rsidRPr="001A52DE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(</w:t>
            </w:r>
            <w:r w:rsidR="001A52DE" w:rsidRPr="001A52DE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ระบบ</w:t>
            </w:r>
            <w:r w:rsidR="001A52DE" w:rsidRPr="001A52DE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) (</w:t>
            </w:r>
            <w:r w:rsidR="001A52DE" w:rsidRPr="001A52DE">
              <w:rPr>
                <w:rFonts w:ascii="TH SarabunPSK" w:hAnsi="TH SarabunPSK" w:cs="TH SarabunPSK"/>
                <w:bCs/>
                <w:szCs w:val="32"/>
              </w:rPr>
              <w:t>Goal</w:t>
            </w:r>
            <w:r w:rsidR="001A52DE" w:rsidRPr="001A52DE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7.1) </w:t>
            </w:r>
            <w:r w:rsidR="001A52DE" w:rsidRPr="001A52DE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1A52DE" w:rsidRPr="001A52DE">
              <w:rPr>
                <w:rFonts w:ascii="TH SarabunPSK" w:hAnsi="TH SarabunPSK" w:cs="TH SarabunPSK" w:hint="cs"/>
                <w:bCs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="001A52DE" w:rsidRPr="001A52DE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</w:rPr>
              <w:t xml:space="preserve">2 </w:t>
            </w:r>
            <w:r w:rsidR="001A52DE" w:rsidRPr="001A52DE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ระบบ)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ระบบ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4D7000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693175">
            <w:pPr>
              <w:rPr>
                <w:rFonts w:ascii="TH SarabunPSK" w:hAnsi="TH SarabunPSK" w:cs="TH SarabunPSK"/>
                <w:szCs w:val="32"/>
              </w:rPr>
            </w:pP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693175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693175"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693175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ผอ.กองนโยบายและแผน</w:t>
            </w:r>
            <w:r w:rsidRPr="00693175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693175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693175" w:rsidRPr="00693175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.......................................................</w:t>
            </w:r>
            <w:r w:rsidRPr="00693175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693175"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693175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693175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693175">
              <w:rPr>
                <w:rFonts w:ascii="TH SarabunPSK" w:hAnsi="TH SarabunPSK" w:cs="TH SarabunPSK"/>
                <w:b/>
                <w:color w:val="002060"/>
                <w:szCs w:val="32"/>
              </w:rPr>
              <w:t>03</w:t>
            </w:r>
            <w:r w:rsidRPr="00693175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4D7000" w:rsidRDefault="004D7000" w:rsidP="004D700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4D7000" w:rsidRPr="0022101F" w:rsidRDefault="004D7000" w:rsidP="004D700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4D7000" w:rsidRPr="0022101F" w:rsidRDefault="004D7000" w:rsidP="004D7000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ตัวชี้วัดนี้วัดจำนวนระบบ </w:t>
      </w:r>
      <w:r>
        <w:rPr>
          <w:rFonts w:ascii="TH SarabunPSK" w:eastAsia="Times New Roman" w:hAnsi="TH SarabunPSK" w:cs="TH SarabunPSK"/>
          <w:szCs w:val="32"/>
        </w:rPr>
        <w:t xml:space="preserve">Dashboard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หรือ </w:t>
      </w:r>
      <w:r>
        <w:rPr>
          <w:rFonts w:ascii="TH SarabunPSK" w:eastAsia="Times New Roman" w:hAnsi="TH SarabunPSK" w:cs="TH SarabunPSK"/>
          <w:szCs w:val="32"/>
        </w:rPr>
        <w:t xml:space="preserve">Business Intelligence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(</w:t>
      </w:r>
      <w:r>
        <w:rPr>
          <w:rFonts w:ascii="TH SarabunPSK" w:eastAsia="Times New Roman" w:hAnsi="TH SarabunPSK" w:cs="TH SarabunPSK"/>
          <w:szCs w:val="32"/>
        </w:rPr>
        <w:t>BI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)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ที่มหาวิทยาลัยพัฒนาขึ้นเพื่อใช้ในการบริหารจัดการ ระบบ </w:t>
      </w:r>
      <w:r>
        <w:rPr>
          <w:rFonts w:ascii="TH SarabunPSK" w:eastAsia="Times New Roman" w:hAnsi="TH SarabunPSK" w:cs="TH SarabunPSK"/>
          <w:szCs w:val="32"/>
        </w:rPr>
        <w:t>Dashboard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>
        <w:rPr>
          <w:rFonts w:ascii="TH SarabunPSK" w:eastAsia="Times New Roman" w:hAnsi="TH SarabunPSK" w:cs="TH SarabunPSK"/>
          <w:szCs w:val="32"/>
        </w:rPr>
        <w:t xml:space="preserve">BI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เป็นเครื่องมือสำคัญที่ช่วยผู้บริหารในการติดตาม วิเคราะห์ และตัดสินใจบนพื้นฐานของข้อมูลที่ถูกต้อง ทันสมัย และเป็นปัจจุบัน ระบบดังกล่าวจะช่วยเพิ่มประสิทธิภาพการบริหารจัดการ ลดเวลาในการประมวลผลข้อมูล และสนับสนุนการตัดสินใจเชิงกลยุทธ์ ทั้งยังช่วยในการติดตามและประเมินผลการดำเนินงานตามตัวชี้วัดต่างๆ ได้อย่างมีประสิทธิภาพ การมี </w:t>
      </w:r>
      <w:r>
        <w:rPr>
          <w:rFonts w:ascii="TH SarabunPSK" w:eastAsia="Times New Roman" w:hAnsi="TH SarabunPSK" w:cs="TH SarabunPSK"/>
          <w:szCs w:val="32"/>
        </w:rPr>
        <w:t>Dashboard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>
        <w:rPr>
          <w:rFonts w:ascii="TH SarabunPSK" w:eastAsia="Times New Roman" w:hAnsi="TH SarabunPSK" w:cs="TH SarabunPSK"/>
          <w:szCs w:val="32"/>
        </w:rPr>
        <w:t xml:space="preserve">BI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ที่ดีจะส่งผลต่อการยกระดับการบริหารจัดการด้วยเทคโนโลยีดิจิทัลของมหาวิทยาลัย</w:t>
      </w:r>
    </w:p>
    <w:p w:rsidR="004D7000" w:rsidRPr="0022101F" w:rsidRDefault="004D7000" w:rsidP="004D700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4D7000" w:rsidRPr="0022101F" w:rsidRDefault="004D7000" w:rsidP="004D700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33D9FB8A" wp14:editId="4C93B5B3">
                <wp:extent cx="4114800" cy="385010"/>
                <wp:effectExtent l="0" t="0" r="19050" b="15240"/>
                <wp:docPr id="849629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8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E5C78" w:rsidRDefault="00A430C6" w:rsidP="004D700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จำนวนระบบ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>Dashboard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/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 xml:space="preserve">BI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ที่พัฒนาและใช้งานจริงในการบริหารจัดการ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D9FB8A" id="_x0000_s1033" type="#_x0000_t202" style="width:324pt;height:3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">
                <v:textbox>
                  <w:txbxContent>
                    <w:p w:rsidR="00A430C6" w:rsidRPr="001E5C78" w:rsidRDefault="00A430C6" w:rsidP="004D700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จำนวนระบบ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>Dashboard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/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 xml:space="preserve">BI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ที่พัฒนาและใช้งานจริงในการบริหารจัดการ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D7000" w:rsidRPr="0022101F" w:rsidRDefault="004D7000" w:rsidP="004D700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4D7000" w:rsidRPr="0022101F" w:rsidRDefault="004D7000" w:rsidP="004D7000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การประเมินตามจำนวนระบบที่พัฒนาและใช้งานได้จริง</w:t>
      </w:r>
      <w:r>
        <w:rPr>
          <w:rFonts w:ascii="TH SarabunPSK" w:eastAsia="Times New Roman" w:hAnsi="TH SarabunPSK" w:cs="TH SarabunPSK" w:hint="cs"/>
          <w:szCs w:val="32"/>
          <w:cs/>
          <w:lang w:bidi="th-TH"/>
        </w:rPr>
        <w:t xml:space="preserve">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4D7000" w:rsidRPr="0022101F" w:rsidTr="00415DF3">
        <w:tc>
          <w:tcPr>
            <w:tcW w:w="1803" w:type="dxa"/>
          </w:tcPr>
          <w:p w:rsidR="004D7000" w:rsidRPr="0022101F" w:rsidRDefault="004D7000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4D7000" w:rsidRPr="0022101F" w:rsidRDefault="004D7000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4D7000" w:rsidRPr="0022101F" w:rsidRDefault="004D7000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4D7000" w:rsidRPr="0022101F" w:rsidRDefault="004D7000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4D7000" w:rsidRPr="0022101F" w:rsidRDefault="004D7000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4D7000" w:rsidRPr="0022101F" w:rsidTr="00415DF3">
        <w:tc>
          <w:tcPr>
            <w:tcW w:w="1803" w:type="dxa"/>
            <w:vAlign w:val="center"/>
          </w:tcPr>
          <w:p w:rsidR="004D7000" w:rsidRPr="0022101F" w:rsidRDefault="004D7000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4" w:type="dxa"/>
            <w:vAlign w:val="center"/>
          </w:tcPr>
          <w:p w:rsidR="004D7000" w:rsidRPr="0022101F" w:rsidRDefault="004D7000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3" w:type="dxa"/>
            <w:vAlign w:val="center"/>
          </w:tcPr>
          <w:p w:rsidR="004D7000" w:rsidRPr="0022101F" w:rsidRDefault="004D7000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3" w:type="dxa"/>
            <w:vAlign w:val="center"/>
          </w:tcPr>
          <w:p w:rsidR="004D7000" w:rsidRPr="0022101F" w:rsidRDefault="004D7000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3" w:type="dxa"/>
            <w:vAlign w:val="center"/>
          </w:tcPr>
          <w:p w:rsidR="004D7000" w:rsidRPr="0022101F" w:rsidRDefault="004D7000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 xml:space="preserve">1 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ระบบ</w:t>
            </w:r>
          </w:p>
        </w:tc>
      </w:tr>
    </w:tbl>
    <w:p w:rsidR="004D7000" w:rsidRDefault="004D7000" w:rsidP="004D7000">
      <w:pPr>
        <w:spacing w:after="0" w:line="240" w:lineRule="auto"/>
        <w:rPr>
          <w:rFonts w:ascii="TH SarabunPSK" w:hAnsi="TH SarabunPSK" w:cs="TH SarabunPSK"/>
          <w:b/>
          <w:bCs/>
          <w:szCs w:val="32"/>
        </w:rPr>
      </w:pPr>
    </w:p>
    <w:p w:rsidR="004D7000" w:rsidRPr="0022101F" w:rsidRDefault="004D7000" w:rsidP="004D7000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4D7000" w:rsidRPr="00AB718A" w:rsidRDefault="004D7000" w:rsidP="004D7000">
      <w:pPr>
        <w:pStyle w:val="ae"/>
        <w:numPr>
          <w:ilvl w:val="0"/>
          <w:numId w:val="17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เอกสารขอบเขตและวัตถุประสงค์ของระบบ </w:t>
      </w:r>
      <w:r>
        <w:rPr>
          <w:rFonts w:ascii="TH SarabunPSK" w:eastAsia="Times New Roman" w:hAnsi="TH SarabunPSK" w:cs="TH SarabunPSK"/>
          <w:szCs w:val="32"/>
        </w:rPr>
        <w:t>Dashboard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>
        <w:rPr>
          <w:rFonts w:ascii="TH SarabunPSK" w:eastAsia="Times New Roman" w:hAnsi="TH SarabunPSK" w:cs="TH SarabunPSK"/>
          <w:szCs w:val="32"/>
        </w:rPr>
        <w:t>BI</w:t>
      </w:r>
    </w:p>
    <w:p w:rsidR="004D7000" w:rsidRPr="00AB718A" w:rsidRDefault="004D7000" w:rsidP="004D7000">
      <w:pPr>
        <w:pStyle w:val="ae"/>
        <w:numPr>
          <w:ilvl w:val="0"/>
          <w:numId w:val="17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หลักฐานการพัฒนาและทดสอบระบบ</w:t>
      </w:r>
    </w:p>
    <w:p w:rsidR="004D7000" w:rsidRPr="00AB718A" w:rsidRDefault="004D7000" w:rsidP="004D7000">
      <w:pPr>
        <w:pStyle w:val="ae"/>
        <w:numPr>
          <w:ilvl w:val="0"/>
          <w:numId w:val="17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คู่มือการใช้งานระบบ </w:t>
      </w:r>
      <w:r>
        <w:rPr>
          <w:rFonts w:ascii="TH SarabunPSK" w:eastAsia="Times New Roman" w:hAnsi="TH SarabunPSK" w:cs="TH SarabunPSK"/>
          <w:szCs w:val="32"/>
        </w:rPr>
        <w:t>Dashboard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/</w:t>
      </w:r>
      <w:r>
        <w:rPr>
          <w:rFonts w:ascii="TH SarabunPSK" w:eastAsia="Times New Roman" w:hAnsi="TH SarabunPSK" w:cs="TH SarabunPSK"/>
          <w:szCs w:val="32"/>
        </w:rPr>
        <w:t>BI</w:t>
      </w:r>
    </w:p>
    <w:p w:rsidR="004D7000" w:rsidRPr="00AB718A" w:rsidRDefault="004D7000" w:rsidP="004D7000">
      <w:pPr>
        <w:pStyle w:val="ae"/>
        <w:numPr>
          <w:ilvl w:val="0"/>
          <w:numId w:val="17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รายงานการใช้งานและประโยชน์ที่ได้รับ</w:t>
      </w:r>
    </w:p>
    <w:p w:rsidR="004D7000" w:rsidRPr="00AB718A" w:rsidRDefault="004D7000" w:rsidP="004D7000">
      <w:pPr>
        <w:pStyle w:val="ae"/>
        <w:numPr>
          <w:ilvl w:val="0"/>
          <w:numId w:val="17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หลักฐานการนำระบบมาใช้ในการบริหารจัดการจริง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693175" w:rsidRPr="00DA5AD5" w:rsidRDefault="00693175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6C781F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3A6376" w:rsidRPr="003A6376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3A6376" w:rsidRPr="003A6376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0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3A6376" w:rsidRPr="003A637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จำนวนหน่วยงานที่มีการการบูรณาการข้อมูลร่วมกันภายในมหาวิทยาลัย</w:t>
            </w:r>
            <w:r w:rsidR="003A6376" w:rsidRPr="003A637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3A6376" w:rsidRPr="003A6376">
              <w:rPr>
                <w:rFonts w:ascii="TH SarabunPSK" w:hAnsi="TH SarabunPSK" w:cs="TH SarabunPSK"/>
                <w:b/>
                <w:bCs/>
                <w:szCs w:val="32"/>
              </w:rPr>
              <w:t>One Data) (</w:t>
            </w:r>
            <w:r w:rsidR="003A6376" w:rsidRPr="003A637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หน่วยงาน</w:t>
            </w:r>
            <w:r w:rsidR="003A6376" w:rsidRPr="003A637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3A6376" w:rsidRPr="003A6376">
              <w:rPr>
                <w:rFonts w:ascii="TH SarabunPSK" w:hAnsi="TH SarabunPSK" w:cs="TH SarabunPSK"/>
                <w:b/>
                <w:bCs/>
                <w:szCs w:val="32"/>
              </w:rPr>
              <w:t>Goal</w:t>
            </w:r>
            <w:r w:rsidR="003A6376" w:rsidRPr="003A637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7.2)</w:t>
            </w:r>
            <w:r w:rsidR="003A6376" w:rsidRPr="003A6376">
              <w:rPr>
                <w:rFonts w:ascii="TH SarabunPSK" w:hAnsi="TH SarabunPSK" w:cs="TH SarabunPSK"/>
                <w:b/>
                <w:bCs/>
                <w:szCs w:val="32"/>
              </w:rPr>
              <w:t xml:space="preserve"> </w:t>
            </w:r>
            <w:r w:rsidR="002F6233">
              <w:rPr>
                <w:rFonts w:ascii="TH SarabunPSK" w:hAnsi="TH SarabunPSK" w:cs="TH SarabunPSK"/>
                <w:b/>
                <w:bCs/>
                <w:szCs w:val="32"/>
                <w:cs/>
              </w:rPr>
              <w:br/>
            </w:r>
            <w:r w:rsidR="003A6376" w:rsidRPr="003A6376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3A6376" w:rsidRPr="003A6376">
              <w:rPr>
                <w:rFonts w:ascii="TH SarabunPSK" w:hAnsi="TH SarabunPSK" w:cs="TH SarabunPSK" w:hint="cs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ค่าเป้าหมาย 5</w:t>
            </w:r>
            <w:r w:rsidR="003A6376" w:rsidRPr="003A6376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</w:rPr>
              <w:t xml:space="preserve"> </w:t>
            </w:r>
            <w:r w:rsidR="003A6376" w:rsidRPr="003A6376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หน่วยงาน)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6C781F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806FD6">
            <w:pPr>
              <w:rPr>
                <w:rFonts w:ascii="TH SarabunPSK" w:hAnsi="TH SarabunPSK" w:cs="TH SarabunPSK"/>
                <w:szCs w:val="32"/>
              </w:rPr>
            </w:pP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ผู้อำนวยการ สนอ.   </w:t>
            </w:r>
            <w:r w:rsidR="00806FD6"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ผู้ดูแล/ผู้ดำเนินการ : ผอ.กองนโยบายและแผน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806FD6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806FD6" w:rsidRPr="00806FD6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</w:t>
            </w:r>
            <w:r w:rsidRPr="00806FD6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806FD6"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t>04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FC76E9" w:rsidRDefault="00FC76E9" w:rsidP="006C781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6C781F" w:rsidRPr="0022101F" w:rsidRDefault="006C781F" w:rsidP="006C781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6C781F" w:rsidRDefault="006C781F" w:rsidP="006C781F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ตัวชี้วัดนี้วัดจำนวนหน่วยงานภายในมหาวิทยาลัยที่สามารถบูรณาการข้อมูลร่วมกันในระบบ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</w:rPr>
        <w:t xml:space="preserve">One Data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ซึ่งเป็นการจัดการข้อมูลแบบรวมศูนย์ที่ช่วยลดความซ้ำซ้อนของข้อมูล เพิ่มความถูกต้อง</w:t>
      </w:r>
      <w:r>
        <w:rPr>
          <w:rFonts w:ascii="TH SarabunPSK" w:eastAsia="Times New Roman" w:hAnsi="TH SarabunPSK" w:cs="TH SarabunPSK" w:hint="cs"/>
          <w:szCs w:val="32"/>
          <w:cs/>
          <w:lang w:bidi="th-TH"/>
        </w:rPr>
        <w:t xml:space="preserve">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และความน่าเชื่อถือของข้อมูล และช่วยให้การเข้าถึงข้อมูลเป็นไปอย่างมีประสิทธิภาพ ระบบ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 </w:t>
      </w:r>
      <w:r>
        <w:rPr>
          <w:rFonts w:ascii="TH SarabunPSK" w:eastAsia="Times New Roman" w:hAnsi="TH SarabunPSK" w:cs="TH SarabunPSK"/>
          <w:szCs w:val="32"/>
        </w:rPr>
        <w:t xml:space="preserve">One Data </w:t>
      </w:r>
      <w:r>
        <w:rPr>
          <w:rFonts w:ascii="TH SarabunPSK" w:eastAsia="Times New Roman" w:hAnsi="TH SarabunPSK" w:cs="TH SarabunPSK"/>
          <w:szCs w:val="32"/>
        </w:rPr>
        <w:br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จะช่วยให้หน่วยงานต่างๆ สามารถใช้ข้อมูลร่วมกันได้อย่างสะดวก ลดปัญหาข้อมูลไม่ตรงกัน และสนับสนุนการตัดสินใจที่อาศัยข้อมูลที่ถูกต้องและเป็นปัจจุบัน การบูรณาการข้อมูลยังช่วยเพิ่มประสิทธิภาพการทำงาน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ลดต้นทุนในการจัดเก็บและบำรุงรักษาข้อมูล และยกระดับก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ารบริหารจัดการด้วยเทคโนโลยีดิจิทัล</w:t>
      </w:r>
    </w:p>
    <w:p w:rsidR="006C781F" w:rsidRPr="0022101F" w:rsidRDefault="006C781F" w:rsidP="006C781F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</w:p>
    <w:p w:rsidR="006C781F" w:rsidRPr="0022101F" w:rsidRDefault="006C781F" w:rsidP="006C781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6C781F" w:rsidRPr="0022101F" w:rsidRDefault="006C781F" w:rsidP="006C781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198C2502" wp14:editId="30747387">
                <wp:extent cx="4114800" cy="385010"/>
                <wp:effectExtent l="0" t="0" r="19050" b="15240"/>
                <wp:docPr id="1565210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8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12D0D" w:rsidRDefault="00A430C6" w:rsidP="006C781F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จำนวนหน่วยงานที่เข้าร่วมในระบบ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 xml:space="preserve">One Data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และมีการใช้งานจริง</w:t>
                            </w:r>
                          </w:p>
                          <w:p w:rsidR="00A430C6" w:rsidRPr="001E5C78" w:rsidRDefault="00A430C6" w:rsidP="006C781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8C2502" id="_x0000_s1034" type="#_x0000_t202" style="width:324pt;height:3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">
                <v:textbox>
                  <w:txbxContent>
                    <w:p w:rsidR="00A430C6" w:rsidRPr="00112D0D" w:rsidRDefault="00A430C6" w:rsidP="006C781F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จำนวนหน่วยงานที่เข้าร่วมในระบบ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 xml:space="preserve">One Data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และมีการใช้งานจริง</w:t>
                      </w:r>
                    </w:p>
                    <w:p w:rsidR="00A430C6" w:rsidRPr="001E5C78" w:rsidRDefault="00A430C6" w:rsidP="006C781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C781F" w:rsidRPr="0022101F" w:rsidRDefault="006C781F" w:rsidP="006C781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C781F" w:rsidRPr="0022101F" w:rsidRDefault="006C781F" w:rsidP="006C781F">
      <w:pPr>
        <w:spacing w:after="0" w:line="240" w:lineRule="auto"/>
        <w:rPr>
          <w:rFonts w:ascii="TH SarabunPSK" w:eastAsia="Times New Roman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การประเมินตามจำนวนหน่วยงานที่บูรณาการข้อมูลได้สำเร็จ </w:t>
      </w:r>
      <w:r>
        <w:rPr>
          <w:rFonts w:ascii="TH SarabunPSK" w:eastAsia="Times New Roman" w:hAnsi="TH SarabunPSK" w:cs="TH SarabunPSK" w:hint="cs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6C781F" w:rsidRPr="0022101F" w:rsidTr="00415DF3">
        <w:tc>
          <w:tcPr>
            <w:tcW w:w="1803" w:type="dxa"/>
          </w:tcPr>
          <w:p w:rsidR="006C781F" w:rsidRPr="0022101F" w:rsidRDefault="006C781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6C781F" w:rsidRPr="0022101F" w:rsidRDefault="006C781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6C781F" w:rsidRPr="0022101F" w:rsidRDefault="006C781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6C781F" w:rsidRPr="0022101F" w:rsidRDefault="006C781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6C781F" w:rsidRPr="0022101F" w:rsidRDefault="006C781F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6C781F" w:rsidRPr="0022101F" w:rsidTr="00415DF3">
        <w:tc>
          <w:tcPr>
            <w:tcW w:w="1803" w:type="dxa"/>
            <w:vAlign w:val="center"/>
          </w:tcPr>
          <w:p w:rsidR="006C781F" w:rsidRPr="0022101F" w:rsidRDefault="006C781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4" w:type="dxa"/>
            <w:vAlign w:val="center"/>
          </w:tcPr>
          <w:p w:rsidR="006C781F" w:rsidRPr="0022101F" w:rsidRDefault="006C781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3" w:type="dxa"/>
            <w:vAlign w:val="center"/>
          </w:tcPr>
          <w:p w:rsidR="006C781F" w:rsidRPr="0022101F" w:rsidRDefault="006C781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-</w:t>
            </w:r>
          </w:p>
        </w:tc>
        <w:tc>
          <w:tcPr>
            <w:tcW w:w="1803" w:type="dxa"/>
            <w:vAlign w:val="center"/>
          </w:tcPr>
          <w:p w:rsidR="006C781F" w:rsidRPr="0022101F" w:rsidRDefault="006C781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 xml:space="preserve">1 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หน่วยงาน</w:t>
            </w:r>
          </w:p>
        </w:tc>
        <w:tc>
          <w:tcPr>
            <w:tcW w:w="1803" w:type="dxa"/>
            <w:vAlign w:val="center"/>
          </w:tcPr>
          <w:p w:rsidR="006C781F" w:rsidRPr="0022101F" w:rsidRDefault="006C781F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 xml:space="preserve">2 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หน่วยงาน</w:t>
            </w:r>
          </w:p>
        </w:tc>
      </w:tr>
    </w:tbl>
    <w:p w:rsidR="006C781F" w:rsidRDefault="006C781F" w:rsidP="006C781F">
      <w:pPr>
        <w:spacing w:after="0" w:line="240" w:lineRule="auto"/>
        <w:rPr>
          <w:rFonts w:ascii="TH SarabunPSK" w:hAnsi="TH SarabunPSK" w:cs="TH SarabunPSK"/>
          <w:b/>
          <w:bCs/>
          <w:szCs w:val="32"/>
        </w:rPr>
      </w:pPr>
    </w:p>
    <w:p w:rsidR="006C781F" w:rsidRPr="0022101F" w:rsidRDefault="006C781F" w:rsidP="006C781F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6C781F" w:rsidRPr="00AB718A" w:rsidRDefault="006C781F" w:rsidP="006C781F">
      <w:pPr>
        <w:pStyle w:val="ae"/>
        <w:numPr>
          <w:ilvl w:val="0"/>
          <w:numId w:val="18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แผนการพัฒนาระบบ </w:t>
      </w:r>
      <w:r>
        <w:rPr>
          <w:rFonts w:ascii="TH SarabunPSK" w:eastAsia="Times New Roman" w:hAnsi="TH SarabunPSK" w:cs="TH SarabunPSK"/>
          <w:szCs w:val="32"/>
        </w:rPr>
        <w:t>One Data</w:t>
      </w:r>
    </w:p>
    <w:p w:rsidR="006C781F" w:rsidRPr="00AB718A" w:rsidRDefault="006C781F" w:rsidP="006C781F">
      <w:pPr>
        <w:pStyle w:val="ae"/>
        <w:numPr>
          <w:ilvl w:val="0"/>
          <w:numId w:val="18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เอกสารการออกแบบโครงสร้างข้อมูลแบบบูรณาการ</w:t>
      </w:r>
    </w:p>
    <w:p w:rsidR="006C781F" w:rsidRPr="00AB718A" w:rsidRDefault="006C781F" w:rsidP="006C781F">
      <w:pPr>
        <w:pStyle w:val="ae"/>
        <w:numPr>
          <w:ilvl w:val="0"/>
          <w:numId w:val="18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หลักฐานการเชื่อมต่อข้อมูลของแต่ละหน่วยงาน</w:t>
      </w:r>
    </w:p>
    <w:p w:rsidR="006C781F" w:rsidRPr="00AB718A" w:rsidRDefault="006C781F" w:rsidP="006C781F">
      <w:pPr>
        <w:pStyle w:val="ae"/>
        <w:numPr>
          <w:ilvl w:val="0"/>
          <w:numId w:val="18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รายงานการทดสอบและการใช้งานระบบ</w:t>
      </w:r>
    </w:p>
    <w:p w:rsidR="006C781F" w:rsidRPr="00AB718A" w:rsidRDefault="006C781F" w:rsidP="006C781F">
      <w:pPr>
        <w:pStyle w:val="ae"/>
        <w:numPr>
          <w:ilvl w:val="0"/>
          <w:numId w:val="18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รายงานประโยชน์และผลกระทบจากการบูรณาการข้อมูล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806FD6" w:rsidRPr="00DA5AD5" w:rsidRDefault="00806FD6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5215"/>
      </w:tblGrid>
      <w:tr w:rsidR="00F91689" w:rsidRPr="00DA5AD5" w:rsidTr="006E5456">
        <w:trPr>
          <w:jc w:val="center"/>
        </w:trPr>
        <w:tc>
          <w:tcPr>
            <w:tcW w:w="3813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2F6233" w:rsidRPr="00F742BC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2F6233" w:rsidRPr="002F6233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1</w:t>
            </w:r>
            <w:r w:rsidRPr="002F6233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 </w:t>
            </w:r>
            <w:r w:rsidR="002F6233" w:rsidRPr="002F6233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ผลการประเมินคุณภาพการศึกษาตามเกณฑ์</w:t>
            </w:r>
            <w:r w:rsidR="002F6233" w:rsidRPr="002F6233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</w:t>
            </w:r>
            <w:proofErr w:type="spellStart"/>
            <w:r w:rsidR="002F6233" w:rsidRPr="002F6233">
              <w:rPr>
                <w:rFonts w:ascii="TH SarabunPSK" w:hAnsi="TH SarabunPSK" w:cs="TH SarabunPSK"/>
                <w:b/>
                <w:szCs w:val="32"/>
              </w:rPr>
              <w:t>EdPEx</w:t>
            </w:r>
            <w:proofErr w:type="spellEnd"/>
            <w:r w:rsidR="002F6233" w:rsidRPr="002F6233">
              <w:rPr>
                <w:rFonts w:ascii="TH SarabunPSK" w:hAnsi="TH SarabunPSK" w:cs="TH SarabunPSK"/>
                <w:bCs/>
                <w:szCs w:val="32"/>
              </w:rPr>
              <w:t xml:space="preserve"> (</w:t>
            </w:r>
            <w:r w:rsidR="002F6233" w:rsidRPr="002F6233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คะแนน</w:t>
            </w:r>
            <w:r w:rsidR="002F6233" w:rsidRPr="002F6233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) </w:t>
            </w:r>
            <w:r w:rsidR="002F6233" w:rsidRPr="002F6233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br/>
              <w:t>(</w:t>
            </w:r>
            <w:r w:rsidR="002F6233" w:rsidRPr="002F6233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มรสน</w:t>
            </w:r>
            <w:r w:rsidR="002F6233" w:rsidRPr="002F6233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.)</w:t>
            </w:r>
            <w:r w:rsidR="002F6233" w:rsidRPr="002F6233">
              <w:rPr>
                <w:rFonts w:ascii="TH SarabunPSK" w:hAnsi="TH SarabunPSK" w:cs="TH SarabunPSK"/>
                <w:bCs/>
                <w:szCs w:val="32"/>
              </w:rPr>
              <w:t xml:space="preserve"> </w:t>
            </w:r>
            <w:r w:rsidR="002F6233" w:rsidRPr="002F6233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2F6233" w:rsidRPr="002F6233">
              <w:rPr>
                <w:rFonts w:ascii="TH SarabunPSK" w:hAnsi="TH SarabunPSK" w:cs="TH SarabunPSK" w:hint="cs"/>
                <w:bCs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 </w:t>
            </w:r>
            <w:r w:rsidR="002F6233" w:rsidRPr="002F6233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</w:rPr>
              <w:t xml:space="preserve">100 </w:t>
            </w:r>
            <w:r w:rsidR="002F6233" w:rsidRPr="002F6233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คะแนน)</w:t>
            </w:r>
          </w:p>
        </w:tc>
        <w:tc>
          <w:tcPr>
            <w:tcW w:w="5215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6E5456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806FD6">
            <w:pPr>
              <w:rPr>
                <w:rFonts w:ascii="TH SarabunPSK" w:hAnsi="TH SarabunPSK" w:cs="TH SarabunPSK"/>
                <w:szCs w:val="32"/>
              </w:rPr>
            </w:pP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806FD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806FD6"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806FD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ผอ.กองนโยบายและแผน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806FD6" w:rsidRPr="00806FD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นางสาวชนก</w:t>
            </w:r>
            <w:proofErr w:type="spellStart"/>
            <w:r w:rsidR="00806FD6" w:rsidRPr="00806FD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ญา</w:t>
            </w:r>
            <w:proofErr w:type="spellEnd"/>
            <w:r w:rsidR="00806FD6" w:rsidRPr="00806FD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ดา โคตรสาลี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</w:t>
            </w:r>
            <w:r w:rsidR="00806FD6"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[รหัส</w:t>
            </w:r>
            <w:r w:rsidR="00806FD6" w:rsidRPr="00806FD6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ตัวชี้วัด 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: 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806FD6">
              <w:rPr>
                <w:rFonts w:ascii="TH SarabunPSK" w:hAnsi="TH SarabunPSK" w:cs="TH SarabunPSK"/>
                <w:b/>
                <w:color w:val="002060"/>
                <w:szCs w:val="32"/>
              </w:rPr>
              <w:t>05</w:t>
            </w:r>
            <w:r w:rsidRPr="00806FD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FC76E9" w:rsidRPr="0022101F" w:rsidRDefault="00FC76E9" w:rsidP="00FC76E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FC76E9" w:rsidRDefault="00FC76E9" w:rsidP="00FC76E9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ตัวชี้วัดนี้วัดผลการดำเนินงานของมหาวิทยาลัยตามเกณฑ์คุณภาพการศึกษาเพื่อความเป็นเลิศ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(</w:t>
      </w:r>
      <w:r>
        <w:rPr>
          <w:rFonts w:ascii="TH SarabunPSK" w:eastAsia="Times New Roman" w:hAnsi="TH SarabunPSK" w:cs="TH SarabunPSK"/>
          <w:szCs w:val="32"/>
        </w:rPr>
        <w:t>Education Criteria for Performance Excellence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: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)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ซึ่งเป็นกรอบการประเมินคุณภาพที่ครอบคลุมและเป็นระบบ โดยมุ่งเน้นการพัฒนาองค์กรสู่ความเป็นเลิศทุกด้าน การประเมินตาม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 จะพิจารณา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ถึงภาวะผู้นำ การวางแผนเชิงกลยุทธ์ การมุ่งเน้นนักศึกษาและผู้รับบริการ การวัดและการจัดการความรู้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การมุ่งเน้นบุคลากร การจัดการก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ระบวนการ และผลลัพธ์ขององค์กร การใช้เกณฑ์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  <w:r>
        <w:rPr>
          <w:rFonts w:ascii="TH SarabunPSK" w:eastAsia="Times New Roman" w:hAnsi="TH SarabunPSK" w:cs="TH SarabunPSK"/>
          <w:szCs w:val="32"/>
        </w:rPr>
        <w:t xml:space="preserve">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จะช่วยยกระดับคุณภาพการบริหารจัดการและการดำเนินงานของมหาวิทยาลัยให้เป็นไปตามมาตรฐานสากล</w:t>
      </w:r>
    </w:p>
    <w:p w:rsidR="00FC76E9" w:rsidRPr="0022101F" w:rsidRDefault="00FC76E9" w:rsidP="00FC76E9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</w:p>
    <w:p w:rsidR="00FC76E9" w:rsidRPr="0022101F" w:rsidRDefault="00FC76E9" w:rsidP="00FC76E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FC76E9" w:rsidRPr="0022101F" w:rsidRDefault="00FC76E9" w:rsidP="00FC76E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37E3748E" wp14:editId="2BFB5037">
                <wp:extent cx="4277360" cy="385010"/>
                <wp:effectExtent l="0" t="0" r="27940" b="15240"/>
                <wp:docPr id="2957426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38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E5C78" w:rsidRDefault="00A430C6" w:rsidP="00FC76E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ระดับการดำเนินงานตามเกณฑ์ 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>EdPEx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ปีที่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(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การเริ่มต้นใช้เกณฑ์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3748E" id="_x0000_s1035" type="#_x0000_t202" style="width:336.8pt;height:3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">
                <v:textbox>
                  <w:txbxContent>
                    <w:p w:rsidR="00A430C6" w:rsidRPr="001E5C78" w:rsidRDefault="00A430C6" w:rsidP="00FC76E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ระดับการดำเนินงานตามเกณฑ์ 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>EdPEx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ปีที่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 xml:space="preserve">1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(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การเริ่มต้นใช้เกณฑ์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C76E9" w:rsidRPr="0022101F" w:rsidRDefault="00FC76E9" w:rsidP="00FC76E9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FC76E9" w:rsidRPr="0022101F" w:rsidRDefault="00FC76E9" w:rsidP="00FC76E9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การประเมินเชิงคุณภาพตามระดับการดำเนินงาน 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FC76E9" w:rsidRPr="0022101F" w:rsidTr="00415DF3">
        <w:tc>
          <w:tcPr>
            <w:tcW w:w="1803" w:type="dxa"/>
          </w:tcPr>
          <w:p w:rsidR="00FC76E9" w:rsidRPr="0022101F" w:rsidRDefault="00FC76E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FC76E9" w:rsidRPr="0022101F" w:rsidRDefault="00FC76E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FC76E9" w:rsidRPr="0022101F" w:rsidRDefault="00FC76E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FC76E9" w:rsidRPr="0022101F" w:rsidRDefault="00FC76E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FC76E9" w:rsidRPr="0022101F" w:rsidRDefault="00FC76E9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FC76E9" w:rsidRPr="0022101F" w:rsidTr="00415DF3">
        <w:tc>
          <w:tcPr>
            <w:tcW w:w="1803" w:type="dxa"/>
            <w:vAlign w:val="center"/>
          </w:tcPr>
          <w:p w:rsidR="00FC76E9" w:rsidRPr="0022101F" w:rsidRDefault="00FC76E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เริ่มต้นศึกษาเกณฑ์</w:t>
            </w:r>
          </w:p>
        </w:tc>
        <w:tc>
          <w:tcPr>
            <w:tcW w:w="1804" w:type="dxa"/>
            <w:vAlign w:val="center"/>
          </w:tcPr>
          <w:p w:rsidR="00FC76E9" w:rsidRPr="0022101F" w:rsidRDefault="00FC76E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จัดทำแผนการประเมิน</w:t>
            </w:r>
          </w:p>
        </w:tc>
        <w:tc>
          <w:tcPr>
            <w:tcW w:w="1803" w:type="dxa"/>
            <w:vAlign w:val="center"/>
          </w:tcPr>
          <w:p w:rsidR="00FC76E9" w:rsidRPr="0022101F" w:rsidRDefault="00FC76E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ดำเนินการประเมินเบื้องต้น</w:t>
            </w:r>
          </w:p>
        </w:tc>
        <w:tc>
          <w:tcPr>
            <w:tcW w:w="1803" w:type="dxa"/>
            <w:vAlign w:val="center"/>
          </w:tcPr>
          <w:p w:rsidR="00FC76E9" w:rsidRPr="0022101F" w:rsidRDefault="00FC76E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ดำเนินการประเมินครบถ้วน</w:t>
            </w:r>
          </w:p>
        </w:tc>
        <w:tc>
          <w:tcPr>
            <w:tcW w:w="1803" w:type="dxa"/>
            <w:vAlign w:val="center"/>
          </w:tcPr>
          <w:p w:rsidR="00FC76E9" w:rsidRPr="0022101F" w:rsidRDefault="00FC76E9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มีผลการประเมินและแผนพัฒนา</w:t>
            </w:r>
          </w:p>
        </w:tc>
      </w:tr>
    </w:tbl>
    <w:p w:rsidR="00FC76E9" w:rsidRDefault="00FC76E9" w:rsidP="00FC76E9">
      <w:pPr>
        <w:spacing w:after="0" w:line="240" w:lineRule="auto"/>
        <w:rPr>
          <w:rFonts w:ascii="TH SarabunPSK" w:hAnsi="TH SarabunPSK" w:cs="TH SarabunPSK"/>
          <w:b/>
          <w:bCs/>
          <w:szCs w:val="32"/>
        </w:rPr>
      </w:pPr>
    </w:p>
    <w:p w:rsidR="00FC76E9" w:rsidRPr="0022101F" w:rsidRDefault="00FC76E9" w:rsidP="00FC76E9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FC76E9" w:rsidRPr="00AB718A" w:rsidRDefault="00FC76E9" w:rsidP="00FC76E9">
      <w:pPr>
        <w:pStyle w:val="ae"/>
        <w:numPr>
          <w:ilvl w:val="0"/>
          <w:numId w:val="19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รายงานการศึกษาเกณฑ์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</w:p>
    <w:p w:rsidR="00FC76E9" w:rsidRPr="00AB718A" w:rsidRDefault="00FC76E9" w:rsidP="00FC76E9">
      <w:pPr>
        <w:pStyle w:val="ae"/>
        <w:numPr>
          <w:ilvl w:val="0"/>
          <w:numId w:val="19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แผนการดำเนินงานตามเกณฑ์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</w:p>
    <w:p w:rsidR="00FC76E9" w:rsidRPr="00AB718A" w:rsidRDefault="00FC76E9" w:rsidP="00FC76E9">
      <w:pPr>
        <w:pStyle w:val="ae"/>
        <w:numPr>
          <w:ilvl w:val="0"/>
          <w:numId w:val="19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รายงานผลการประเมินตนเองตามเกณฑ์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</w:p>
    <w:p w:rsidR="00FC76E9" w:rsidRPr="00AB718A" w:rsidRDefault="00FC76E9" w:rsidP="00FC76E9">
      <w:pPr>
        <w:pStyle w:val="ae"/>
        <w:numPr>
          <w:ilvl w:val="0"/>
          <w:numId w:val="19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หลักฐานการดำเนินงานตามหมวด</w:t>
      </w:r>
      <w:proofErr w:type="spellStart"/>
      <w:r>
        <w:rPr>
          <w:rFonts w:ascii="TH SarabunPSK" w:eastAsia="Times New Roman" w:hAnsi="TH SarabunPSK" w:cs="TH SarabunPSK"/>
          <w:szCs w:val="32"/>
          <w:cs/>
          <w:lang w:bidi="th-TH"/>
        </w:rPr>
        <w:t>ต่างๆ</w:t>
      </w:r>
      <w:proofErr w:type="spellEnd"/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 ของ </w:t>
      </w:r>
      <w:proofErr w:type="spellStart"/>
      <w:r>
        <w:rPr>
          <w:rFonts w:ascii="TH SarabunPSK" w:eastAsia="Times New Roman" w:hAnsi="TH SarabunPSK" w:cs="TH SarabunPSK"/>
          <w:szCs w:val="32"/>
        </w:rPr>
        <w:t>EdPEx</w:t>
      </w:r>
      <w:proofErr w:type="spellEnd"/>
    </w:p>
    <w:p w:rsidR="00FC76E9" w:rsidRDefault="00FC76E9" w:rsidP="00FC76E9">
      <w:pPr>
        <w:pStyle w:val="ae"/>
        <w:numPr>
          <w:ilvl w:val="0"/>
          <w:numId w:val="19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แผนการปรับปรุงและพัฒนาจากผลการประเมิน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B26DEB" w:rsidRPr="00DA5AD5" w:rsidRDefault="00B26DEB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585DB1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3C2164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3C2164" w:rsidRPr="003C2164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2</w:t>
            </w:r>
            <w:r w:rsidRPr="003C2164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 </w:t>
            </w:r>
            <w:r w:rsidR="003C2164" w:rsidRPr="003C2164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ร้อยละบุคลากรสายสนับสนุนวิชาการที่ได้รับความก้าวหน้าตามสายงานประเภทวิชาชีพเฉพาะเชี่ยวชาญเฉพาะ</w:t>
            </w:r>
            <w:r w:rsidR="003C2164" w:rsidRPr="003C2164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</w:t>
            </w:r>
            <w:r w:rsidR="003C2164" w:rsidRPr="003C2164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br/>
            </w:r>
            <w:r w:rsidR="003C2164" w:rsidRPr="003C2164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3C2164" w:rsidRPr="003C2164">
              <w:rPr>
                <w:rFonts w:ascii="TH SarabunPSK" w:hAnsi="TH SarabunPSK" w:cs="TH SarabunPSK" w:hint="cs"/>
                <w:bCs/>
                <w:i/>
                <w:iCs/>
                <w:color w:val="00B050"/>
                <w:szCs w:val="32"/>
                <w:cs/>
                <w:lang w:bidi="th-TH"/>
              </w:rPr>
              <w:t>ค่าเป้าหมายร้อยละ 55</w:t>
            </w:r>
            <w:r w:rsidR="003C2164" w:rsidRPr="003C2164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)</w:t>
            </w:r>
            <w:r w:rsidR="003C2164" w:rsidRPr="003C2164">
              <w:rPr>
                <w:rFonts w:ascii="TH SarabunPSK" w:hAnsi="TH SarabunPSK" w:cs="TH SarabunPSK"/>
                <w:bCs/>
                <w:color w:val="00B050"/>
                <w:szCs w:val="32"/>
                <w:cs/>
                <w:lang w:bidi="th-TH"/>
              </w:rPr>
              <w:t xml:space="preserve"> </w:t>
            </w:r>
            <w:r w:rsidR="003C2164" w:rsidRPr="003C2164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(</w:t>
            </w:r>
            <w:r w:rsidR="003C2164" w:rsidRPr="003C2164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มรสน</w:t>
            </w:r>
            <w:r w:rsidR="003C2164" w:rsidRPr="003C2164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.)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585DB1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B26DEB">
            <w:pPr>
              <w:rPr>
                <w:rFonts w:ascii="TH SarabunPSK" w:hAnsi="TH SarabunPSK" w:cs="TH SarabunPSK"/>
                <w:szCs w:val="32"/>
              </w:rPr>
            </w:pP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8515B8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B26DEB"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B26DEB" w:rsidRPr="008515B8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 xml:space="preserve">งานบริหารบุคคลและนิติการ </w:t>
            </w:r>
            <w:r w:rsidRPr="008515B8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ผอ.กองกลาง</w:t>
            </w:r>
            <w:r w:rsidRPr="008515B8">
              <w:rPr>
                <w:rFonts w:ascii="TH SarabunPSK" w:hAnsi="TH SarabunPSK" w:cs="TH SarabunPSK"/>
                <w:color w:val="002060"/>
                <w:szCs w:val="32"/>
              </w:rPr>
              <w:br/>
            </w:r>
            <w:r w:rsidRPr="003F304B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B26DEB" w:rsidRPr="003F304B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</w:t>
            </w:r>
            <w:r w:rsidR="008515B8" w:rsidRPr="003F304B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.............................................</w:t>
            </w:r>
            <w:r w:rsidRPr="003F304B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</w:t>
            </w:r>
            <w:r w:rsidR="00B26DEB"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8515B8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8515B8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3C2164">
              <w:rPr>
                <w:rFonts w:ascii="TH SarabunPSK" w:hAnsi="TH SarabunPSK" w:cs="TH SarabunPSK"/>
                <w:b/>
                <w:color w:val="002060"/>
                <w:szCs w:val="32"/>
              </w:rPr>
              <w:t>0</w:t>
            </w:r>
            <w:r w:rsidRPr="008515B8">
              <w:rPr>
                <w:rFonts w:ascii="TH SarabunPSK" w:hAnsi="TH SarabunPSK" w:cs="TH SarabunPSK"/>
                <w:b/>
                <w:color w:val="002060"/>
                <w:szCs w:val="32"/>
              </w:rPr>
              <w:t>6</w:t>
            </w:r>
            <w:r w:rsidRPr="008515B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585DB1" w:rsidRPr="0022101F" w:rsidRDefault="00585DB1" w:rsidP="00585DB1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585DB1" w:rsidRPr="0022101F" w:rsidRDefault="00585DB1" w:rsidP="00585DB1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ตัวชี้วัดนี้วัดสัดส่วนของบุคลากรสายสนับสนุนวิชาการที่ได้รับการเลื่อนตำแหน่งหรือความก้าวหน้า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ในสายงานประเภทวิชาชีพเฉพาะ เชี่ยวชาญเฉพาะ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ซึ่งสะท้อนถึงการพัฒนาศักยภาพและสมรรถนะ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ของบุคลากร การสร้างแรงจูงใจในการทำงาน และการยกระดับคุณภาพบุคลากรของมหาวิทยาลัย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 xml:space="preserve">การมีบุคลากรที่มีความก้าวหน้าตามสายงานจะช่วยเพิ่มประสิทธิภาพการปฏิบัติงาน สร้างขวัญและกำลังใจ 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ลดการลาออก และช่วยในการสืบทอดความรู้และประ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สบการณ์ ทั้งยังเป็นการสร้างแนวทางการพัฒนา</w:t>
      </w:r>
      <w:r>
        <w:rPr>
          <w:rFonts w:ascii="TH SarabunPSK" w:eastAsia="Times New Roman" w:hAnsi="TH SarabunPSK" w:cs="TH SarabunPSK"/>
          <w:szCs w:val="32"/>
          <w:rtl/>
          <w:cs/>
        </w:rPr>
        <w:br/>
      </w:r>
      <w:r>
        <w:rPr>
          <w:rFonts w:ascii="TH SarabunPSK" w:eastAsia="Times New Roman" w:hAnsi="TH SarabunPSK" w:cs="TH SarabunPSK"/>
          <w:szCs w:val="32"/>
          <w:rtl/>
          <w:cs/>
          <w:lang w:bidi="th-TH"/>
        </w:rPr>
        <w:t>ที่ชัดเจนสำหรับบุคลากรคนอื่นๆ และส่งผลต่อการพัฒนาองค์กรสู่ความเป็นเลิศโดยรวม</w:t>
      </w:r>
    </w:p>
    <w:p w:rsidR="00585DB1" w:rsidRPr="0022101F" w:rsidRDefault="00585DB1" w:rsidP="00585DB1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585DB1" w:rsidRPr="0022101F" w:rsidRDefault="00585DB1" w:rsidP="00585DB1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1C13461E" wp14:editId="2A75AE3D">
                <wp:extent cx="6116128" cy="353683"/>
                <wp:effectExtent l="0" t="0" r="18415" b="27940"/>
                <wp:docPr id="734083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128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12D0D" w:rsidRDefault="00A430C6" w:rsidP="00585DB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(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จำนวนบุคลากรสายสนับสนุนที่ได้รับความก้าวหน้าตามสายงาน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/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จำนวนบุคลากรสายสนับสนุนทั้งหมด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</w:rPr>
                              <w:t>× 100</w:t>
                            </w:r>
                          </w:p>
                          <w:p w:rsidR="00A430C6" w:rsidRPr="005C4474" w:rsidRDefault="00A430C6" w:rsidP="00585DB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3461E" id="_x0000_s1036" type="#_x0000_t202" style="width:481.6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">
                <v:textbox>
                  <w:txbxContent>
                    <w:p w:rsidR="00A430C6" w:rsidRPr="00112D0D" w:rsidRDefault="00A430C6" w:rsidP="00585DB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(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จำนวนบุคลากรสายสนับสนุนที่ได้รับความก้าวหน้าตามสายงาน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/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จำนวนบุคลากรสายสนับสนุนทั้งหมด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 xml:space="preserve">) </w:t>
                      </w:r>
                      <w:r>
                        <w:rPr>
                          <w:rFonts w:ascii="TH SarabunPSK" w:eastAsia="Times New Roman" w:hAnsi="TH SarabunPSK" w:cs="TH SarabunPSK"/>
                          <w:szCs w:val="32"/>
                        </w:rPr>
                        <w:t>× 100</w:t>
                      </w:r>
                    </w:p>
                    <w:p w:rsidR="00A430C6" w:rsidRPr="005C4474" w:rsidRDefault="00A430C6" w:rsidP="00585DB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85DB1" w:rsidRPr="0022101F" w:rsidRDefault="00585DB1" w:rsidP="00585DB1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585DB1" w:rsidRPr="0022101F" w:rsidTr="00415DF3">
        <w:tc>
          <w:tcPr>
            <w:tcW w:w="1803" w:type="dxa"/>
          </w:tcPr>
          <w:p w:rsidR="00585DB1" w:rsidRPr="0022101F" w:rsidRDefault="00585DB1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585DB1" w:rsidRPr="0022101F" w:rsidRDefault="00585DB1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585DB1" w:rsidRPr="0022101F" w:rsidRDefault="00585DB1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585DB1" w:rsidRPr="0022101F" w:rsidRDefault="00585DB1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585DB1" w:rsidRPr="0022101F" w:rsidRDefault="00585DB1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585DB1" w:rsidRPr="0022101F" w:rsidTr="00415DF3">
        <w:tc>
          <w:tcPr>
            <w:tcW w:w="1803" w:type="dxa"/>
            <w:vAlign w:val="center"/>
          </w:tcPr>
          <w:p w:rsidR="00585DB1" w:rsidRPr="0022101F" w:rsidRDefault="00585DB1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36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4" w:type="dxa"/>
            <w:vAlign w:val="center"/>
          </w:tcPr>
          <w:p w:rsidR="00585DB1" w:rsidRPr="0022101F" w:rsidRDefault="00585DB1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37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585DB1" w:rsidRPr="0022101F" w:rsidRDefault="00585DB1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38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585DB1" w:rsidRPr="0022101F" w:rsidRDefault="00585DB1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39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  <w:vAlign w:val="center"/>
          </w:tcPr>
          <w:p w:rsidR="00585DB1" w:rsidRPr="0022101F" w:rsidRDefault="00585DB1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/>
                <w:szCs w:val="32"/>
              </w:rPr>
              <w:t>40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eastAsia="Times New Roman" w:hAnsi="TH SarabunPSK" w:cs="TH SarabunPSK"/>
                <w:szCs w:val="32"/>
              </w:rPr>
              <w:t>0</w:t>
            </w:r>
            <w:r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>%</w:t>
            </w:r>
          </w:p>
        </w:tc>
      </w:tr>
    </w:tbl>
    <w:p w:rsidR="00585DB1" w:rsidRPr="0022101F" w:rsidRDefault="00585DB1" w:rsidP="00585D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585DB1" w:rsidRPr="0022101F" w:rsidRDefault="00585DB1" w:rsidP="00585DB1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585DB1" w:rsidRPr="005C4474" w:rsidRDefault="00585DB1" w:rsidP="00585DB1">
      <w:pPr>
        <w:pStyle w:val="ae"/>
        <w:numPr>
          <w:ilvl w:val="0"/>
          <w:numId w:val="20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ข้อมูลบุคลากรสายสนับสนุนวิชาการทั้งหมด</w:t>
      </w:r>
    </w:p>
    <w:p w:rsidR="00585DB1" w:rsidRPr="005C4474" w:rsidRDefault="00585DB1" w:rsidP="00585DB1">
      <w:pPr>
        <w:pStyle w:val="ae"/>
        <w:numPr>
          <w:ilvl w:val="0"/>
          <w:numId w:val="20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คำสั่งแต่งตั้งหรือเลื่อนตำแหน่งบุคลากร</w:t>
      </w:r>
    </w:p>
    <w:p w:rsidR="00585DB1" w:rsidRPr="005C4474" w:rsidRDefault="00585DB1" w:rsidP="00585DB1">
      <w:pPr>
        <w:pStyle w:val="ae"/>
        <w:numPr>
          <w:ilvl w:val="0"/>
          <w:numId w:val="20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หลักฐานคุณสมบัติและผลงานของบุคลากรที่ได้รับการเลื่อนตำแหน่ง</w:t>
      </w:r>
    </w:p>
    <w:p w:rsidR="00585DB1" w:rsidRPr="005C4474" w:rsidRDefault="00585DB1" w:rsidP="00585DB1">
      <w:pPr>
        <w:pStyle w:val="ae"/>
        <w:numPr>
          <w:ilvl w:val="0"/>
          <w:numId w:val="20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รายงานการพัฒนาบุคลากรและแผนการพัฒนา</w:t>
      </w:r>
    </w:p>
    <w:p w:rsidR="00585DB1" w:rsidRDefault="00585DB1" w:rsidP="00585DB1">
      <w:pPr>
        <w:pStyle w:val="ae"/>
        <w:numPr>
          <w:ilvl w:val="0"/>
          <w:numId w:val="20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ข้อมูลการประเมินผลการปฏิบัติงานของบุคลากร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2E4838" w:rsidRDefault="002E4838">
      <w:pPr>
        <w:spacing w:after="360"/>
        <w:rPr>
          <w:rFonts w:ascii="TH SarabunPSK" w:hAnsi="TH SarabunPSK" w:cs="TH SarabunPSK"/>
          <w:szCs w:val="32"/>
        </w:rPr>
      </w:pPr>
    </w:p>
    <w:p w:rsidR="003C2164" w:rsidRPr="00DA5AD5" w:rsidRDefault="003C2164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088"/>
        <w:gridCol w:w="3940"/>
      </w:tblGrid>
      <w:tr w:rsidR="00F91689" w:rsidRPr="00DA5AD5" w:rsidTr="00EB440C">
        <w:trPr>
          <w:jc w:val="center"/>
        </w:trPr>
        <w:tc>
          <w:tcPr>
            <w:tcW w:w="5088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3C2164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3C2164" w:rsidRPr="003C2164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3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3C2164" w:rsidRPr="003C2164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ร้อยละบุคลากรสายสนับสนุนวิชาการที่ได้รับการพัฒนาความรู้ความสามารถ</w:t>
            </w:r>
            <w:r w:rsidR="003C2164" w:rsidRPr="003C2164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3C2164" w:rsidRPr="003C2164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และทักษะเพื่อพัฒนาสมรรถนะตามสายงาน</w:t>
            </w:r>
            <w:r w:rsidR="003C2164" w:rsidRPr="003C2164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3C2164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br/>
            </w:r>
            <w:r w:rsidR="003C2164" w:rsidRPr="003C2164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(</w:t>
            </w:r>
            <w:r w:rsidR="003C2164" w:rsidRPr="003C2164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</w:t>
            </w:r>
            <w:r w:rsidR="003C2164" w:rsidRPr="003C2164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 (</w:t>
            </w:r>
            <w:r w:rsidR="003C2164" w:rsidRPr="003C2164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มรสน</w:t>
            </w:r>
            <w:r w:rsidR="003C2164" w:rsidRPr="003C2164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.) </w:t>
            </w:r>
            <w:r w:rsidR="003C2164" w:rsidRPr="003C2164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3C2164" w:rsidRPr="003C2164">
              <w:rPr>
                <w:rFonts w:ascii="TH SarabunPSK" w:hAnsi="TH SarabunPSK" w:cs="TH SarabunPSK" w:hint="cs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ค่าเป้าหมายร้อยละ 60</w:t>
            </w:r>
            <w:r w:rsidR="003C2164" w:rsidRPr="003C2164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3940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0A2423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2E4838">
            <w:pPr>
              <w:rPr>
                <w:rFonts w:ascii="TH SarabunPSK" w:hAnsi="TH SarabunPSK" w:cs="TH SarabunPSK"/>
                <w:szCs w:val="32"/>
              </w:rPr>
            </w:pPr>
            <w:r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2E4838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ผู้อำนวยการ สนอ.   </w:t>
            </w:r>
            <w:r w:rsidR="002E4838"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3F304B" w:rsidRPr="008515B8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 xml:space="preserve">งานบริหารบุคคลและนิติการ </w:t>
            </w:r>
            <w:r w:rsidR="003F304B" w:rsidRPr="008515B8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ผอ.กองกลาง</w:t>
            </w:r>
            <w:r w:rsidRPr="002E4838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2E4838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2E4838" w:rsidRPr="002E4838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...........................................</w:t>
            </w:r>
            <w:r w:rsidRPr="002E4838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2E4838"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2E4838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2E4838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2E4838">
              <w:rPr>
                <w:rFonts w:ascii="TH SarabunPSK" w:hAnsi="TH SarabunPSK" w:cs="TH SarabunPSK"/>
                <w:b/>
                <w:color w:val="002060"/>
                <w:szCs w:val="32"/>
              </w:rPr>
              <w:t>07</w:t>
            </w:r>
            <w:r w:rsidRPr="002E483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0A2423" w:rsidRPr="0022101F" w:rsidRDefault="000A2423" w:rsidP="000A242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1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ตัวชี้วัดนี้แสดงถึงความพยายามของมหาวิทยาลัยในการพัฒนาศักยภาพบุคลากรสายสนับสนุน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2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การอบรมและพัฒนามุ่งเน้นให้บุคลากรมีความรู้ความสามารถเพิ่มขึ้น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3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ส่งเสริมทักษะทั้งด้านเทคนิคและทักษะดิจิทัลที่จำเป็นต่อการทำงาน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4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เป็นการเตรียมความพร้อมเพื่อรองรับการเปลี่ยนแปลงในอนาคต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5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การพัฒนาบุคลากรสอดคล้องกับยุทธศาสตร์ของมหาวิทยาลัย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6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ทำให้บุคลากรมีความมั่นใจในการปฏิบัติงานและพัฒนางานได้อย่างมีคุณภาพ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7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ช่วยสร้างความพึงพอใจและแรงจูงใจให้แก่บุคลากร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8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การติดตามผลการพัฒนาเป็นข้อมูลสำคัญสำหรับการบริหารงานบุคคล</w:t>
      </w:r>
    </w:p>
    <w:p w:rsidR="000A2423" w:rsidRPr="005C4474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9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ตัวชี้วัดนี้ยังสะท้อนถึงประสิทธิภาพของการลงทุนด้านทรัพยากรบุคคล</w:t>
      </w:r>
    </w:p>
    <w:p w:rsidR="000A2423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</w:rPr>
        <w:t>10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ผลลัพธ์ที่ดีส่งผลต่อความสามารถในการแข่งขันของมหาวิทยาลัย</w:t>
      </w:r>
    </w:p>
    <w:p w:rsidR="000A2423" w:rsidRPr="0022101F" w:rsidRDefault="000A2423" w:rsidP="000A2423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</w:p>
    <w:p w:rsidR="000A2423" w:rsidRPr="0022101F" w:rsidRDefault="000A2423" w:rsidP="000A242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0A2423" w:rsidRPr="0022101F" w:rsidRDefault="000A2423" w:rsidP="000A242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218F5474" wp14:editId="12A7A7A2">
                <wp:extent cx="4277360" cy="673769"/>
                <wp:effectExtent l="0" t="0" r="27940" b="12065"/>
                <wp:docPr id="1734824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6737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112D0D" w:rsidRDefault="00A430C6" w:rsidP="000A2423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จำนวนบุคลากรที่ผ่านการพัฒนาตามแผน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÷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จำนวนบุคลากรสายสนับสนุนทั้งหมด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× 100</w:t>
                            </w:r>
                          </w:p>
                          <w:p w:rsidR="00A430C6" w:rsidRPr="005C4474" w:rsidRDefault="00A430C6" w:rsidP="000A242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8F5474" id="_x0000_s1037" type="#_x0000_t202" style="width:336.8pt;height:5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">
                <v:textbox>
                  <w:txbxContent>
                    <w:p w:rsidR="00A430C6" w:rsidRPr="00112D0D" w:rsidRDefault="00A430C6" w:rsidP="000A2423">
                      <w:pPr>
                        <w:jc w:val="thaiDistribute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จำนวนบุคลากรที่ผ่านการพัฒนาตามแผน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÷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จำนวนบุคลากรสายสนับสนุนทั้งหมด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× 100</w:t>
                      </w:r>
                    </w:p>
                    <w:p w:rsidR="00A430C6" w:rsidRPr="005C4474" w:rsidRDefault="00A430C6" w:rsidP="000A242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A2423" w:rsidRPr="0022101F" w:rsidRDefault="000A2423" w:rsidP="000A242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0A2423" w:rsidRPr="0022101F" w:rsidRDefault="000A2423" w:rsidP="000A2423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0A2423" w:rsidRPr="0022101F" w:rsidTr="00415DF3"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0A2423" w:rsidRPr="0022101F" w:rsidRDefault="000A242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0A2423" w:rsidRPr="0022101F" w:rsidTr="00415DF3"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ต่ำกว่า </w:t>
            </w:r>
            <w:r>
              <w:rPr>
                <w:rFonts w:ascii="TH SarabunPSK" w:hAnsi="TH SarabunPSK" w:cs="TH SarabunPSK"/>
                <w:szCs w:val="32"/>
              </w:rPr>
              <w:t>20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4" w:type="dxa"/>
          </w:tcPr>
          <w:p w:rsidR="000A2423" w:rsidRPr="0022101F" w:rsidRDefault="000A2423" w:rsidP="00415DF3">
            <w:pPr>
              <w:jc w:val="center"/>
              <w:rPr>
                <w:rFonts w:ascii="TH SarabunPSK" w:eastAsia="Times New Roman" w:hAnsi="TH SarabunPSK" w:cs="TH SarabunPSK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21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30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eastAsia="Times New Roman" w:hAnsi="TH SarabunPSK" w:cs="TH SarabunPSK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31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40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41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49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</w:tcPr>
          <w:p w:rsidR="000A2423" w:rsidRPr="0022101F" w:rsidRDefault="000A2423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50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%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ขึ้นไป</w:t>
            </w:r>
          </w:p>
        </w:tc>
      </w:tr>
    </w:tbl>
    <w:p w:rsidR="000A2423" w:rsidRPr="0022101F" w:rsidRDefault="000A2423" w:rsidP="000A2423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0A2423" w:rsidRPr="0022101F" w:rsidRDefault="000A2423" w:rsidP="000A2423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0A2423" w:rsidRPr="005C4474" w:rsidRDefault="000A2423" w:rsidP="000A2423">
      <w:pPr>
        <w:pStyle w:val="ae"/>
        <w:numPr>
          <w:ilvl w:val="0"/>
          <w:numId w:val="21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รายงานการอบรม สัมมนา</w:t>
      </w:r>
    </w:p>
    <w:p w:rsidR="000A2423" w:rsidRDefault="000A2423" w:rsidP="000A2423">
      <w:pPr>
        <w:pStyle w:val="ae"/>
        <w:numPr>
          <w:ilvl w:val="0"/>
          <w:numId w:val="21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หลักฐานการเข้าร่วมพัฒนาบุคลากร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2E4838" w:rsidRPr="00DA5AD5" w:rsidRDefault="002E4838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6F7433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EB440C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EB440C" w:rsidRPr="00EB440C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4</w:t>
            </w:r>
            <w:r w:rsidRPr="00EB440C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 </w:t>
            </w:r>
            <w:r w:rsidR="00EB440C" w:rsidRPr="00EB440C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จำนวนระบบงานของมหาวิทยาลัยที่เชื่อมต่อกับศูนย์กลางบริหารดิจิทัล</w:t>
            </w:r>
            <w:r w:rsidR="00EB440C" w:rsidRPr="00EB440C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(</w:t>
            </w:r>
            <w:r w:rsidR="00EB440C" w:rsidRPr="00FC4418">
              <w:rPr>
                <w:rFonts w:ascii="TH SarabunPSK" w:hAnsi="TH SarabunPSK" w:cs="TH SarabunPSK"/>
                <w:b/>
                <w:szCs w:val="32"/>
              </w:rPr>
              <w:t>Digital Management Hub)</w:t>
            </w:r>
            <w:r w:rsidR="00EB440C" w:rsidRPr="00EB440C">
              <w:rPr>
                <w:rFonts w:ascii="TH SarabunPSK" w:hAnsi="TH SarabunPSK" w:cs="TH SarabunPSK"/>
                <w:bCs/>
                <w:szCs w:val="32"/>
              </w:rPr>
              <w:t xml:space="preserve"> (</w:t>
            </w:r>
            <w:r w:rsidR="00EB440C" w:rsidRPr="00EB440C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ระบบ</w:t>
            </w:r>
            <w:r w:rsidR="00EB440C" w:rsidRPr="00EB440C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) (</w:t>
            </w:r>
            <w:r w:rsidR="00EB440C" w:rsidRPr="00FC4418">
              <w:rPr>
                <w:rFonts w:ascii="TH SarabunPSK" w:hAnsi="TH SarabunPSK" w:cs="TH SarabunPSK"/>
                <w:b/>
                <w:szCs w:val="32"/>
              </w:rPr>
              <w:t>Goal</w:t>
            </w:r>
            <w:r w:rsidR="00EB440C" w:rsidRPr="00EB440C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8.1) </w:t>
            </w:r>
            <w:r w:rsidR="00EB440C" w:rsidRPr="00EB440C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br/>
            </w:r>
            <w:r w:rsidR="00EB440C" w:rsidRPr="00EB440C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EB440C" w:rsidRPr="00EB440C">
              <w:rPr>
                <w:rFonts w:ascii="TH SarabunPSK" w:hAnsi="TH SarabunPSK" w:cs="TH SarabunPSK" w:hint="cs"/>
                <w:bCs/>
                <w:i/>
                <w:iCs/>
                <w:color w:val="00B050"/>
                <w:szCs w:val="32"/>
                <w:cs/>
                <w:lang w:bidi="th-TH"/>
              </w:rPr>
              <w:t>ค่าเป้าหมาย 24</w:t>
            </w:r>
            <w:r w:rsidR="00EB440C" w:rsidRPr="00EB440C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</w:rPr>
              <w:t xml:space="preserve"> </w:t>
            </w:r>
            <w:r w:rsidR="00EB440C" w:rsidRPr="00EB440C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ระบบ)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ระบบ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6F7433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414ACA">
            <w:pPr>
              <w:rPr>
                <w:rFonts w:ascii="TH SarabunPSK" w:hAnsi="TH SarabunPSK" w:cs="TH SarabunPSK"/>
                <w:szCs w:val="32"/>
              </w:rPr>
            </w:pP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D63027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2E4838"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EB440C" w:rsidRPr="00EB440C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ผอ.กองกลาง ผอ.กองพัฒนานักศึกษา</w:t>
            </w:r>
            <w:r w:rsidR="00EB440C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 </w:t>
            </w:r>
            <w:r w:rsidRPr="00D63027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</w:t>
            </w:r>
            <w:r w:rsidR="002E4838" w:rsidRPr="00D63027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กองนโยบายและแผน</w:t>
            </w:r>
            <w:r w:rsidRPr="00D63027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D63027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2E4838" w:rsidRPr="00D63027"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  <w:lang w:bidi="th-TH"/>
              </w:rPr>
              <w:t>............................................</w:t>
            </w:r>
            <w:r w:rsidRPr="00D63027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</w:t>
            </w:r>
            <w:r w:rsidR="002E4838"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[รหัส</w:t>
            </w:r>
            <w:r w:rsidR="00414ACA" w:rsidRPr="00D63027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ตัวชี้วัด</w:t>
            </w:r>
            <w:r w:rsidR="00414ACA"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:</w:t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</w:t>
            </w:r>
            <w:r w:rsidRPr="00D63027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D63027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D63027">
              <w:rPr>
                <w:rFonts w:ascii="TH SarabunPSK" w:hAnsi="TH SarabunPSK" w:cs="TH SarabunPSK"/>
                <w:b/>
                <w:color w:val="002060"/>
                <w:szCs w:val="32"/>
              </w:rPr>
              <w:t>08</w:t>
            </w:r>
            <w:r w:rsidRPr="00D63027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6F7433" w:rsidRPr="0022101F" w:rsidRDefault="006F7433" w:rsidP="006F743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6F7433" w:rsidRPr="005C4474" w:rsidRDefault="006F7433" w:rsidP="006F7433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hAnsi="TH SarabunPSK" w:cs="TH SarabunPSK"/>
          <w:szCs w:val="32"/>
        </w:rPr>
        <w:t>1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ตัวชี้วัดนี้เน้นวัดความสามารถในการบูรณาการระบบงานของมหาวิทยาลัย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2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การเชื่อมต่อกับศูนย์กลางบริหารดิจิทัลสะท้อนถึงการทำงานที่มีประสิทธิภาพ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3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การบูรณาการระบบช่วยให้การจัดการข้อมูลมีความถูกต้องและทันสมัย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4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เพิ่มความสะดวกในการสื่อสารและการให้บริการภายในองค์กร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5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การพัฒนาระบบนี้สนับสนุนการเปลี่ยนผ่านสู่มหาวิทยาลัยดิจิทัล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6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ช่วยลดความซ้ำซ้อนและเพิ่มประสิทธิภาพในการทำงาน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7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 xml:space="preserve">การเชื่อมต่อระบบเป็นพื้นฐานสำคัญในการสร้าง </w:t>
      </w:r>
      <w:r>
        <w:rPr>
          <w:rFonts w:ascii="TH SarabunPSK" w:hAnsi="TH SarabunPSK" w:cs="TH SarabunPSK"/>
          <w:szCs w:val="32"/>
        </w:rPr>
        <w:t xml:space="preserve">Big Data </w:t>
      </w:r>
      <w:r>
        <w:rPr>
          <w:rFonts w:ascii="TH SarabunPSK" w:hAnsi="TH SarabunPSK" w:cs="TH SarabunPSK"/>
          <w:szCs w:val="32"/>
          <w:cs/>
          <w:lang w:bidi="th-TH"/>
        </w:rPr>
        <w:t>ของมหาวิทยาลัย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8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มีผลโดยตรงต่อความโปร่งใสและการบริหารจัดการที่มีคุณภาพ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9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ตัวชี้วัดนี้จึงเป็นตัวแทนของความก้าวหน้าในการบริหารงานดิจิทัล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/>
          <w:szCs w:val="32"/>
        </w:rPr>
        <w:tab/>
        <w:t>10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การบรรลุตัวชี้วัดนี้ทำให้มหาวิทยาลัยพร้อมแข่งขันในระดับประเทศและสากล</w:t>
      </w:r>
    </w:p>
    <w:p w:rsidR="006F7433" w:rsidRPr="0022101F" w:rsidRDefault="006F7433" w:rsidP="006F743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6F7433" w:rsidRPr="0022101F" w:rsidRDefault="006F7433" w:rsidP="006F743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008C96EE" wp14:editId="2C86DEEF">
                <wp:extent cx="4277360" cy="352926"/>
                <wp:effectExtent l="0" t="0" r="27940" b="28575"/>
                <wp:docPr id="8822137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3529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5C4474" w:rsidRDefault="00A430C6" w:rsidP="006F743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Cs w:val="32"/>
                                <w:cs/>
                                <w:lang w:bidi="th-TH"/>
                              </w:rPr>
                              <w:t>จำนวนระบบที่เชื่อมต่อกับศูนย์กลางบริหารดิจิทัลทั้งหมด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8C96EE" id="_x0000_s1038" type="#_x0000_t202" style="width:336.8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">
                <v:textbox>
                  <w:txbxContent>
                    <w:p w:rsidR="00A430C6" w:rsidRPr="005C4474" w:rsidRDefault="00A430C6" w:rsidP="006F743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Cs w:val="32"/>
                          <w:cs/>
                          <w:lang w:bidi="th-TH"/>
                        </w:rPr>
                        <w:t>จำนวนระบบที่เชื่อมต่อกับศูนย์กลางบริหารดิจิทัลทั้งหมด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F7433" w:rsidRPr="0022101F" w:rsidRDefault="006F7433" w:rsidP="006F743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F7433" w:rsidRPr="0022101F" w:rsidRDefault="006F7433" w:rsidP="006F7433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6F7433" w:rsidRPr="0022101F" w:rsidTr="00415DF3"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6F7433" w:rsidRPr="0022101F" w:rsidRDefault="006F743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6F7433" w:rsidRPr="0022101F" w:rsidTr="00415DF3"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ระบบ</w:t>
            </w:r>
          </w:p>
        </w:tc>
        <w:tc>
          <w:tcPr>
            <w:tcW w:w="1804" w:type="dxa"/>
          </w:tcPr>
          <w:p w:rsidR="006F7433" w:rsidRPr="0022101F" w:rsidRDefault="006F7433" w:rsidP="00415DF3">
            <w:pPr>
              <w:jc w:val="center"/>
              <w:rPr>
                <w:rFonts w:ascii="TH SarabunPSK" w:eastAsia="Times New Roman" w:hAnsi="TH SarabunPSK" w:cs="TH SarabunPSK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eastAsia="Times New Roman" w:hAnsi="TH SarabunPSK" w:cs="TH SarabunPSK"/>
                <w:szCs w:val="32"/>
                <w:rtl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3" w:type="dxa"/>
          </w:tcPr>
          <w:p w:rsidR="006F7433" w:rsidRPr="0022101F" w:rsidRDefault="006F7433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ระบบขึ้นไป</w:t>
            </w:r>
          </w:p>
        </w:tc>
      </w:tr>
    </w:tbl>
    <w:p w:rsidR="006F7433" w:rsidRPr="0022101F" w:rsidRDefault="006F7433" w:rsidP="006F7433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F7433" w:rsidRPr="0022101F" w:rsidRDefault="006F7433" w:rsidP="006F7433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6F7433" w:rsidRPr="005C4474" w:rsidRDefault="006F7433" w:rsidP="006F7433">
      <w:pPr>
        <w:pStyle w:val="ae"/>
        <w:numPr>
          <w:ilvl w:val="0"/>
          <w:numId w:val="22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รายงานระบบที่เชื่อมต่อ</w:t>
      </w:r>
    </w:p>
    <w:p w:rsidR="006F7433" w:rsidRDefault="006F7433" w:rsidP="006F7433">
      <w:pPr>
        <w:pStyle w:val="ae"/>
        <w:numPr>
          <w:ilvl w:val="0"/>
          <w:numId w:val="22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หลักฐานการเชื่อมโยงฐานข้อมูล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414ACA" w:rsidRPr="00DA5AD5" w:rsidRDefault="00414ACA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185B46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FC4418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FC4418" w:rsidRPr="00FC4418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5</w:t>
            </w:r>
            <w:r w:rsidRPr="00FC4418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 </w:t>
            </w:r>
            <w:r w:rsidR="00FC4418" w:rsidRPr="00FC4418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จำนวนระบบดิจิทัลที่ส่วนราชการภายในมหาวิทยาลัยนำมาใช้ในงานประจำ</w:t>
            </w:r>
            <w:r w:rsidR="00FC4418" w:rsidRPr="00FC4418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</w:t>
            </w:r>
            <w:r w:rsidR="00FC4418" w:rsidRPr="00FC4418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br/>
              <w:t>(</w:t>
            </w:r>
            <w:r w:rsidR="00FC4418" w:rsidRPr="00FC4418">
              <w:rPr>
                <w:rFonts w:ascii="TH SarabunPSK" w:hAnsi="TH SarabunPSK" w:cs="TH SarabunPSK"/>
                <w:bCs/>
                <w:szCs w:val="32"/>
              </w:rPr>
              <w:t>e-service) (</w:t>
            </w:r>
            <w:r w:rsidR="00FC4418" w:rsidRPr="00FC4418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ระบบ</w:t>
            </w:r>
            <w:r w:rsidR="00FC4418" w:rsidRPr="00FC4418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) (</w:t>
            </w:r>
            <w:r w:rsidR="00FC4418" w:rsidRPr="00FC4418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มรสน</w:t>
            </w:r>
            <w:r w:rsidR="00FC4418" w:rsidRPr="00FC4418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.) </w:t>
            </w:r>
            <w:r w:rsidR="00FC4418" w:rsidRPr="00FC4418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br/>
            </w:r>
            <w:r w:rsidR="00FC4418" w:rsidRPr="00FC4418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FC4418" w:rsidRPr="00FC4418">
              <w:rPr>
                <w:rFonts w:ascii="TH SarabunPSK" w:hAnsi="TH SarabunPSK" w:cs="TH SarabunPSK" w:hint="cs"/>
                <w:bCs/>
                <w:i/>
                <w:iCs/>
                <w:color w:val="00B050"/>
                <w:szCs w:val="32"/>
                <w:cs/>
                <w:lang w:bidi="th-TH"/>
              </w:rPr>
              <w:t>ค่าเป้าหมาย 24</w:t>
            </w:r>
            <w:r w:rsidR="00FC4418" w:rsidRPr="00FC4418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</w:rPr>
              <w:t xml:space="preserve"> </w:t>
            </w:r>
            <w:r w:rsidR="00FC4418" w:rsidRPr="00FC4418">
              <w:rPr>
                <w:rFonts w:ascii="TH SarabunPSK" w:hAnsi="TH SarabunPSK" w:cs="TH SarabunPSK"/>
                <w:bCs/>
                <w:i/>
                <w:iCs/>
                <w:color w:val="00B050"/>
                <w:szCs w:val="32"/>
                <w:cs/>
                <w:lang w:bidi="th-TH"/>
              </w:rPr>
              <w:t>ระบบ)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ระบบ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185B46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414ACA">
            <w:pPr>
              <w:rPr>
                <w:rFonts w:ascii="TH SarabunPSK" w:hAnsi="TH SarabunPSK" w:cs="TH SarabunPSK"/>
                <w:szCs w:val="32"/>
              </w:rPr>
            </w:pPr>
            <w:r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ผู้อำนวยการ สนอ.   </w:t>
            </w:r>
            <w:r w:rsidR="00414ACA"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FC4418" w:rsidRPr="00FC4418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ผอ.กองกลาง ผอ.กองพัฒนานักศึกษา </w:t>
            </w:r>
            <w:r w:rsidR="00FC4418" w:rsidRPr="00FC441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ผอ.</w:t>
            </w:r>
            <w:r w:rsidR="00FC4418" w:rsidRPr="00FC4418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กองนโยบายและแผน</w:t>
            </w:r>
            <w:r w:rsidRPr="00414ACA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414ACA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414ACA" w:rsidRPr="00414ACA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>………………………………………………..</w:t>
            </w:r>
            <w:r w:rsidRPr="00414ACA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414ACA"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414ACA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414ACA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414ACA">
              <w:rPr>
                <w:rFonts w:ascii="TH SarabunPSK" w:hAnsi="TH SarabunPSK" w:cs="TH SarabunPSK"/>
                <w:b/>
                <w:color w:val="002060"/>
                <w:szCs w:val="32"/>
              </w:rPr>
              <w:t>09</w:t>
            </w:r>
            <w:r w:rsidRPr="00414ACA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185B46" w:rsidRPr="0022101F" w:rsidRDefault="00185B46" w:rsidP="00185B46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185B46" w:rsidRDefault="00185B46" w:rsidP="00185B46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ตัวชี้วัดนี้มุ่งเน้นการวัดการนำระบบดิจิทัลหรือ </w:t>
      </w:r>
      <w:r>
        <w:rPr>
          <w:rFonts w:ascii="TH SarabunPSK" w:eastAsia="Times New Roman" w:hAnsi="TH SarabunPSK" w:cs="TH SarabunPSK"/>
          <w:szCs w:val="32"/>
        </w:rPr>
        <w:t>e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-</w:t>
      </w:r>
      <w:r>
        <w:rPr>
          <w:rFonts w:ascii="TH SarabunPSK" w:eastAsia="Times New Roman" w:hAnsi="TH SarabunPSK" w:cs="TH SarabunPSK"/>
          <w:szCs w:val="32"/>
        </w:rPr>
        <w:t xml:space="preserve">service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มาใช้จริงในหน่วยงาน เพื่อเพิ่มประสิทธิภาพ ลดขั้นตอนการทำงาน และอำนวยความสะดวกต่อบุคลากรและนักศึกษา</w:t>
      </w:r>
    </w:p>
    <w:p w:rsidR="00185B46" w:rsidRPr="0022101F" w:rsidRDefault="00185B46" w:rsidP="00185B46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185B46" w:rsidRPr="0022101F" w:rsidRDefault="00185B46" w:rsidP="00185B46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5D15DE24" wp14:editId="2AF7E631">
                <wp:extent cx="4277360" cy="360947"/>
                <wp:effectExtent l="0" t="0" r="27940" b="20320"/>
                <wp:docPr id="867680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3609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5C4474" w:rsidRDefault="00A430C6" w:rsidP="00185B4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จำนวนระบบ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e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service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ที่ถูกนำมาใช้จริง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15DE24" id="_x0000_s1039" type="#_x0000_t202" style="width:336.8pt;height:2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">
                <v:textbox>
                  <w:txbxContent>
                    <w:p w:rsidR="00A430C6" w:rsidRPr="005C4474" w:rsidRDefault="00A430C6" w:rsidP="00185B4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จำนวนระบบ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e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service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ที่ถูกนำมาใช้จริง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85B46" w:rsidRPr="0022101F" w:rsidRDefault="00185B46" w:rsidP="00185B46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185B46" w:rsidRPr="0022101F" w:rsidTr="00415DF3"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185B46" w:rsidRPr="0022101F" w:rsidRDefault="00185B46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185B46" w:rsidRPr="0022101F" w:rsidTr="00415DF3"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4" w:type="dxa"/>
          </w:tcPr>
          <w:p w:rsidR="00185B46" w:rsidRPr="0022101F" w:rsidRDefault="00185B46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6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 xml:space="preserve">10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 xml:space="preserve">15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16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 xml:space="preserve">19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</w:p>
        </w:tc>
        <w:tc>
          <w:tcPr>
            <w:tcW w:w="1803" w:type="dxa"/>
          </w:tcPr>
          <w:p w:rsidR="00185B46" w:rsidRPr="0022101F" w:rsidRDefault="00185B46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20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ระบบ</w:t>
            </w:r>
            <w:r>
              <w:rPr>
                <w:rFonts w:ascii="TH SarabunPSK" w:hAnsi="TH SarabunPSK" w:cs="TH SarabunPSK"/>
                <w:szCs w:val="32"/>
                <w:rtl/>
                <w:cs/>
              </w:rPr>
              <w:br/>
            </w:r>
            <w:r>
              <w:rPr>
                <w:rFonts w:ascii="TH SarabunPSK" w:hAnsi="TH SarabunPSK" w:cs="TH SarabunPSK"/>
                <w:szCs w:val="32"/>
                <w:rtl/>
                <w:cs/>
                <w:lang w:bidi="th-TH"/>
              </w:rPr>
              <w:t>ขึ้นไป</w:t>
            </w:r>
          </w:p>
        </w:tc>
      </w:tr>
    </w:tbl>
    <w:p w:rsidR="00185B46" w:rsidRPr="0022101F" w:rsidRDefault="00185B46" w:rsidP="00185B46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185B46" w:rsidRPr="0022101F" w:rsidRDefault="00185B46" w:rsidP="00185B46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185B46" w:rsidRPr="00C81BF5" w:rsidRDefault="00185B46" w:rsidP="00185B46">
      <w:pPr>
        <w:pStyle w:val="ae"/>
        <w:numPr>
          <w:ilvl w:val="0"/>
          <w:numId w:val="23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รายงานระบบดิจิทัลที่ใช้จริง</w:t>
      </w:r>
    </w:p>
    <w:p w:rsidR="00185B46" w:rsidRDefault="00185B46" w:rsidP="00185B46">
      <w:pPr>
        <w:pStyle w:val="ae"/>
        <w:numPr>
          <w:ilvl w:val="0"/>
          <w:numId w:val="23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ข้อมูลการใช้งานระบบ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414ACA" w:rsidRDefault="00414ACA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Pr="00DA5AD5" w:rsidRDefault="00890C54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9E7D5E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FC4418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FC4418">
              <w:rPr>
                <w:rFonts w:ascii="TH SarabunPSK" w:hAnsi="TH SarabunPSK" w:cs="TH SarabunPSK" w:hint="cs"/>
                <w:b/>
                <w:color w:val="1F4E78"/>
                <w:szCs w:val="32"/>
                <w:cs/>
                <w:lang w:bidi="th-TH"/>
              </w:rPr>
              <w:t>6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FC4418" w:rsidRPr="00474914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ระะดับความพึงพอใจของผู้ใช้บริการต่อระบบดิจิทัลที่นำมาใช้ในงานประจำ</w:t>
            </w:r>
            <w:r w:rsidR="00FC4418" w:rsidRPr="00474914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(</w:t>
            </w:r>
            <w:r w:rsidR="00FC4418" w:rsidRPr="00474914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ร้อยละ</w:t>
            </w:r>
            <w:r w:rsidR="00FC4418" w:rsidRPr="00474914">
              <w:rPr>
                <w:rFonts w:ascii="TH SarabunPSK" w:hAnsi="TH SarabunPSK" w:cs="TH SarabunPSK"/>
                <w:szCs w:val="32"/>
                <w:cs/>
                <w:lang w:bidi="th-TH"/>
              </w:rPr>
              <w:t>) (</w:t>
            </w:r>
            <w:r w:rsidR="00FC4418" w:rsidRPr="00474914">
              <w:rPr>
                <w:rFonts w:ascii="TH SarabunPSK" w:hAnsi="TH SarabunPSK" w:cs="TH SarabunPSK"/>
                <w:szCs w:val="32"/>
              </w:rPr>
              <w:t>Goal</w:t>
            </w:r>
            <w:r w:rsidR="00FC4418" w:rsidRPr="00474914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8.2) </w:t>
            </w:r>
            <w:r w:rsidR="00FC4418"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(</w:t>
            </w:r>
            <w:r w:rsidR="00FC4418" w:rsidRPr="00F73EFB">
              <w:rPr>
                <w:rFonts w:ascii="TH SarabunPSK" w:hAnsi="TH SarabunPSK" w:cs="TH SarabunPSK" w:hint="cs"/>
                <w:i/>
                <w:iCs/>
                <w:color w:val="00B050"/>
                <w:szCs w:val="32"/>
                <w:cs/>
                <w:lang w:bidi="th-TH"/>
              </w:rPr>
              <w:t xml:space="preserve">ค่าเป้าหมายร้อยละ </w:t>
            </w:r>
            <w:r w:rsidR="00FC4418"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</w:rPr>
              <w:t>85</w:t>
            </w:r>
            <w:r w:rsidR="00FC4418" w:rsidRPr="00F73EFB">
              <w:rPr>
                <w:rFonts w:ascii="TH SarabunPSK" w:hAnsi="TH SarabunPSK" w:cs="TH SarabunPSK"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ระบบ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9E7D5E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A456FE">
            <w:pPr>
              <w:rPr>
                <w:rFonts w:ascii="TH SarabunPSK" w:hAnsi="TH SarabunPSK" w:cs="TH SarabunPSK"/>
                <w:szCs w:val="32"/>
              </w:rPr>
            </w:pPr>
            <w:r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ผู้อำนวยการ สนอ.   </w:t>
            </w:r>
            <w:r w:rsidR="00A456FE"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902687" w:rsidRPr="00FC4418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ผอ.กองกลาง ผอ.กองพัฒนานักศึกษา </w:t>
            </w:r>
            <w:r w:rsidR="00902687" w:rsidRPr="00FC441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ผอ.</w:t>
            </w:r>
            <w:r w:rsidR="00902687" w:rsidRPr="00FC4418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กองนโยบายและแผน</w:t>
            </w:r>
            <w:r w:rsidRPr="00426C1F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426C1F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ผู้จัดเก็บข้อมูล : </w:t>
            </w:r>
            <w:r w:rsidR="00A456FE" w:rsidRPr="00426C1F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>………………………………………………</w:t>
            </w:r>
            <w:r w:rsidRPr="00426C1F"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  <w:lang w:bidi="th-TH"/>
              </w:rPr>
              <w:t xml:space="preserve">   </w:t>
            </w:r>
            <w:r w:rsidR="00A456FE"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426C1F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426C1F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426C1F">
              <w:rPr>
                <w:rFonts w:ascii="TH SarabunPSK" w:hAnsi="TH SarabunPSK" w:cs="TH SarabunPSK"/>
                <w:b/>
                <w:color w:val="002060"/>
                <w:szCs w:val="32"/>
              </w:rPr>
              <w:t>10</w:t>
            </w:r>
            <w:r w:rsidRPr="00426C1F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9E7D5E" w:rsidRPr="0022101F" w:rsidRDefault="009E7D5E" w:rsidP="009E7D5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9E7D5E" w:rsidRDefault="009E7D5E" w:rsidP="009E7D5E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eastAsia="Times New Roman" w:hAnsi="TH SarabunPSK" w:cs="TH SarabunPSK"/>
          <w:szCs w:val="32"/>
          <w:cs/>
          <w:lang w:bidi="th-TH"/>
        </w:rPr>
        <w:t>ตัวชี้วัดนี้สะท้อนถึงคุณภาพของการให้บริการดิจิทัลในมหาวิทยาลัย โดยวัดจากระดับความพึงพอใจของผู้ใช้บริการที่มีต่อระบบดิจิทัล ซึ่งมีผลโดยตรงต่อภาพลักษณ์และประสิทธิภาพขององค์กร</w:t>
      </w:r>
    </w:p>
    <w:p w:rsidR="009E7D5E" w:rsidRPr="0022101F" w:rsidRDefault="009E7D5E" w:rsidP="009E7D5E">
      <w:pPr>
        <w:spacing w:after="0" w:line="240" w:lineRule="auto"/>
        <w:jc w:val="thaiDistribute"/>
        <w:rPr>
          <w:rFonts w:ascii="TH SarabunPSK" w:eastAsia="Times New Roman" w:hAnsi="TH SarabunPSK" w:cs="TH SarabunPSK"/>
          <w:szCs w:val="32"/>
        </w:rPr>
      </w:pPr>
    </w:p>
    <w:p w:rsidR="009E7D5E" w:rsidRPr="0022101F" w:rsidRDefault="009E7D5E" w:rsidP="009E7D5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9E7D5E" w:rsidRPr="0022101F" w:rsidRDefault="009E7D5E" w:rsidP="009E7D5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2C26C8A6" wp14:editId="66EC4E49">
                <wp:extent cx="4277360" cy="360947"/>
                <wp:effectExtent l="0" t="0" r="27940" b="20320"/>
                <wp:docPr id="131954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3609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5C4474" w:rsidRDefault="00A430C6" w:rsidP="009E7D5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คะแนนความพึงพอใจรวม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÷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คะแนนความพึงพอใจสูงสุด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×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rtl/>
                                <w:cs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26C8A6" id="_x0000_s1040" type="#_x0000_t202" style="width:336.8pt;height:2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">
                <v:textbox>
                  <w:txbxContent>
                    <w:p w:rsidR="00A430C6" w:rsidRPr="005C4474" w:rsidRDefault="00A430C6" w:rsidP="009E7D5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คะแนนความพึงพอใจรวม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÷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คะแนนความพึงพอใจสูงสุด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×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rtl/>
                          <w:cs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E7D5E" w:rsidRPr="0022101F" w:rsidRDefault="009E7D5E" w:rsidP="009E7D5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9E7D5E" w:rsidRPr="0022101F" w:rsidRDefault="009E7D5E" w:rsidP="009E7D5E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9E7D5E" w:rsidRPr="0022101F" w:rsidTr="00415DF3"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9E7D5E" w:rsidRPr="0022101F" w:rsidRDefault="009E7D5E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9E7D5E" w:rsidRPr="0022101F" w:rsidTr="00415DF3"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ต่ำกว่า </w:t>
            </w:r>
            <w:r>
              <w:rPr>
                <w:rFonts w:ascii="TH SarabunPSK" w:hAnsi="TH SarabunPSK" w:cs="TH SarabunPSK"/>
                <w:szCs w:val="32"/>
              </w:rPr>
              <w:t>70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4" w:type="dxa"/>
          </w:tcPr>
          <w:p w:rsidR="009E7D5E" w:rsidRPr="0022101F" w:rsidRDefault="009E7D5E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71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75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76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80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81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84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%</w:t>
            </w:r>
          </w:p>
        </w:tc>
        <w:tc>
          <w:tcPr>
            <w:tcW w:w="1803" w:type="dxa"/>
          </w:tcPr>
          <w:p w:rsidR="009E7D5E" w:rsidRPr="0022101F" w:rsidRDefault="009E7D5E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85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%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ขึ้นไป</w:t>
            </w:r>
          </w:p>
        </w:tc>
      </w:tr>
    </w:tbl>
    <w:p w:rsidR="009E7D5E" w:rsidRDefault="009E7D5E" w:rsidP="009E7D5E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9E7D5E" w:rsidRPr="0022101F" w:rsidRDefault="009E7D5E" w:rsidP="009E7D5E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9E7D5E" w:rsidRPr="00C81BF5" w:rsidRDefault="009E7D5E" w:rsidP="009E7D5E">
      <w:pPr>
        <w:pStyle w:val="ae"/>
        <w:numPr>
          <w:ilvl w:val="0"/>
          <w:numId w:val="24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แบบสอบถามความพึงพอใจ</w:t>
      </w:r>
    </w:p>
    <w:p w:rsidR="009E7D5E" w:rsidRDefault="009E7D5E" w:rsidP="009E7D5E">
      <w:pPr>
        <w:pStyle w:val="ae"/>
        <w:numPr>
          <w:ilvl w:val="0"/>
          <w:numId w:val="24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รายงานผลสำรวจ</w:t>
      </w:r>
    </w:p>
    <w:p w:rsidR="009E7D5E" w:rsidRDefault="009E7D5E" w:rsidP="009E7D5E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0E7717" w:rsidRDefault="000E7717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Default="00890C54">
      <w:pPr>
        <w:spacing w:after="360"/>
        <w:rPr>
          <w:rFonts w:ascii="TH SarabunPSK" w:hAnsi="TH SarabunPSK" w:cs="TH SarabunPSK"/>
          <w:szCs w:val="32"/>
        </w:rPr>
      </w:pPr>
    </w:p>
    <w:p w:rsidR="00890C54" w:rsidRPr="00DA5AD5" w:rsidRDefault="00890C54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6D6692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902687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902687">
              <w:rPr>
                <w:rFonts w:ascii="TH SarabunPSK" w:hAnsi="TH SarabunPSK" w:cs="TH SarabunPSK" w:hint="cs"/>
                <w:b/>
                <w:color w:val="1F4E78"/>
                <w:szCs w:val="32"/>
                <w:cs/>
                <w:lang w:bidi="th-TH"/>
              </w:rPr>
              <w:t>7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9E7D5E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 xml:space="preserve">ผลการจัดอันดับ </w:t>
            </w:r>
            <w:r w:rsidR="009E7D5E">
              <w:rPr>
                <w:rFonts w:ascii="TH SarabunPSK" w:eastAsia="Times New Roman" w:hAnsi="TH SarabunPSK" w:cs="TH SarabunPSK"/>
                <w:szCs w:val="32"/>
              </w:rPr>
              <w:t xml:space="preserve">Impact Rankings </w:t>
            </w:r>
            <w:r w:rsidR="009E7D5E">
              <w:rPr>
                <w:rFonts w:ascii="TH SarabunPSK" w:eastAsia="Times New Roman" w:hAnsi="TH SarabunPSK" w:cs="TH SarabunPSK"/>
                <w:szCs w:val="32"/>
                <w:cs/>
                <w:lang w:bidi="th-TH"/>
              </w:rPr>
              <w:t xml:space="preserve">โดย </w:t>
            </w:r>
            <w:r w:rsidR="009E7D5E">
              <w:rPr>
                <w:rFonts w:ascii="TH SarabunPSK" w:eastAsia="Times New Roman" w:hAnsi="TH SarabunPSK" w:cs="TH SarabunPSK"/>
                <w:szCs w:val="32"/>
              </w:rPr>
              <w:t>Times Higher Education Impact Ranking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(อันดับ 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1001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-</w:t>
            </w:r>
            <w:r w:rsidRPr="00DA5AD5">
              <w:rPr>
                <w:rFonts w:ascii="TH SarabunPSK" w:hAnsi="TH SarabunPSK" w:cs="TH SarabunPSK"/>
                <w:b/>
                <w:szCs w:val="32"/>
              </w:rPr>
              <w:t>1500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6D6692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A650E9">
            <w:pPr>
              <w:rPr>
                <w:rFonts w:ascii="TH SarabunPSK" w:hAnsi="TH SarabunPSK" w:cs="TH SarabunPSK"/>
                <w:szCs w:val="32"/>
              </w:rPr>
            </w:pP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A650E9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9E7D5E"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031096" w:rsidRPr="0003109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 xml:space="preserve">ผอ.กองกลาง ผอ.กองพัฒนานักศึกษา </w:t>
            </w:r>
            <w:r w:rsidR="00031096" w:rsidRPr="0003109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</w:t>
            </w:r>
            <w:r w:rsidR="00031096" w:rsidRPr="0003109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กองนโยบายและแผน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9E7D5E" w:rsidRPr="00A650E9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ดร.วน</w:t>
            </w:r>
            <w:proofErr w:type="spellStart"/>
            <w:r w:rsidR="009E7D5E" w:rsidRPr="00A650E9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ัช</w:t>
            </w:r>
            <w:proofErr w:type="spellEnd"/>
            <w:r w:rsidR="009E7D5E" w:rsidRPr="00A650E9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พร นามหงษา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9E7D5E"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t>11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rtl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คำอธิบาย</w:t>
      </w:r>
      <w:r>
        <w:rPr>
          <w:rFonts w:ascii="TH SarabunPSK" w:hAnsi="TH SarabunPSK" w:cs="TH SarabunPSK"/>
          <w:szCs w:val="32"/>
          <w:cs/>
          <w:lang w:bidi="th-TH"/>
        </w:rPr>
        <w:t xml:space="preserve">: </w:t>
      </w:r>
    </w:p>
    <w:p w:rsidR="006D6692" w:rsidRPr="008255B0" w:rsidRDefault="006D6692" w:rsidP="006D6692">
      <w:pPr>
        <w:spacing w:after="0" w:line="240" w:lineRule="auto"/>
        <w:ind w:left="709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rtl/>
          <w:cs/>
        </w:rPr>
        <w:tab/>
      </w:r>
      <w:r>
        <w:rPr>
          <w:rFonts w:ascii="TH SarabunPSK" w:hAnsi="TH SarabunPSK" w:cs="TH SarabunPSK"/>
          <w:szCs w:val="32"/>
        </w:rPr>
        <w:t>1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ตัวชี้วัดนี้สะท้อนถึงภาพลักษณ์และศักยภาพของมหาวิทยาลัยในเวทีโลก</w:t>
      </w:r>
      <w:r>
        <w:rPr>
          <w:rFonts w:ascii="TH SarabunPSK" w:hAnsi="TH SarabunPSK" w:cs="TH SarabunPSK"/>
          <w:szCs w:val="32"/>
        </w:rPr>
        <w:br/>
        <w:t>2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 xml:space="preserve">การจัดอันดับ </w:t>
      </w:r>
      <w:r>
        <w:rPr>
          <w:rFonts w:ascii="TH SarabunPSK" w:hAnsi="TH SarabunPSK" w:cs="TH SarabunPSK"/>
          <w:szCs w:val="32"/>
        </w:rPr>
        <w:t xml:space="preserve">Impact Rankings </w:t>
      </w:r>
      <w:r>
        <w:rPr>
          <w:rFonts w:ascii="TH SarabunPSK" w:hAnsi="TH SarabunPSK" w:cs="TH SarabunPSK"/>
          <w:szCs w:val="32"/>
          <w:cs/>
          <w:lang w:bidi="th-TH"/>
        </w:rPr>
        <w:t xml:space="preserve">มุ่งเน้นการขับเคลื่อนเป้าหมายการพัฒนาที่ยั่งยืน </w:t>
      </w:r>
      <w:r>
        <w:rPr>
          <w:rFonts w:ascii="TH SarabunPSK" w:hAnsi="TH SarabunPSK" w:cs="TH SarabunPSK"/>
          <w:szCs w:val="32"/>
          <w:cs/>
          <w:lang w:bidi="th-TH"/>
        </w:rPr>
        <w:t>(</w:t>
      </w:r>
      <w:r>
        <w:rPr>
          <w:rFonts w:ascii="TH SarabunPSK" w:hAnsi="TH SarabunPSK" w:cs="TH SarabunPSK"/>
          <w:szCs w:val="32"/>
        </w:rPr>
        <w:t>SDGs</w:t>
      </w:r>
      <w:r>
        <w:rPr>
          <w:rFonts w:ascii="TH SarabunPSK" w:hAnsi="TH SarabunPSK" w:cs="TH SarabunPSK"/>
          <w:szCs w:val="32"/>
          <w:cs/>
          <w:lang w:bidi="th-TH"/>
        </w:rPr>
        <w:t>)</w:t>
      </w:r>
      <w:r>
        <w:rPr>
          <w:rFonts w:ascii="TH SarabunPSK" w:hAnsi="TH SarabunPSK" w:cs="TH SarabunPSK"/>
          <w:szCs w:val="32"/>
        </w:rPr>
        <w:br/>
        <w:t>3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การประเมินจะพิจารณาความร่วมมือกับภาคส่วนต่าง ๆ</w:t>
      </w:r>
      <w:r>
        <w:rPr>
          <w:rFonts w:ascii="TH SarabunPSK" w:hAnsi="TH SarabunPSK" w:cs="TH SarabunPSK"/>
          <w:szCs w:val="32"/>
        </w:rPr>
        <w:br/>
        <w:t>4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เป็นการสะท้อนถึงการมีส่วนร่วมในการแก้ปัญหาสังคมและสิ่งแวดล้อม</w:t>
      </w:r>
      <w:r>
        <w:rPr>
          <w:rFonts w:ascii="TH SarabunPSK" w:hAnsi="TH SarabunPSK" w:cs="TH SarabunPSK"/>
          <w:szCs w:val="32"/>
        </w:rPr>
        <w:br/>
        <w:t>5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ตัวชี้วัดนี้ทำให้มหาวิทยาลัยสามารถเปรียบเทียบสมรรถนะกับมหาวิทยาลัยอื่นทั่วโลก</w:t>
      </w:r>
      <w:r>
        <w:rPr>
          <w:rFonts w:ascii="TH SarabunPSK" w:hAnsi="TH SarabunPSK" w:cs="TH SarabunPSK"/>
          <w:szCs w:val="32"/>
        </w:rPr>
        <w:br/>
        <w:t>6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ส่งเสริมการสร้างพันธมิตรและเครือข่ายความร่วมมือระหว่างประเทศ</w:t>
      </w:r>
      <w:r>
        <w:rPr>
          <w:rFonts w:ascii="TH SarabunPSK" w:hAnsi="TH SarabunPSK" w:cs="TH SarabunPSK"/>
          <w:szCs w:val="32"/>
        </w:rPr>
        <w:br/>
        <w:t>7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เป็นแรงผลักดันให้มหาวิทยาลัยพัฒนาการบริหารงานให้มีมาตรฐานสากล</w:t>
      </w:r>
      <w:r>
        <w:rPr>
          <w:rFonts w:ascii="TH SarabunPSK" w:hAnsi="TH SarabunPSK" w:cs="TH SarabunPSK"/>
          <w:szCs w:val="32"/>
        </w:rPr>
        <w:br/>
        <w:t>8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การมีอันดับที่ดีช่วยเพิ่มความน่าเชื่อถือและความไว้วางใจจากสังคม</w:t>
      </w:r>
      <w:r>
        <w:rPr>
          <w:rFonts w:ascii="TH SarabunPSK" w:hAnsi="TH SarabunPSK" w:cs="TH SarabunPSK"/>
          <w:szCs w:val="32"/>
        </w:rPr>
        <w:br/>
        <w:t>9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ตัวชี้วัดนี้ยังเชื่อมโยงกับความสามารถในการดึงดูดนักศึกษาและบุคลากร</w:t>
      </w:r>
      <w:r>
        <w:rPr>
          <w:rFonts w:ascii="TH SarabunPSK" w:hAnsi="TH SarabunPSK" w:cs="TH SarabunPSK"/>
          <w:szCs w:val="32"/>
        </w:rPr>
        <w:br/>
        <w:t>10</w:t>
      </w:r>
      <w:r>
        <w:rPr>
          <w:rFonts w:ascii="TH SarabunPSK" w:hAnsi="TH SarabunPSK" w:cs="TH SarabunPSK"/>
          <w:szCs w:val="32"/>
          <w:cs/>
          <w:lang w:bidi="th-TH"/>
        </w:rPr>
        <w:t xml:space="preserve">. </w:t>
      </w:r>
      <w:r>
        <w:rPr>
          <w:rFonts w:ascii="TH SarabunPSK" w:hAnsi="TH SarabunPSK" w:cs="TH SarabunPSK"/>
          <w:szCs w:val="32"/>
          <w:cs/>
          <w:lang w:bidi="th-TH"/>
        </w:rPr>
        <w:t>ส่งผลต่อการยกระดับบทบาทของมหาวิทยาลัยในระดับภูมิภาคและระดับโลก</w:t>
      </w:r>
    </w:p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4648EEB6" wp14:editId="76FAA8E9">
                <wp:extent cx="4277360" cy="417095"/>
                <wp:effectExtent l="0" t="0" r="27940" b="21590"/>
                <wp:docPr id="6195121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417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5C4474" w:rsidRDefault="00A430C6" w:rsidP="006D669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อันดับที่มหาวิทยาลัยได้รับใน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Impact Rankings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ประจำปี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48EEB6" id="_x0000_s1041" type="#_x0000_t202" style="width:336.8pt;height:3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">
                <v:textbox>
                  <w:txbxContent>
                    <w:p w:rsidR="00A430C6" w:rsidRPr="005C4474" w:rsidRDefault="00A430C6" w:rsidP="006D669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อันดับที่มหาวิทยาลัยได้รับใน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Impact Rankings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ประจำปี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D6692" w:rsidRPr="0022101F" w:rsidRDefault="006D6692" w:rsidP="006D6692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6D6692" w:rsidRPr="0022101F" w:rsidTr="00415DF3"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6D6692" w:rsidRPr="0022101F" w:rsidTr="00415DF3"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อันดับ </w:t>
            </w:r>
            <w:r>
              <w:rPr>
                <w:rFonts w:ascii="TH SarabunPSK" w:hAnsi="TH SarabunPSK" w:cs="TH SarabunPSK"/>
                <w:szCs w:val="32"/>
              </w:rPr>
              <w:t>1501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+ </w:t>
            </w:r>
          </w:p>
        </w:tc>
        <w:tc>
          <w:tcPr>
            <w:tcW w:w="1804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1251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1500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1001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1250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801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1000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800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ขึ้นไป</w:t>
            </w:r>
          </w:p>
        </w:tc>
      </w:tr>
    </w:tbl>
    <w:p w:rsidR="006D6692" w:rsidRPr="0022101F" w:rsidRDefault="006D6692" w:rsidP="006D66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D6692" w:rsidRPr="0022101F" w:rsidRDefault="006D6692" w:rsidP="006D6692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6D6692" w:rsidRPr="00C81BF5" w:rsidRDefault="006D6692" w:rsidP="006D6692">
      <w:pPr>
        <w:pStyle w:val="ae"/>
        <w:numPr>
          <w:ilvl w:val="0"/>
          <w:numId w:val="25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 xml:space="preserve">ประกาศผลการจัดอันดับ </w:t>
      </w:r>
      <w:r>
        <w:rPr>
          <w:rFonts w:ascii="TH SarabunPSK" w:eastAsia="Times New Roman" w:hAnsi="TH SarabunPSK" w:cs="TH SarabunPSK"/>
          <w:szCs w:val="32"/>
        </w:rPr>
        <w:t>THE Impact Rankings</w:t>
      </w:r>
    </w:p>
    <w:p w:rsidR="006D6692" w:rsidRDefault="006D6692" w:rsidP="006D6692">
      <w:pPr>
        <w:pStyle w:val="ae"/>
        <w:numPr>
          <w:ilvl w:val="0"/>
          <w:numId w:val="25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  <w:lang w:bidi="th-TH"/>
        </w:rPr>
        <w:t>รายงานผลการประเมิน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0E7717" w:rsidRPr="00DA5AD5" w:rsidRDefault="000E7717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6D6692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E34AEE">
              <w:rPr>
                <w:rFonts w:ascii="TH SarabunPSK" w:hAnsi="TH SarabunPSK" w:cs="TH SarabunPSK"/>
                <w:b/>
                <w:color w:val="1F4E78"/>
                <w:szCs w:val="32"/>
              </w:rPr>
              <w:t>1</w:t>
            </w:r>
            <w:r w:rsidR="00E34AEE">
              <w:rPr>
                <w:rFonts w:ascii="TH SarabunPSK" w:hAnsi="TH SarabunPSK" w:cs="TH SarabunPSK" w:hint="cs"/>
                <w:b/>
                <w:color w:val="1F4E78"/>
                <w:szCs w:val="32"/>
                <w:cs/>
                <w:lang w:bidi="th-TH"/>
              </w:rPr>
              <w:t>8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</w:t>
            </w:r>
            <w:r w:rsidRPr="00E34AEE">
              <w:rPr>
                <w:rFonts w:ascii="TH SarabunPSK" w:hAnsi="TH SarabunPSK" w:cs="TH SarabunPSK"/>
                <w:b/>
                <w:bCs/>
                <w:color w:val="1F4E78"/>
                <w:szCs w:val="32"/>
              </w:rPr>
              <w:t xml:space="preserve"> </w:t>
            </w:r>
            <w:r w:rsidR="00E34AEE" w:rsidRPr="00E34AEE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ผลการจัดอันดับ </w:t>
            </w:r>
            <w:r w:rsidR="00E34AEE" w:rsidRPr="00E34AEE">
              <w:rPr>
                <w:rFonts w:ascii="TH SarabunPSK" w:hAnsi="TH SarabunPSK" w:cs="TH SarabunPSK"/>
                <w:b/>
                <w:bCs/>
                <w:szCs w:val="32"/>
              </w:rPr>
              <w:t xml:space="preserve">UI Green Metric </w:t>
            </w:r>
            <w:r w:rsidR="00E34AEE" w:rsidRPr="00E34AE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 xml:space="preserve">(อันดับ </w:t>
            </w:r>
            <w:r w:rsidR="00E34AEE" w:rsidRPr="00E34AE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</w:rPr>
              <w:t>901</w:t>
            </w:r>
            <w:r w:rsidR="00E34AEE" w:rsidRPr="00E34AE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-</w:t>
            </w:r>
            <w:r w:rsidR="00E34AEE" w:rsidRPr="00E34AE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</w:rPr>
              <w:t>1000</w:t>
            </w:r>
            <w:r w:rsidR="00E34AEE" w:rsidRPr="00E34AEE">
              <w:rPr>
                <w:rFonts w:ascii="TH SarabunPSK" w:hAnsi="TH SarabunPSK" w:cs="TH SarabunPSK"/>
                <w:b/>
                <w:bCs/>
                <w:i/>
                <w:iCs/>
                <w:color w:val="00B050"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 w:rsidP="006D669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หน่วยวัด : </w:t>
            </w:r>
            <w:r w:rsidR="006D6692">
              <w:rPr>
                <w:rFonts w:ascii="TH SarabunPSK" w:hAnsi="TH SarabunPSK" w:cs="TH SarabunPSK" w:hint="cs"/>
                <w:szCs w:val="32"/>
                <w:cs/>
                <w:lang w:bidi="th-TH"/>
              </w:rPr>
              <w:t>อันดับ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6D6692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0E7717">
            <w:pPr>
              <w:rPr>
                <w:rFonts w:ascii="TH SarabunPSK" w:hAnsi="TH SarabunPSK" w:cs="TH SarabunPSK"/>
                <w:szCs w:val="32"/>
              </w:rPr>
            </w:pP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BE69DA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0E7717"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BE69DA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ผอ.กองนโยบายและแผน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BE69DA" w:rsidRPr="00A650E9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ดร.วน</w:t>
            </w:r>
            <w:proofErr w:type="spellStart"/>
            <w:r w:rsidR="00BE69DA" w:rsidRPr="00A650E9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ัช</w:t>
            </w:r>
            <w:proofErr w:type="spellEnd"/>
            <w:r w:rsidR="00BE69DA" w:rsidRPr="00A650E9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พร นามหงษา</w:t>
            </w:r>
            <w:r w:rsidR="00BE69DA"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0E7717"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t>U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t>S05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A650E9">
              <w:rPr>
                <w:rFonts w:ascii="TH SarabunPSK" w:hAnsi="TH SarabunPSK" w:cs="TH SarabunPSK"/>
                <w:b/>
                <w:color w:val="002060"/>
                <w:szCs w:val="32"/>
              </w:rPr>
              <w:t>12</w:t>
            </w:r>
            <w:r w:rsidRPr="00A650E9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E34AEE" w:rsidRPr="0022101F" w:rsidRDefault="00E34AEE" w:rsidP="00E34AE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b/>
          <w:bCs/>
          <w:szCs w:val="32"/>
          <w:cs/>
        </w:rPr>
        <w:t>คำอธิบาย</w:t>
      </w:r>
      <w:r>
        <w:rPr>
          <w:rFonts w:ascii="TH SarabunPSK" w:hAnsi="TH SarabunPSK" w:cs="TH SarabunPSK"/>
          <w:szCs w:val="32"/>
          <w:cs/>
        </w:rPr>
        <w:t xml:space="preserve">: </w:t>
      </w:r>
    </w:p>
    <w:p w:rsidR="00E34AEE" w:rsidRPr="008255B0" w:rsidRDefault="00E34AEE" w:rsidP="00E34AEE">
      <w:pPr>
        <w:spacing w:after="0" w:line="240" w:lineRule="auto"/>
        <w:ind w:left="709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</w:rPr>
        <w:t>1</w:t>
      </w:r>
      <w:r>
        <w:rPr>
          <w:rFonts w:ascii="TH SarabunPSK" w:hAnsi="TH SarabunPSK" w:cs="TH SarabunPSK"/>
          <w:szCs w:val="32"/>
          <w:cs/>
        </w:rPr>
        <w:t>. ตัวชี้วัดนี้สะท้อนถึงภาพลักษณ์และศักยภาพของมหาวิทยาลัยในเวทีโลก</w:t>
      </w:r>
      <w:r>
        <w:rPr>
          <w:rFonts w:ascii="TH SarabunPSK" w:hAnsi="TH SarabunPSK" w:cs="TH SarabunPSK"/>
          <w:szCs w:val="32"/>
        </w:rPr>
        <w:br/>
        <w:t>2</w:t>
      </w:r>
      <w:r>
        <w:rPr>
          <w:rFonts w:ascii="TH SarabunPSK" w:hAnsi="TH SarabunPSK" w:cs="TH SarabunPSK"/>
          <w:szCs w:val="32"/>
          <w:cs/>
        </w:rPr>
        <w:t xml:space="preserve">. การจัดอันดับ </w:t>
      </w:r>
      <w:r>
        <w:rPr>
          <w:rFonts w:ascii="TH SarabunPSK" w:hAnsi="TH SarabunPSK" w:cs="TH SarabunPSK"/>
          <w:szCs w:val="32"/>
        </w:rPr>
        <w:t xml:space="preserve">Impact Rankings </w:t>
      </w:r>
      <w:r>
        <w:rPr>
          <w:rFonts w:ascii="TH SarabunPSK" w:hAnsi="TH SarabunPSK" w:cs="TH SarabunPSK"/>
          <w:szCs w:val="32"/>
          <w:cs/>
        </w:rPr>
        <w:t>มุ่งเน้นการขับเคลื่อนเป้าหมายการพัฒนาที่ยั่งยืน (</w:t>
      </w:r>
      <w:r>
        <w:rPr>
          <w:rFonts w:ascii="TH SarabunPSK" w:hAnsi="TH SarabunPSK" w:cs="TH SarabunPSK"/>
          <w:szCs w:val="32"/>
        </w:rPr>
        <w:t>SDGs</w:t>
      </w:r>
      <w:r>
        <w:rPr>
          <w:rFonts w:ascii="TH SarabunPSK" w:hAnsi="TH SarabunPSK" w:cs="TH SarabunPSK"/>
          <w:szCs w:val="32"/>
          <w:cs/>
        </w:rPr>
        <w:t>)</w:t>
      </w:r>
      <w:r>
        <w:rPr>
          <w:rFonts w:ascii="TH SarabunPSK" w:hAnsi="TH SarabunPSK" w:cs="TH SarabunPSK"/>
          <w:szCs w:val="32"/>
        </w:rPr>
        <w:br/>
        <w:t>3</w:t>
      </w:r>
      <w:r>
        <w:rPr>
          <w:rFonts w:ascii="TH SarabunPSK" w:hAnsi="TH SarabunPSK" w:cs="TH SarabunPSK"/>
          <w:szCs w:val="32"/>
          <w:cs/>
        </w:rPr>
        <w:t>. การประเมินจะพิจารณาความร่วมมือกับภาคส่วนต่าง ๆ</w:t>
      </w:r>
      <w:r>
        <w:rPr>
          <w:rFonts w:ascii="TH SarabunPSK" w:hAnsi="TH SarabunPSK" w:cs="TH SarabunPSK"/>
          <w:szCs w:val="32"/>
        </w:rPr>
        <w:br/>
        <w:t>4</w:t>
      </w:r>
      <w:r>
        <w:rPr>
          <w:rFonts w:ascii="TH SarabunPSK" w:hAnsi="TH SarabunPSK" w:cs="TH SarabunPSK"/>
          <w:szCs w:val="32"/>
          <w:cs/>
        </w:rPr>
        <w:t>. เป็นการสะท้อนถึงการมีส่วนร่วมในการแก้ปัญหาสังคมและสิ่งแวดล้อม</w:t>
      </w:r>
      <w:r>
        <w:rPr>
          <w:rFonts w:ascii="TH SarabunPSK" w:hAnsi="TH SarabunPSK" w:cs="TH SarabunPSK"/>
          <w:szCs w:val="32"/>
        </w:rPr>
        <w:br/>
        <w:t>5</w:t>
      </w:r>
      <w:r>
        <w:rPr>
          <w:rFonts w:ascii="TH SarabunPSK" w:hAnsi="TH SarabunPSK" w:cs="TH SarabunPSK"/>
          <w:szCs w:val="32"/>
          <w:cs/>
        </w:rPr>
        <w:t>. ตัวชี้วัดนี้ทำให้มหาวิทยาลัยสามารถเปรียบเทียบสมรรถนะกับมหาวิทยาลัยอื่นทั่วโลก</w:t>
      </w:r>
      <w:r>
        <w:rPr>
          <w:rFonts w:ascii="TH SarabunPSK" w:hAnsi="TH SarabunPSK" w:cs="TH SarabunPSK"/>
          <w:szCs w:val="32"/>
        </w:rPr>
        <w:br/>
        <w:t>6</w:t>
      </w:r>
      <w:r>
        <w:rPr>
          <w:rFonts w:ascii="TH SarabunPSK" w:hAnsi="TH SarabunPSK" w:cs="TH SarabunPSK"/>
          <w:szCs w:val="32"/>
          <w:cs/>
        </w:rPr>
        <w:t>. ส่งเสริมการสร้างพันธมิตรและเครือข่ายความร่วมมือระหว่างประเทศ</w:t>
      </w:r>
      <w:r>
        <w:rPr>
          <w:rFonts w:ascii="TH SarabunPSK" w:hAnsi="TH SarabunPSK" w:cs="TH SarabunPSK"/>
          <w:szCs w:val="32"/>
        </w:rPr>
        <w:br/>
        <w:t>7</w:t>
      </w:r>
      <w:r>
        <w:rPr>
          <w:rFonts w:ascii="TH SarabunPSK" w:hAnsi="TH SarabunPSK" w:cs="TH SarabunPSK"/>
          <w:szCs w:val="32"/>
          <w:cs/>
        </w:rPr>
        <w:t>. เป็นแรงผลักดันให้มหาวิทยาลัยพัฒนาการบริหารงานให้มีมาตรฐานสากล</w:t>
      </w:r>
      <w:r>
        <w:rPr>
          <w:rFonts w:ascii="TH SarabunPSK" w:hAnsi="TH SarabunPSK" w:cs="TH SarabunPSK"/>
          <w:szCs w:val="32"/>
        </w:rPr>
        <w:br/>
        <w:t>8</w:t>
      </w:r>
      <w:r>
        <w:rPr>
          <w:rFonts w:ascii="TH SarabunPSK" w:hAnsi="TH SarabunPSK" w:cs="TH SarabunPSK"/>
          <w:szCs w:val="32"/>
          <w:cs/>
        </w:rPr>
        <w:t>. การมีอันดับที่ดีช่วยเพิ่มความน่าเชื่อถือและความไว้วางใจจากสังคม</w:t>
      </w:r>
      <w:r>
        <w:rPr>
          <w:rFonts w:ascii="TH SarabunPSK" w:hAnsi="TH SarabunPSK" w:cs="TH SarabunPSK"/>
          <w:szCs w:val="32"/>
        </w:rPr>
        <w:br/>
        <w:t>9</w:t>
      </w:r>
      <w:r>
        <w:rPr>
          <w:rFonts w:ascii="TH SarabunPSK" w:hAnsi="TH SarabunPSK" w:cs="TH SarabunPSK"/>
          <w:szCs w:val="32"/>
          <w:cs/>
        </w:rPr>
        <w:t>. ตัวชี้วัดนี้ยังเชื่อมโยงกับความสามารถในการดึงดูดนักศึกษาและบุคลากร</w:t>
      </w:r>
      <w:r>
        <w:rPr>
          <w:rFonts w:ascii="TH SarabunPSK" w:hAnsi="TH SarabunPSK" w:cs="TH SarabunPSK"/>
          <w:szCs w:val="32"/>
        </w:rPr>
        <w:br/>
        <w:t>10</w:t>
      </w:r>
      <w:r>
        <w:rPr>
          <w:rFonts w:ascii="TH SarabunPSK" w:hAnsi="TH SarabunPSK" w:cs="TH SarabunPSK"/>
          <w:szCs w:val="32"/>
          <w:cs/>
        </w:rPr>
        <w:t>. ส่งผลต่อการยกระดับบทบาทของมหาวิทยาลัยในระดับภูมิภาคและระดับโลก</w:t>
      </w:r>
    </w:p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สูตรการคำนวณ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</w:p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  <w:cs/>
          <w:lang w:bidi="th-TH"/>
        </w:rPr>
        <mc:AlternateContent>
          <mc:Choice Requires="wps">
            <w:drawing>
              <wp:inline distT="0" distB="0" distL="0" distR="0" wp14:anchorId="046B8E32" wp14:editId="2D3AD3DB">
                <wp:extent cx="4277360" cy="360948"/>
                <wp:effectExtent l="0" t="0" r="27940" b="20320"/>
                <wp:docPr id="655012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3609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30C6" w:rsidRPr="005C4474" w:rsidRDefault="00A430C6" w:rsidP="006D669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 xml:space="preserve">อันดับที่มหาวิทยาลัยได้รับใน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UI Green Metric World University Ranking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6B8E32" id="_x0000_s1042" type="#_x0000_t202" style="width:336.8pt;height:2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">
                <v:textbox>
                  <w:txbxContent>
                    <w:p w:rsidR="00A430C6" w:rsidRPr="005C4474" w:rsidRDefault="00A430C6" w:rsidP="006D669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 xml:space="preserve">อันดับที่มหาวิทยาลัยได้รับใน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UI Green Metric World University Ranking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D6692" w:rsidRPr="0022101F" w:rsidRDefault="006D6692" w:rsidP="006D6692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D6692" w:rsidRPr="0022101F" w:rsidRDefault="006D6692" w:rsidP="006D6692">
      <w:pPr>
        <w:spacing w:after="0" w:line="240" w:lineRule="auto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เกณฑ์การประเมิน 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: </w:t>
      </w:r>
      <w:r>
        <w:rPr>
          <w:rFonts w:ascii="TH SarabunPSK" w:eastAsia="Times New Roman" w:hAnsi="TH SarabunPSK" w:cs="TH SarabunPSK"/>
          <w:szCs w:val="32"/>
          <w:cs/>
          <w:lang w:bidi="th-TH"/>
        </w:rPr>
        <w:t>ดังนี้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3"/>
        <w:gridCol w:w="1803"/>
        <w:gridCol w:w="1803"/>
      </w:tblGrid>
      <w:tr w:rsidR="006D6692" w:rsidRPr="0022101F" w:rsidTr="00415DF3"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1</w:t>
            </w:r>
          </w:p>
        </w:tc>
        <w:tc>
          <w:tcPr>
            <w:tcW w:w="1804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2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3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4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คะแนน </w:t>
            </w:r>
            <w:r>
              <w:rPr>
                <w:rFonts w:ascii="TH SarabunPSK" w:hAnsi="TH SarabunPSK" w:cs="TH SarabunPSK"/>
                <w:b/>
                <w:bCs/>
                <w:szCs w:val="32"/>
                <w:rtl/>
                <w:cs/>
              </w:rPr>
              <w:t>5</w:t>
            </w:r>
          </w:p>
        </w:tc>
      </w:tr>
      <w:tr w:rsidR="006D6692" w:rsidRPr="0022101F" w:rsidTr="00415DF3"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1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อันดับ </w:t>
            </w:r>
            <w:r>
              <w:rPr>
                <w:rFonts w:ascii="TH SarabunPSK" w:hAnsi="TH SarabunPSK" w:cs="TH SarabunPSK"/>
                <w:szCs w:val="32"/>
              </w:rPr>
              <w:t>1501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+ </w:t>
            </w:r>
          </w:p>
        </w:tc>
        <w:tc>
          <w:tcPr>
            <w:tcW w:w="1804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2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1251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1500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3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1001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1250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>801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–</w:t>
            </w:r>
            <w:r>
              <w:rPr>
                <w:rFonts w:ascii="TH SarabunPSK" w:hAnsi="TH SarabunPSK" w:cs="TH SarabunPSK"/>
                <w:szCs w:val="32"/>
              </w:rPr>
              <w:t>1000</w:t>
            </w:r>
          </w:p>
        </w:tc>
        <w:tc>
          <w:tcPr>
            <w:tcW w:w="1803" w:type="dxa"/>
          </w:tcPr>
          <w:p w:rsidR="006D6692" w:rsidRPr="0022101F" w:rsidRDefault="006D6692" w:rsidP="00415DF3">
            <w:pPr>
              <w:jc w:val="center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 xml:space="preserve">5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= </w:t>
            </w:r>
            <w:r>
              <w:rPr>
                <w:rFonts w:ascii="TH SarabunPSK" w:hAnsi="TH SarabunPSK" w:cs="TH SarabunPSK"/>
                <w:szCs w:val="32"/>
              </w:rPr>
              <w:t xml:space="preserve">800 </w:t>
            </w:r>
            <w:r>
              <w:rPr>
                <w:rFonts w:ascii="TH SarabunPSK" w:hAnsi="TH SarabunPSK" w:cs="TH SarabunPSK"/>
                <w:szCs w:val="32"/>
                <w:cs/>
                <w:lang w:bidi="th-TH"/>
              </w:rPr>
              <w:t>ขึ้นไป</w:t>
            </w:r>
          </w:p>
        </w:tc>
      </w:tr>
    </w:tbl>
    <w:p w:rsidR="006D6692" w:rsidRPr="0022101F" w:rsidRDefault="006D6692" w:rsidP="006D66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  <w:rtl/>
          <w:cs/>
        </w:rPr>
      </w:pPr>
    </w:p>
    <w:p w:rsidR="006D6692" w:rsidRPr="0022101F" w:rsidRDefault="006D6692" w:rsidP="006D6692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t>ข้อมูล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/</w:t>
      </w:r>
      <w:r>
        <w:rPr>
          <w:rFonts w:ascii="TH SarabunPSK" w:hAnsi="TH SarabunPSK" w:cs="TH SarabunPSK"/>
          <w:b/>
          <w:bCs/>
          <w:szCs w:val="32"/>
          <w:cs/>
          <w:lang w:bidi="th-TH"/>
        </w:rPr>
        <w:t>หลักฐานที่ต้องรายงาน</w:t>
      </w:r>
      <w:r>
        <w:rPr>
          <w:rFonts w:ascii="TH SarabunPSK" w:hAnsi="TH SarabunPSK" w:cs="TH SarabunPSK"/>
          <w:szCs w:val="32"/>
          <w:cs/>
          <w:lang w:bidi="th-TH"/>
        </w:rPr>
        <w:t xml:space="preserve"> :</w:t>
      </w:r>
    </w:p>
    <w:p w:rsidR="006D6692" w:rsidRPr="007E2FC1" w:rsidRDefault="006D6692" w:rsidP="006D6692">
      <w:pPr>
        <w:pStyle w:val="ae"/>
        <w:numPr>
          <w:ilvl w:val="0"/>
          <w:numId w:val="26"/>
        </w:numPr>
        <w:spacing w:after="0" w:line="240" w:lineRule="auto"/>
        <w:ind w:left="426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  <w:lang w:bidi="th-TH"/>
        </w:rPr>
        <w:t xml:space="preserve">ประกาศผลการจัดอันดับ </w:t>
      </w:r>
      <w:r>
        <w:rPr>
          <w:rFonts w:ascii="TH SarabunPSK" w:hAnsi="TH SarabunPSK" w:cs="TH SarabunPSK"/>
          <w:szCs w:val="32"/>
        </w:rPr>
        <w:t>UI Green Metric</w:t>
      </w:r>
    </w:p>
    <w:p w:rsidR="006D6692" w:rsidRDefault="006D6692" w:rsidP="006D6692">
      <w:pPr>
        <w:pStyle w:val="ae"/>
        <w:numPr>
          <w:ilvl w:val="0"/>
          <w:numId w:val="26"/>
        </w:numPr>
        <w:spacing w:after="0" w:line="240" w:lineRule="auto"/>
        <w:ind w:left="426"/>
        <w:rPr>
          <w:rFonts w:ascii="TH SarabunPSK" w:eastAsia="Times New Roman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  <w:lang w:bidi="th-TH"/>
        </w:rPr>
        <w:t>รายงานผลการประเมิน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0E7717" w:rsidRPr="00DA5AD5" w:rsidRDefault="000E7717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890C54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E34AEE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E34AEE" w:rsidRPr="00E34AEE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19</w:t>
            </w:r>
            <w:r w:rsidRPr="00E34AEE">
              <w:rPr>
                <w:rFonts w:ascii="TH SarabunPSK" w:hAnsi="TH SarabunPSK" w:cs="TH SarabunPSK"/>
                <w:bCs/>
                <w:color w:val="1F4E78"/>
                <w:szCs w:val="32"/>
              </w:rPr>
              <w:t xml:space="preserve">  </w:t>
            </w:r>
            <w:r w:rsidR="00E34AEE" w:rsidRPr="00E34AEE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>ร้อยละของกระบวนการปฏิบัติงานที่ได้รับการปรับปรุงให้มีประสิทธิภาพ</w:t>
            </w:r>
            <w:r w:rsidR="00E34AEE" w:rsidRPr="00E34AEE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 xml:space="preserve"> (</w:t>
            </w:r>
            <w:r w:rsidR="00E34AEE" w:rsidRPr="00E34AEE">
              <w:rPr>
                <w:rFonts w:ascii="TH SarabunPSK" w:hAnsi="TH SarabunPSK" w:cs="TH SarabunPSK" w:hint="cs"/>
                <w:bCs/>
                <w:szCs w:val="32"/>
                <w:cs/>
                <w:lang w:bidi="th-TH"/>
              </w:rPr>
              <w:t xml:space="preserve">ร้อยละ </w:t>
            </w:r>
            <w:r w:rsidR="00E34AEE" w:rsidRPr="006771F1">
              <w:rPr>
                <w:rFonts w:ascii="TH SarabunPSK" w:hAnsi="TH SarabunPSK" w:cs="TH SarabunPSK"/>
                <w:b/>
                <w:szCs w:val="32"/>
              </w:rPr>
              <w:t>20</w:t>
            </w:r>
            <w:r w:rsidR="00E34AEE" w:rsidRPr="00E34AEE">
              <w:rPr>
                <w:rFonts w:ascii="TH SarabunPSK" w:hAnsi="TH SarabunPSK" w:cs="TH SarabunPSK"/>
                <w:bCs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890C54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9228B3">
            <w:pPr>
              <w:rPr>
                <w:rFonts w:ascii="TH SarabunPSK" w:hAnsi="TH SarabunPSK" w:cs="TH SarabunPSK"/>
                <w:szCs w:val="32"/>
              </w:rPr>
            </w:pP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9228B3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266281"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9228B3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ผอ.กองทุกกอง</w:t>
            </w:r>
            <w:r w:rsidRPr="009228B3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Pr="009228B3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น.ส.</w:t>
            </w:r>
            <w:r w:rsidR="009228B3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ชนกญาดา โคตรสาลี </w:t>
            </w:r>
            <w:r w:rsidR="009228B3" w:rsidRPr="0065688D">
              <w:rPr>
                <w:rFonts w:ascii="TH SarabunPSK" w:hAnsi="TH SarabunPSK" w:cs="TH SarabunPSK" w:hint="cs"/>
                <w:color w:val="FF0000"/>
                <w:szCs w:val="32"/>
                <w:cs/>
                <w:lang w:bidi="th-TH"/>
              </w:rPr>
              <w:t>/......................................./.....................................</w:t>
            </w:r>
            <w:r w:rsidR="00266281"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[รหัส สนอ.: </w:t>
            </w:r>
            <w:r w:rsidRPr="009228B3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9228B3">
              <w:rPr>
                <w:rFonts w:ascii="TH SarabunPSK" w:hAnsi="TH SarabunPSK" w:cs="TH SarabunPSK"/>
                <w:b/>
                <w:color w:val="002060"/>
                <w:szCs w:val="32"/>
              </w:rPr>
              <w:t>SM</w:t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9228B3">
              <w:rPr>
                <w:rFonts w:ascii="TH SarabunPSK" w:hAnsi="TH SarabunPSK" w:cs="TH SarabunPSK"/>
                <w:b/>
                <w:color w:val="002060"/>
                <w:szCs w:val="32"/>
              </w:rPr>
              <w:t>01</w:t>
            </w:r>
            <w:r w:rsidRPr="009228B3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คำอธิบาย 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: 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กระบวนการปฏิบัติงาน หมายถึง การปฏิบัติงานที่มีการวางแผน การกำหนดกระบวนการขั้นตอนการปฏิบัติงานไว้อย่างเป็นระบบ ตั้งแต่เริ่มต้นการปฏิบัติงานจนสิ้นสุดการปฏิบัติงาน โดยมุ่งผลสำเร็จของการปฏิบัติงานที่มีประสิทธิภาพ 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แนวทางในการดำเนินงาน 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</w:t>
      </w:r>
      <w:r w:rsidRPr="003027DC">
        <w:rPr>
          <w:rFonts w:ascii="TH SarabunPSK" w:hAnsi="TH SarabunPSK" w:cs="TH SarabunPSK"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  <w:cs/>
        </w:rPr>
        <w:t>1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พิจารณาทบทวนกระบวนการการปฏิบัติงานหลักของหน่วยงานในรอบปีงบประมาณที่ต้องดำเนินการปรับปรุงพัฒนา เพื่อให้การปฏิบัติงานมีคุณภาพและเกิดประสิทธิภาพสูงสุดสอดรับต่อสถานการณ์ปัจจุบันที่มีการเปลี่ยนแปลงไปอย่างรวดเร็ว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</w:rPr>
        <w:t>2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ผู้มีส่วนได้ส่วนเสีย หมายถึง บุคคล กลุ่มบุคคล หน่วยงาน องค์กร และผู้รับบริการ 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</w:rPr>
        <w:t>3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จำนวนกระบวนการที่ต้องปรับปรุง คิดเป็นร้อยละ </w:t>
      </w:r>
      <w:r w:rsidRPr="003027DC">
        <w:rPr>
          <w:rFonts w:ascii="TH SarabunPSK" w:hAnsi="TH SarabunPSK" w:cs="TH SarabunPSK"/>
          <w:sz w:val="30"/>
          <w:szCs w:val="30"/>
        </w:rPr>
        <w:t>100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  <w:cs/>
        </w:rPr>
        <w:t>4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การรายงานผลความสำเร็จของหน่วยงาน ให้หน่วยงานรายงานผลสำเร็จตามแบบฟอร์มที่กำหนด โดยควรมีสาระสำคัญที่แสดงให้เห็นถึงการปรับปรุงกระบวนการปฏิบัติงานที่มีประสิทธิภาพ อาทิ การลดลงของขั้นตอนดำเนินงาน การลดระยะเวลาที่ใช้ดำเนินงาน การลดค่าใช้จ่ายที่ไม่จำเป็น  การส่งข้อมูลงานผ่านทางระบบเทคโนโลยีสารสนเทศแทนการใช้กระดาษ และการลดขั้นตอนในการให้บริการของหน่วยงาน เพื่อให้ผู้รับบริการได้รับการบริการที่สะดวกรวดเร็วและประหยัดเวลา เป็นต้น</w:t>
      </w: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A65D7E" w:rsidRPr="003027DC" w:rsidRDefault="00A65D7E" w:rsidP="00A65D7E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F36516" wp14:editId="7179A4ED">
                <wp:simplePos x="0" y="0"/>
                <wp:positionH relativeFrom="column">
                  <wp:posOffset>8417560</wp:posOffset>
                </wp:positionH>
                <wp:positionV relativeFrom="paragraph">
                  <wp:posOffset>260985</wp:posOffset>
                </wp:positionV>
                <wp:extent cx="2858770" cy="412750"/>
                <wp:effectExtent l="0" t="0" r="0" b="6350"/>
                <wp:wrapNone/>
                <wp:docPr id="17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77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0C6" w:rsidRDefault="00A430C6" w:rsidP="00A65D7E">
                            <w:pPr>
                              <w:pStyle w:val="aff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H SarabunPSK" w:hAnsi="+mn-ea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×</w:t>
                            </w:r>
                            <w:r>
                              <w:rPr>
                                <w:rFonts w:ascii="TH SarabunPSK" w:hAnsi="+mn-ea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48"/>
                                <w:szCs w:val="48"/>
                                <w:cs/>
                              </w:rPr>
                              <w:t xml:space="preserve">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36516" id="Text Box 278" o:spid="_x0000_s1043" type="#_x0000_t202" style="position:absolute;left:0;text-align:left;margin-left:662.8pt;margin-top:20.55pt;width:225.1pt;height:3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" filled="f" stroked="f" strokecolor="white">
                <v:textbox>
                  <w:txbxContent>
                    <w:p w:rsidR="00A430C6" w:rsidRDefault="00A430C6" w:rsidP="00A65D7E">
                      <w:pPr>
                        <w:pStyle w:val="aff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H SarabunPSK" w:hAnsi="+mn-ea" w:cs="TH SarabunPSK"/>
                          <w:b/>
                          <w:bCs/>
                          <w:color w:val="000000" w:themeColor="text1"/>
                          <w:kern w:val="24"/>
                          <w:sz w:val="48"/>
                          <w:szCs w:val="48"/>
                        </w:rPr>
                        <w:t>×</w:t>
                      </w:r>
                      <w:r>
                        <w:rPr>
                          <w:rFonts w:ascii="TH SarabunPSK" w:hAnsi="+mn-ea" w:cs="TH SarabunPSK"/>
                          <w:b/>
                          <w:bCs/>
                          <w:color w:val="000000" w:themeColor="text1"/>
                          <w:kern w:val="24"/>
                          <w:sz w:val="48"/>
                          <w:szCs w:val="48"/>
                          <w:cs/>
                        </w:rPr>
                        <w:t xml:space="preserve"> 100</w:t>
                      </w:r>
                    </w:p>
                  </w:txbxContent>
                </v:textbox>
              </v:shape>
            </w:pict>
          </mc:Fallback>
        </mc:AlternateConten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เกณฑ์การให้คะแนน  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: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</w:t>
      </w:r>
    </w:p>
    <w:p w:rsidR="00A65D7E" w:rsidRPr="003027DC" w:rsidRDefault="00A65D7E" w:rsidP="00A65D7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B9112F" wp14:editId="70D51701">
                <wp:simplePos x="0" y="0"/>
                <wp:positionH relativeFrom="column">
                  <wp:posOffset>2841082</wp:posOffset>
                </wp:positionH>
                <wp:positionV relativeFrom="paragraph">
                  <wp:posOffset>199691</wp:posOffset>
                </wp:positionV>
                <wp:extent cx="2859054" cy="413378"/>
                <wp:effectExtent l="0" t="0" r="0" b="6350"/>
                <wp:wrapNone/>
                <wp:docPr id="1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9054" cy="413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0C6" w:rsidRPr="00E3318E" w:rsidRDefault="00A430C6" w:rsidP="00A65D7E">
                            <w:pPr>
                              <w:pStyle w:val="aff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3318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× </w:t>
                            </w:r>
                            <w:r w:rsidRPr="00E3318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cs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9112F" id="_x0000_s1044" type="#_x0000_t202" style="position:absolute;margin-left:223.7pt;margin-top:15.7pt;width:225.1pt;height:32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" filled="f" stroked="f" strokecolor="white">
                <v:textbox>
                  <w:txbxContent>
                    <w:p w:rsidR="00A430C6" w:rsidRPr="00E3318E" w:rsidRDefault="00A430C6" w:rsidP="00A65D7E">
                      <w:pPr>
                        <w:pStyle w:val="aff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3318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</w:rPr>
                        <w:t xml:space="preserve">× </w:t>
                      </w:r>
                      <w:r w:rsidRPr="00E3318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Pr="003027DC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086E3" wp14:editId="75A38050">
                <wp:simplePos x="0" y="0"/>
                <wp:positionH relativeFrom="column">
                  <wp:posOffset>113731</wp:posOffset>
                </wp:positionH>
                <wp:positionV relativeFrom="paragraph">
                  <wp:posOffset>93474</wp:posOffset>
                </wp:positionV>
                <wp:extent cx="4516120" cy="402590"/>
                <wp:effectExtent l="0" t="0" r="0" b="0"/>
                <wp:wrapNone/>
                <wp:docPr id="15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612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0C6" w:rsidRPr="00E3318E" w:rsidRDefault="00A430C6" w:rsidP="00A65D7E">
                            <w:pPr>
                              <w:pStyle w:val="affb"/>
                              <w:spacing w:before="0" w:beforeAutospacing="0" w:after="160" w:afterAutospacing="0" w:line="256" w:lineRule="auto"/>
                              <w:jc w:val="center"/>
                            </w:pPr>
                            <w:r w:rsidRPr="00E3318E">
                              <w:rPr>
                                <w:rFonts w:ascii="Calibri" w:eastAsia="Calibri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cs/>
                              </w:rPr>
                              <w:t>จำนวนกระบวนการปฏิบัติงานที่ต้องปรับปรุงในรอบระยะเวลา 1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086E3" id="_x0000_s1045" type="#_x0000_t202" style="position:absolute;margin-left:8.95pt;margin-top:7.35pt;width:355.6pt;height:3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" filled="f" stroked="f" strokecolor="white">
                <v:textbox>
                  <w:txbxContent>
                    <w:p w:rsidR="00A430C6" w:rsidRPr="00E3318E" w:rsidRDefault="00A430C6" w:rsidP="00A65D7E">
                      <w:pPr>
                        <w:pStyle w:val="affb"/>
                        <w:spacing w:before="0" w:beforeAutospacing="0" w:after="160" w:afterAutospacing="0" w:line="256" w:lineRule="auto"/>
                        <w:jc w:val="center"/>
                      </w:pPr>
                      <w:r w:rsidRPr="00E3318E">
                        <w:rPr>
                          <w:rFonts w:ascii="Calibri" w:eastAsia="Calibri" w:hAnsi="TH SarabunPSK" w:cs="TH SarabunPSK"/>
                          <w:b/>
                          <w:bCs/>
                          <w:color w:val="000000" w:themeColor="text1"/>
                          <w:kern w:val="24"/>
                          <w:cs/>
                        </w:rPr>
                        <w:t>จำนวนกระบวนการปฏิบัติงานที่ต้องปรับปรุงในรอบระยะเวลา 1 ปี</w:t>
                      </w:r>
                    </w:p>
                  </w:txbxContent>
                </v:textbox>
              </v:shape>
            </w:pict>
          </mc:Fallback>
        </mc:AlternateContent>
      </w:r>
      <w:r w:rsidRPr="003027DC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E72B4" wp14:editId="3A031DC3">
                <wp:simplePos x="0" y="0"/>
                <wp:positionH relativeFrom="column">
                  <wp:posOffset>-382780</wp:posOffset>
                </wp:positionH>
                <wp:positionV relativeFrom="paragraph">
                  <wp:posOffset>199937</wp:posOffset>
                </wp:positionV>
                <wp:extent cx="1709019" cy="413378"/>
                <wp:effectExtent l="0" t="0" r="0" b="6350"/>
                <wp:wrapNone/>
                <wp:docPr id="1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019" cy="413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0C6" w:rsidRPr="00E3318E" w:rsidRDefault="00A430C6" w:rsidP="00A65D7E">
                            <w:pPr>
                              <w:pStyle w:val="affb"/>
                              <w:spacing w:before="0" w:beforeAutospacing="0" w:after="0" w:afterAutospacing="0"/>
                              <w:jc w:val="center"/>
                            </w:pPr>
                            <w:r w:rsidRPr="00E3318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cs/>
                              </w:rPr>
                              <w:t>ร้อยละ 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E72B4" id="_x0000_s1046" type="#_x0000_t202" style="position:absolute;margin-left:-30.15pt;margin-top:15.75pt;width:134.55pt;height:32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" filled="f" stroked="f" strokecolor="white">
                <v:textbox>
                  <w:txbxContent>
                    <w:p w:rsidR="00A430C6" w:rsidRPr="00E3318E" w:rsidRDefault="00A430C6" w:rsidP="00A65D7E">
                      <w:pPr>
                        <w:pStyle w:val="affb"/>
                        <w:spacing w:before="0" w:beforeAutospacing="0" w:after="0" w:afterAutospacing="0"/>
                        <w:jc w:val="center"/>
                      </w:pPr>
                      <w:r w:rsidRPr="00E3318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cs/>
                        </w:rPr>
                        <w:t>ร้อยละ =</w:t>
                      </w:r>
                    </w:p>
                  </w:txbxContent>
                </v:textbox>
              </v:shape>
            </w:pict>
          </mc:Fallback>
        </mc:AlternateContent>
      </w:r>
    </w:p>
    <w:p w:rsidR="00A65D7E" w:rsidRPr="003027DC" w:rsidRDefault="00A65D7E" w:rsidP="00A65D7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99886D" wp14:editId="3113751F">
                <wp:simplePos x="0" y="0"/>
                <wp:positionH relativeFrom="column">
                  <wp:posOffset>817373</wp:posOffset>
                </wp:positionH>
                <wp:positionV relativeFrom="paragraph">
                  <wp:posOffset>199790</wp:posOffset>
                </wp:positionV>
                <wp:extent cx="3218900" cy="0"/>
                <wp:effectExtent l="0" t="19050" r="19685" b="19050"/>
                <wp:wrapNone/>
                <wp:docPr id="18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8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F496A2" id="ตัวเชื่อมต่อตรง 1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.35pt,15.75pt" to="317.8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" strokecolor="blue" strokeweight="3pt"/>
            </w:pict>
          </mc:Fallback>
        </mc:AlternateContent>
      </w:r>
      <w:r w:rsidRPr="003027DC">
        <w:rPr>
          <w:rFonts w:ascii="TH SarabunPSK" w:hAnsi="TH SarabunPSK" w:cs="TH SarabunPSK"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80F097" wp14:editId="379AB1E3">
                <wp:simplePos x="0" y="0"/>
                <wp:positionH relativeFrom="column">
                  <wp:posOffset>307314</wp:posOffset>
                </wp:positionH>
                <wp:positionV relativeFrom="paragraph">
                  <wp:posOffset>143279</wp:posOffset>
                </wp:positionV>
                <wp:extent cx="4132580" cy="412750"/>
                <wp:effectExtent l="0" t="0" r="0" b="6350"/>
                <wp:wrapNone/>
                <wp:docPr id="16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258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0C6" w:rsidRPr="00E3318E" w:rsidRDefault="00A430C6" w:rsidP="00A65D7E">
                            <w:pPr>
                              <w:pStyle w:val="affb"/>
                              <w:spacing w:before="0" w:beforeAutospacing="0" w:after="0" w:afterAutospacing="0"/>
                              <w:jc w:val="center"/>
                            </w:pPr>
                            <w:r w:rsidRPr="00E3318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cs/>
                              </w:rPr>
                              <w:t>จำนวนกระบวนงานทั้งหมดทุกกอง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0F097" id="_x0000_s1047" type="#_x0000_t202" style="position:absolute;margin-left:24.2pt;margin-top:11.3pt;width:325.4pt;height:3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" filled="f" stroked="f" strokecolor="white">
                <v:textbox>
                  <w:txbxContent>
                    <w:p w:rsidR="00A430C6" w:rsidRPr="00E3318E" w:rsidRDefault="00A430C6" w:rsidP="00A65D7E">
                      <w:pPr>
                        <w:pStyle w:val="affb"/>
                        <w:spacing w:before="0" w:beforeAutospacing="0" w:after="0" w:afterAutospacing="0"/>
                        <w:jc w:val="center"/>
                      </w:pPr>
                      <w:r w:rsidRPr="00E3318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cs/>
                        </w:rPr>
                        <w:t>จำนวนกระบวนงานทั้งหมดทุกกอง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A65D7E" w:rsidRPr="003027DC" w:rsidRDefault="00A65D7E" w:rsidP="00A65D7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A65D7E" w:rsidRPr="003027DC" w:rsidRDefault="00A65D7E" w:rsidP="00A65D7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A65D7E" w:rsidRPr="003027DC" w:rsidRDefault="00A65D7E" w:rsidP="00A65D7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A65D7E" w:rsidRPr="003027DC" w:rsidRDefault="00A65D7E" w:rsidP="00A65D7E">
      <w:pPr>
        <w:spacing w:after="0" w:line="240" w:lineRule="auto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ข้อมูล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/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หลักฐานที่ต้องรายงาน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:</w:t>
      </w:r>
      <w:r w:rsidRPr="003027DC">
        <w:rPr>
          <w:rFonts w:ascii="TH SarabunPSK" w:hAnsi="TH SarabunPSK" w:cs="TH SarabunPSK"/>
          <w:noProof/>
          <w:sz w:val="30"/>
          <w:szCs w:val="30"/>
          <w:cs/>
          <w:lang w:bidi="th-TH"/>
        </w:rPr>
        <w:t xml:space="preserve"> </w:t>
      </w:r>
    </w:p>
    <w:p w:rsidR="00A65D7E" w:rsidRPr="003027DC" w:rsidRDefault="00A65D7E" w:rsidP="00A65D7E">
      <w:pPr>
        <w:pStyle w:val="ae"/>
        <w:numPr>
          <w:ilvl w:val="0"/>
          <w:numId w:val="28"/>
        </w:numPr>
        <w:spacing w:after="0" w:line="240" w:lineRule="auto"/>
        <w:ind w:left="426" w:hanging="284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kern w:val="24"/>
          <w:sz w:val="30"/>
          <w:szCs w:val="30"/>
          <w:cs/>
          <w:lang w:bidi="th-TH"/>
        </w:rPr>
        <w:t xml:space="preserve">แบบเก็บตัวชี้วัดที่ </w:t>
      </w:r>
      <w:r w:rsidRPr="003027DC">
        <w:rPr>
          <w:rFonts w:ascii="TH SarabunPSK" w:hAnsi="TH SarabunPSK" w:cs="TH SarabunPSK"/>
          <w:kern w:val="24"/>
          <w:sz w:val="30"/>
          <w:szCs w:val="30"/>
          <w:rtl/>
          <w:cs/>
        </w:rPr>
        <w:t xml:space="preserve">1 </w:t>
      </w:r>
      <w:r w:rsidRPr="003027DC">
        <w:rPr>
          <w:rFonts w:ascii="TH SarabunPSK" w:hAnsi="TH SarabunPSK" w:cs="TH SarabunPSK"/>
          <w:kern w:val="24"/>
          <w:sz w:val="30"/>
          <w:szCs w:val="30"/>
          <w:rtl/>
          <w:cs/>
          <w:lang w:bidi="th-TH"/>
        </w:rPr>
        <w:t>การปรับปรุงพัฒนากระบวนการปฏิบัติงานของหน่วยงาน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 xml:space="preserve"> ประจำปีงบประมาณ พ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>.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>ศ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 xml:space="preserve">. </w:t>
      </w:r>
      <w:r>
        <w:rPr>
          <w:rFonts w:ascii="TH SarabunPSK" w:hAnsi="TH SarabunPSK" w:cs="TH SarabunPSK"/>
          <w:sz w:val="30"/>
          <w:szCs w:val="30"/>
          <w:rtl/>
          <w:cs/>
        </w:rPr>
        <w:t>25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70</w:t>
      </w:r>
    </w:p>
    <w:p w:rsidR="00A65D7E" w:rsidRPr="003027DC" w:rsidRDefault="00A65D7E" w:rsidP="00A65D7E">
      <w:pPr>
        <w:pStyle w:val="ae"/>
        <w:spacing w:after="0" w:line="240" w:lineRule="auto"/>
        <w:ind w:left="426"/>
        <w:rPr>
          <w:rFonts w:ascii="TH SarabunPSK" w:hAnsi="TH SarabunPSK" w:cs="TH SarabunPSK"/>
          <w:sz w:val="30"/>
          <w:szCs w:val="30"/>
        </w:rPr>
      </w:pP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1653CF" w:rsidRPr="00DA5AD5" w:rsidRDefault="001653CF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3B72DF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D9627F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FE39A3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FE39A3" w:rsidRPr="00FE39A3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0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6771F1" w:rsidRPr="006771F1">
              <w:rPr>
                <w:rStyle w:val="af9"/>
                <w:rFonts w:ascii="TH SarabunPSK" w:hAnsi="TH SarabunPSK" w:cs="TH SarabunPSK"/>
                <w:szCs w:val="32"/>
                <w:cs/>
              </w:rPr>
              <w:t>ร้อยละการเบิกจ่ายงบประมาณโครงการของสำนักงานอธิการบดี</w:t>
            </w:r>
            <w:r w:rsidR="006771F1" w:rsidRPr="006771F1">
              <w:rPr>
                <w:rStyle w:val="af9"/>
                <w:rFonts w:ascii="Leelawadee UI" w:hAnsi="Leelawadee UI" w:cs="Leelawadee UI" w:hint="cs"/>
                <w:cs/>
                <w:lang w:bidi="th-TH"/>
              </w:rPr>
              <w:t xml:space="preserve"> </w:t>
            </w:r>
            <w:r w:rsidR="006771F1" w:rsidRPr="006771F1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(</w:t>
            </w:r>
            <w:r w:rsidR="006771F1" w:rsidRPr="006771F1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 xml:space="preserve">ร้อยละ </w:t>
            </w:r>
            <w:r w:rsidR="006771F1" w:rsidRPr="006771F1">
              <w:rPr>
                <w:rFonts w:ascii="TH SarabunPSK" w:hAnsi="TH SarabunPSK" w:cs="TH SarabunPSK"/>
                <w:b/>
                <w:bCs/>
                <w:szCs w:val="32"/>
              </w:rPr>
              <w:t>80</w:t>
            </w:r>
            <w:r w:rsidR="006771F1" w:rsidRPr="006771F1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3B72DF">
        <w:trPr>
          <w:jc w:val="center"/>
        </w:trPr>
        <w:tc>
          <w:tcPr>
            <w:tcW w:w="9028" w:type="dxa"/>
            <w:gridSpan w:val="2"/>
          </w:tcPr>
          <w:p w:rsidR="001653CF" w:rsidRPr="002E6B06" w:rsidRDefault="00BC35B2">
            <w:pPr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</w:pP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ผอ.กองนโยบายและแผน</w:t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</w:p>
          <w:p w:rsidR="00F91689" w:rsidRPr="00DA5AD5" w:rsidRDefault="00BC35B2" w:rsidP="002E6B06">
            <w:pPr>
              <w:rPr>
                <w:rFonts w:ascii="TH SarabunPSK" w:hAnsi="TH SarabunPSK" w:cs="TH SarabunPSK"/>
                <w:szCs w:val="32"/>
              </w:rPr>
            </w:pP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หัวหน้างาน</w:t>
            </w:r>
            <w:r w:rsidR="002E6B0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วิเคราะห์และ</w:t>
            </w:r>
            <w:r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งบประมาณ</w:t>
            </w:r>
            <w:r w:rsidRPr="002E6B06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นายภา</w:t>
            </w:r>
            <w:proofErr w:type="spellStart"/>
            <w:r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นุวัฒิ</w:t>
            </w:r>
            <w:proofErr w:type="spellEnd"/>
            <w:r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 </w:t>
            </w:r>
            <w:r w:rsidR="001653CF" w:rsidRPr="002E6B0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 </w:t>
            </w:r>
            <w:r w:rsidR="001653CF" w:rsidRPr="002E6B0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ศักดิ์ดา</w:t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B955C7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2E6B06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2E6B06">
              <w:rPr>
                <w:rFonts w:ascii="TH SarabunPSK" w:hAnsi="TH SarabunPSK" w:cs="TH SarabunPSK"/>
                <w:b/>
                <w:color w:val="002060"/>
                <w:szCs w:val="32"/>
              </w:rPr>
              <w:t>SM</w:t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2E6B06">
              <w:rPr>
                <w:rFonts w:ascii="TH SarabunPSK" w:hAnsi="TH SarabunPSK" w:cs="TH SarabunPSK"/>
                <w:b/>
                <w:color w:val="002060"/>
                <w:szCs w:val="32"/>
              </w:rPr>
              <w:t xml:space="preserve">02 </w:t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852E3C" w:rsidRDefault="00852E3C" w:rsidP="003B72D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lang w:bidi="th-TH"/>
        </w:rPr>
      </w:pPr>
    </w:p>
    <w:p w:rsidR="003B72DF" w:rsidRPr="003027DC" w:rsidRDefault="003B72DF" w:rsidP="003B72D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คำอธิบาย 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: </w:t>
      </w:r>
    </w:p>
    <w:p w:rsidR="003062E1" w:rsidRPr="003062E1" w:rsidRDefault="00852E3C" w:rsidP="00852E3C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  <w:lang w:bidi="th-TH"/>
        </w:rPr>
        <w:t xml:space="preserve">            </w:t>
      </w:r>
      <w:r w:rsidR="003062E1"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วัดสัดส่วนงบประมาณโครงการของสำนักงานอธิการบดีที่เบิกจ่ายจริงในปีงบประมาณ พ.ศ. </w:t>
      </w:r>
      <w:r w:rsidR="003062E1"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2570 </w:t>
      </w:r>
      <w:r w:rsidR="003062E1"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เทียบกับงบประมาณที่ได้รับจัดสรรสำหรับโครงการในปีเดียวกัน เพื่อกำกับติดตามความก้าวหน้าการเบิกจ่ายและเร่งแก้ไขปัญหาที่ทำให้การเบิกจ่ายล่าช้า</w:t>
      </w:r>
    </w:p>
    <w:p w:rsidR="003062E1" w:rsidRPr="003062E1" w:rsidRDefault="003062E1" w:rsidP="003062E1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3062E1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คำนิยาม</w:t>
      </w:r>
    </w:p>
    <w:p w:rsidR="003062E1" w:rsidRPr="003062E1" w:rsidRDefault="003062E1" w:rsidP="003062E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3062E1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งบประมาณโครงการที่ได้รับจัดสรร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หมายถึง วงเงินสำหรับโครงการตามแผนปฏิบัติราชการของสำนักงานอธิการบดีที่ได้รับอนุมัติ รวมการปรับเพิ่ม ลด หรือโอนงบประมาณที่ได้รับอนุมัติอย่างเป็นทางการ</w:t>
      </w:r>
    </w:p>
    <w:p w:rsidR="003062E1" w:rsidRPr="003062E1" w:rsidRDefault="003062E1" w:rsidP="003062E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3062E1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งบประมาณที่เบิกจ่ายจริง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หมายถึง รายจ่ายของโครงการที่งานการเงินบันทึกการเบิกจ่ายแล้ว ระหว่างวันที่ 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ตุลาคม 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2569–30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กันยายน 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2570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ตามหลักเกณฑ์การบันทึกของมหาวิทยาลัย โดยหักรายการยกเลิกหรือคืนเงินที่เกี่ยวข้องแล้ว</w:t>
      </w:r>
    </w:p>
    <w:p w:rsidR="003062E1" w:rsidRPr="003062E1" w:rsidRDefault="003062E1" w:rsidP="003062E1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3062E1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วิธีคำนวณ</w:t>
      </w:r>
    </w:p>
    <w:p w:rsidR="003062E1" w:rsidRPr="003062E1" w:rsidRDefault="003062E1" w:rsidP="003062E1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2700FA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ร้อยละการเบิกจ่าย = (ยอดเบิกจ่ายจริงของโครงการทั้งหมด </w:t>
      </w:r>
      <w:r w:rsidRPr="002700FA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÷ </w:t>
      </w:r>
      <w:r w:rsidRPr="002700FA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งบประมาณโครงการทั้งหมดที่ได้รับจัดสรร) </w:t>
      </w:r>
      <w:r w:rsidRPr="002700FA">
        <w:rPr>
          <w:rFonts w:ascii="TH SarabunPSK" w:eastAsia="Times New Roman" w:hAnsi="TH SarabunPSK" w:cs="TH SarabunPSK"/>
          <w:color w:val="auto"/>
          <w:szCs w:val="32"/>
          <w:lang w:bidi="th-TH"/>
        </w:rPr>
        <w:t>× 100</w:t>
      </w:r>
    </w:p>
    <w:p w:rsidR="003062E1" w:rsidRPr="003062E1" w:rsidRDefault="003062E1" w:rsidP="003062E1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ตัวอย่าง ได้รับจัดสรรงบประมาณโครงการรวม 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2,000,000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บาท เบิกจ่ายจริง 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1,850,000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บาท ผลเท่ากับ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="002700FA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br/>
      </w:r>
      <w:r w:rsidRPr="002700FA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ร้อยละ </w:t>
      </w:r>
      <w:r w:rsidRPr="002700FA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92.50 — </w:t>
      </w:r>
      <w:r w:rsidRPr="002700FA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บรรลุเป้าหมาย</w:t>
      </w:r>
    </w:p>
    <w:p w:rsidR="003062E1" w:rsidRPr="003062E1" w:rsidRDefault="003062E1" w:rsidP="003062E1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3062E1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หลักฐานประกอบ:</w:t>
      </w:r>
      <w:r w:rsidRPr="003062E1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3062E1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บัญชีจัดสรรงบประมาณรายโครงการ รายงานเบิกจ่ายจากงานการเงิน หนังสืออนุมัติปรับงบประมาณ และตารางสรุปยอดที่ตรวจสอบตรงกันแล้ว</w:t>
      </w:r>
    </w:p>
    <w:p w:rsidR="003B72DF" w:rsidRPr="003027DC" w:rsidRDefault="003B72DF" w:rsidP="003B72DF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0"/>
          <w:szCs w:val="30"/>
          <w:lang w:bidi="th-TH"/>
        </w:rPr>
      </w:pPr>
    </w:p>
    <w:p w:rsidR="003B72DF" w:rsidRDefault="003B72DF">
      <w:pPr>
        <w:spacing w:after="360"/>
        <w:rPr>
          <w:rFonts w:ascii="TH SarabunPSK" w:hAnsi="TH SarabunPSK" w:cs="TH SarabunPSK"/>
          <w:szCs w:val="32"/>
        </w:rPr>
      </w:pPr>
    </w:p>
    <w:p w:rsidR="003B72DF" w:rsidRDefault="003B72DF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805"/>
        <w:gridCol w:w="4223"/>
      </w:tblGrid>
      <w:tr w:rsidR="00F91689" w:rsidRPr="00DA5AD5" w:rsidTr="008C694C">
        <w:trPr>
          <w:jc w:val="center"/>
        </w:trPr>
        <w:tc>
          <w:tcPr>
            <w:tcW w:w="4805" w:type="dxa"/>
            <w:shd w:val="clear" w:color="auto" w:fill="F2F2F2"/>
          </w:tcPr>
          <w:p w:rsidR="00F91689" w:rsidRPr="00DA5AD5" w:rsidRDefault="00BC35B2" w:rsidP="00FE39A3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FE39A3" w:rsidRPr="008C694C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1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8C694C" w:rsidRPr="008C694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จำนวนผลงานวิจัยที่นำไปใช้ประโยชน์ในการพัฒนางานของสำนักงานอธิการบดี</w:t>
            </w:r>
            <w:r w:rsidR="008C694C" w:rsidRPr="008C694C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  <w:lang w:bidi="th-TH"/>
              </w:rPr>
              <w:t xml:space="preserve"> </w:t>
            </w:r>
            <w:r w:rsidR="008C694C" w:rsidRPr="008C694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  <w:lang w:bidi="th-TH"/>
              </w:rPr>
              <w:br/>
            </w:r>
            <w:r w:rsidR="008C694C" w:rsidRPr="008C694C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  <w:lang w:bidi="th-TH"/>
              </w:rPr>
              <w:t>(ไม่น้อยกว่า 3 ผลงาน)</w:t>
            </w:r>
            <w:r w:rsidR="008C694C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  <w:lang w:bidi="th-TH"/>
              </w:rPr>
              <w:t xml:space="preserve"> </w:t>
            </w:r>
            <w:r w:rsidR="008C694C" w:rsidRPr="008C694C">
              <w:rPr>
                <w:rFonts w:ascii="TH SarabunPSK" w:hAnsi="TH SarabunPSK" w:cs="TH SarabunPSK" w:hint="cs"/>
                <w:color w:val="FF0000"/>
                <w:szCs w:val="32"/>
                <w:cs/>
                <w:lang w:bidi="th-TH"/>
              </w:rPr>
              <w:t>(ตัวชี้วัดใหม่)</w:t>
            </w:r>
          </w:p>
        </w:tc>
        <w:tc>
          <w:tcPr>
            <w:tcW w:w="4223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B955C7">
        <w:trPr>
          <w:jc w:val="center"/>
        </w:trPr>
        <w:tc>
          <w:tcPr>
            <w:tcW w:w="9028" w:type="dxa"/>
            <w:gridSpan w:val="2"/>
          </w:tcPr>
          <w:p w:rsidR="008C694C" w:rsidRPr="008C694C" w:rsidRDefault="00BC35B2" w:rsidP="008C694C">
            <w:pPr>
              <w:rPr>
                <w:rFonts w:ascii="TH SarabunPSK" w:hAnsi="TH SarabunPSK" w:cs="TH SarabunPSK"/>
                <w:b/>
                <w:color w:val="002060"/>
                <w:szCs w:val="32"/>
              </w:rPr>
            </w:pP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017870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3C4753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</w:t>
            </w:r>
            <w:r w:rsidRPr="008C694C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: </w:t>
            </w:r>
            <w:r w:rsidR="008C694C" w:rsidRPr="008C694C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ผอ.กองกลาง ผอ.กองนโยบายและแผน</w:t>
            </w:r>
          </w:p>
          <w:p w:rsidR="008C694C" w:rsidRDefault="00BC35B2" w:rsidP="008C694C">
            <w:pPr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</w:pPr>
            <w:r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</w:p>
          <w:p w:rsidR="008C694C" w:rsidRPr="008C694C" w:rsidRDefault="008C694C" w:rsidP="008C694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 w:themeColor="text1"/>
                <w:szCs w:val="32"/>
                <w:lang w:bidi="th-TH"/>
              </w:rPr>
            </w:pPr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1. น.ส.ชนก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ญา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ดา โคตรสาลี</w:t>
            </w:r>
            <w:r w:rsidRPr="008C694C">
              <w:rPr>
                <w:rFonts w:ascii="TH SarabunPSK" w:hAnsi="TH SarabunPSK" w:cs="TH SarabunPSK"/>
                <w:color w:val="000000" w:themeColor="text1"/>
                <w:szCs w:val="32"/>
                <w:cs/>
                <w:lang w:bidi="th-TH"/>
              </w:rPr>
              <w:br/>
            </w:r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2. น.ส.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ชัญญา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นุชพ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สิษฐ์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 xml:space="preserve"> ประชาริโก</w:t>
            </w:r>
            <w:r w:rsidRPr="008C694C">
              <w:rPr>
                <w:rFonts w:ascii="TH SarabunPSK" w:hAnsi="TH SarabunPSK" w:cs="TH SarabunPSK"/>
                <w:color w:val="000000" w:themeColor="text1"/>
                <w:szCs w:val="32"/>
                <w:cs/>
                <w:lang w:bidi="th-TH"/>
              </w:rPr>
              <w:br/>
            </w:r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3. นายภา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นุวัฒิ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 xml:space="preserve"> ศักดิ์ดา</w:t>
            </w:r>
          </w:p>
          <w:p w:rsidR="008C694C" w:rsidRPr="008C694C" w:rsidRDefault="008C694C" w:rsidP="008C694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 w:themeColor="text1"/>
                <w:szCs w:val="32"/>
                <w:lang w:bidi="th-TH"/>
              </w:rPr>
            </w:pPr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4. น.ส.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สุท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ราภรณ์ ตาลกุล</w:t>
            </w:r>
          </w:p>
          <w:p w:rsidR="008C694C" w:rsidRPr="008C694C" w:rsidRDefault="008C694C" w:rsidP="008C694C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 w:themeColor="text1"/>
                <w:szCs w:val="32"/>
                <w:lang w:bidi="th-TH"/>
              </w:rPr>
            </w:pPr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 xml:space="preserve">5. น.ส.จันทร์จิรา 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สุว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รณการี</w:t>
            </w:r>
            <w:proofErr w:type="spellStart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ย์</w:t>
            </w:r>
            <w:proofErr w:type="spellEnd"/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กุล</w:t>
            </w:r>
          </w:p>
          <w:p w:rsidR="00F91689" w:rsidRPr="00DA5AD5" w:rsidRDefault="008C694C" w:rsidP="008C694C">
            <w:pPr>
              <w:spacing w:after="0" w:line="240" w:lineRule="auto"/>
              <w:contextualSpacing/>
              <w:rPr>
                <w:rFonts w:ascii="TH SarabunPSK" w:hAnsi="TH SarabunPSK" w:cs="TH SarabunPSK"/>
                <w:szCs w:val="32"/>
              </w:rPr>
            </w:pPr>
            <w:r w:rsidRPr="008C694C">
              <w:rPr>
                <w:rFonts w:ascii="TH SarabunPSK" w:hAnsi="TH SarabunPSK" w:cs="TH SarabunPSK" w:hint="cs"/>
                <w:color w:val="000000" w:themeColor="text1"/>
                <w:szCs w:val="32"/>
                <w:cs/>
                <w:lang w:bidi="th-TH"/>
              </w:rPr>
              <w:t>6. น.ส.จีรนันท์ ปิดรัมย์</w:t>
            </w:r>
            <w:r w:rsidR="003C4753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="00BC35B2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="00BC35B2" w:rsidRPr="002E6B06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="00BC35B2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BC35B2" w:rsidRPr="002E6B06">
              <w:rPr>
                <w:rFonts w:ascii="TH SarabunPSK" w:hAnsi="TH SarabunPSK" w:cs="TH SarabunPSK"/>
                <w:b/>
                <w:color w:val="002060"/>
                <w:szCs w:val="32"/>
              </w:rPr>
              <w:t>SM</w:t>
            </w:r>
            <w:r w:rsidR="00BC35B2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BC35B2" w:rsidRPr="002E6B06">
              <w:rPr>
                <w:rFonts w:ascii="TH SarabunPSK" w:hAnsi="TH SarabunPSK" w:cs="TH SarabunPSK"/>
                <w:b/>
                <w:color w:val="002060"/>
                <w:szCs w:val="32"/>
              </w:rPr>
              <w:t>03</w:t>
            </w:r>
            <w:r w:rsidR="00BC35B2" w:rsidRPr="002E6B0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8C694C" w:rsidRPr="008C694C" w:rsidRDefault="008C694C" w:rsidP="008C694C">
      <w:pPr>
        <w:pStyle w:val="31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8C694C">
        <w:rPr>
          <w:rFonts w:ascii="TH SarabunPSK" w:hAnsi="TH SarabunPSK" w:cs="TH SarabunPSK"/>
          <w:color w:val="auto"/>
          <w:szCs w:val="32"/>
          <w:cs/>
        </w:rPr>
        <w:t>วัตถุประสงค์</w:t>
      </w:r>
      <w:r w:rsidRPr="008C694C">
        <w:rPr>
          <w:rFonts w:ascii="TH SarabunPSK" w:hAnsi="TH SarabunPSK" w:cs="TH SarabunPSK"/>
          <w:szCs w:val="32"/>
          <w:cs/>
          <w:lang w:bidi="th-TH"/>
        </w:rPr>
        <w:t xml:space="preserve">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  <w:cs/>
        </w:rPr>
        <w:t>เพื่อส่งเสริมให้หน่วยงานนำข้อค้นพบ เครื่องมือ ระบบ หรือแนวทางจากการวิจัยไปปรับปรุงงาน และมีหลักฐานแสดงผลจากการใช้งานจริง</w:t>
      </w:r>
    </w:p>
    <w:p w:rsidR="008C694C" w:rsidRPr="008C694C" w:rsidRDefault="008C694C" w:rsidP="008C694C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8C694C">
        <w:rPr>
          <w:rStyle w:val="af9"/>
          <w:rFonts w:ascii="TH SarabunPSK" w:hAnsi="TH SarabunPSK" w:cs="TH SarabunPSK"/>
          <w:sz w:val="32"/>
          <w:szCs w:val="32"/>
          <w:cs/>
        </w:rPr>
        <w:t>ผลงานวิจัย</w:t>
      </w:r>
      <w:r w:rsidRPr="008C694C">
        <w:rPr>
          <w:rFonts w:ascii="TH SarabunPSK" w:hAnsi="TH SarabunPSK" w:cs="TH SarabunPSK"/>
          <w:sz w:val="32"/>
          <w:szCs w:val="32"/>
        </w:rPr>
        <w:t xml:space="preserve"> </w:t>
      </w:r>
      <w:r w:rsidRPr="008C694C">
        <w:rPr>
          <w:rFonts w:ascii="TH SarabunPSK" w:hAnsi="TH SarabunPSK" w:cs="TH SarabunPSK"/>
          <w:sz w:val="32"/>
          <w:szCs w:val="32"/>
          <w:cs/>
        </w:rPr>
        <w:t>หมายถึง ข้อค้นพบ ข้อเสนอแนะ แบบจำลอง เครื่องมือ ระบบข้อมูล สื่อ หรือแนวทางปฏิบัติที่เกิดจากโครงการวิจัย และมีเอกสารยืนยันที่มา</w:t>
      </w:r>
    </w:p>
    <w:p w:rsidR="008C694C" w:rsidRPr="008C694C" w:rsidRDefault="008C694C" w:rsidP="008C694C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8C694C">
        <w:rPr>
          <w:rStyle w:val="af9"/>
          <w:rFonts w:ascii="TH SarabunPSK" w:hAnsi="TH SarabunPSK" w:cs="TH SarabunPSK"/>
          <w:sz w:val="32"/>
          <w:szCs w:val="32"/>
          <w:cs/>
        </w:rPr>
        <w:t>การนำไปใช้ประโยชน์ในการพัฒนางาน</w:t>
      </w:r>
      <w:r w:rsidRPr="008C694C">
        <w:rPr>
          <w:rFonts w:ascii="TH SarabunPSK" w:hAnsi="TH SarabunPSK" w:cs="TH SarabunPSK"/>
          <w:sz w:val="32"/>
          <w:szCs w:val="32"/>
        </w:rPr>
        <w:t xml:space="preserve"> </w:t>
      </w:r>
      <w:r w:rsidRPr="008C694C">
        <w:rPr>
          <w:rFonts w:ascii="TH SarabunPSK" w:hAnsi="TH SarabunPSK" w:cs="TH SarabunPSK"/>
          <w:sz w:val="32"/>
          <w:szCs w:val="32"/>
          <w:cs/>
        </w:rPr>
        <w:t xml:space="preserve">หมายถึง การนำผลงานวิจัยไปใช้งานจริงในภารกิจของสำนักงานอธิการบดี โดยเข้าเงื่อนไขครบทั้ง </w:t>
      </w:r>
      <w:r w:rsidRPr="008C694C">
        <w:rPr>
          <w:rFonts w:ascii="TH SarabunPSK" w:hAnsi="TH SarabunPSK" w:cs="TH SarabunPSK"/>
          <w:sz w:val="32"/>
          <w:szCs w:val="32"/>
        </w:rPr>
        <w:t xml:space="preserve">4 </w:t>
      </w:r>
      <w:r w:rsidRPr="008C694C">
        <w:rPr>
          <w:rFonts w:ascii="TH SarabunPSK" w:hAnsi="TH SarabunPSK" w:cs="TH SarabunPSK"/>
          <w:sz w:val="32"/>
          <w:szCs w:val="32"/>
          <w:cs/>
        </w:rPr>
        <w:t>ข้อ ได้แก่</w:t>
      </w:r>
    </w:p>
    <w:p w:rsidR="008C694C" w:rsidRPr="008C694C" w:rsidRDefault="008C694C" w:rsidP="008C694C">
      <w:pPr>
        <w:numPr>
          <w:ilvl w:val="0"/>
          <w:numId w:val="36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8C694C">
        <w:rPr>
          <w:rFonts w:ascii="TH SarabunPSK" w:hAnsi="TH SarabunPSK" w:cs="TH SarabunPSK"/>
          <w:szCs w:val="32"/>
          <w:cs/>
        </w:rPr>
        <w:t>ระบุผลงานวิจัยและโครงการต้นทางได้</w:t>
      </w:r>
    </w:p>
    <w:p w:rsidR="008C694C" w:rsidRPr="008C694C" w:rsidRDefault="008C694C" w:rsidP="008C694C">
      <w:pPr>
        <w:numPr>
          <w:ilvl w:val="0"/>
          <w:numId w:val="36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8C694C">
        <w:rPr>
          <w:rFonts w:ascii="TH SarabunPSK" w:hAnsi="TH SarabunPSK" w:cs="TH SarabunPSK"/>
          <w:szCs w:val="32"/>
          <w:cs/>
        </w:rPr>
        <w:t>ระบุหน่วยงาน กระบวนการ หรือกลุ่มผู้ใช้ที่นำผลงานไปใช้ได้</w:t>
      </w:r>
    </w:p>
    <w:p w:rsidR="008C694C" w:rsidRPr="008C694C" w:rsidRDefault="008C694C" w:rsidP="008C694C">
      <w:pPr>
        <w:numPr>
          <w:ilvl w:val="0"/>
          <w:numId w:val="36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8C694C">
        <w:rPr>
          <w:rFonts w:ascii="TH SarabunPSK" w:hAnsi="TH SarabunPSK" w:cs="TH SarabunPSK"/>
          <w:szCs w:val="32"/>
          <w:cs/>
        </w:rPr>
        <w:t xml:space="preserve">มีหลักฐานการใช้งานจริงในปีงบประมาณ </w:t>
      </w:r>
      <w:r w:rsidRPr="008C694C">
        <w:rPr>
          <w:rFonts w:ascii="TH SarabunPSK" w:hAnsi="TH SarabunPSK" w:cs="TH SarabunPSK"/>
          <w:szCs w:val="32"/>
        </w:rPr>
        <w:t>2570</w:t>
      </w:r>
    </w:p>
    <w:p w:rsidR="008C694C" w:rsidRPr="008C694C" w:rsidRDefault="008C694C" w:rsidP="008C694C">
      <w:pPr>
        <w:numPr>
          <w:ilvl w:val="0"/>
          <w:numId w:val="36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8C694C">
        <w:rPr>
          <w:rFonts w:ascii="TH SarabunPSK" w:hAnsi="TH SarabunPSK" w:cs="TH SarabunPSK"/>
          <w:szCs w:val="32"/>
          <w:cs/>
        </w:rPr>
        <w:t xml:space="preserve">มีผลการติดตามการใช้งานอย่างน้อย </w:t>
      </w:r>
      <w:r w:rsidRPr="008C694C">
        <w:rPr>
          <w:rFonts w:ascii="TH SarabunPSK" w:hAnsi="TH SarabunPSK" w:cs="TH SarabunPSK"/>
          <w:szCs w:val="32"/>
        </w:rPr>
        <w:t xml:space="preserve">1 </w:t>
      </w:r>
      <w:r w:rsidRPr="008C694C">
        <w:rPr>
          <w:rFonts w:ascii="TH SarabunPSK" w:hAnsi="TH SarabunPSK" w:cs="TH SarabunPSK"/>
          <w:szCs w:val="32"/>
          <w:cs/>
        </w:rPr>
        <w:t>ครั้ง เพื่อแสดงประโยชน์ ปัญหา หรือสิ่งที่ต้องปรับปรุง</w:t>
      </w:r>
    </w:p>
    <w:p w:rsidR="008C694C" w:rsidRPr="008C694C" w:rsidRDefault="008C694C" w:rsidP="008C694C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8C694C">
        <w:rPr>
          <w:rFonts w:ascii="TH SarabunPSK" w:hAnsi="TH SarabunPSK" w:cs="TH SarabunPSK"/>
          <w:sz w:val="32"/>
          <w:szCs w:val="32"/>
          <w:cs/>
        </w:rPr>
        <w:t>การเผยแพร่รายงาน การนำเสนอผลวิจัย หรือการส่งหนังสือแจ้งหน่วยงานเพียงอย่างเดียว</w:t>
      </w:r>
      <w:r w:rsidRPr="008C694C">
        <w:rPr>
          <w:rFonts w:ascii="TH SarabunPSK" w:hAnsi="TH SarabunPSK" w:cs="TH SarabunPSK"/>
          <w:sz w:val="32"/>
          <w:szCs w:val="32"/>
        </w:rPr>
        <w:t xml:space="preserve"> </w:t>
      </w:r>
      <w:r w:rsidRPr="008C694C">
        <w:rPr>
          <w:rStyle w:val="af9"/>
          <w:rFonts w:ascii="TH SarabunPSK" w:hAnsi="TH SarabunPSK" w:cs="TH SarabunPSK"/>
          <w:sz w:val="32"/>
          <w:szCs w:val="32"/>
          <w:cs/>
        </w:rPr>
        <w:t>ยังไม่ถือว่าเป็นการใช้ประโยชน์</w:t>
      </w:r>
    </w:p>
    <w:p w:rsidR="008C694C" w:rsidRDefault="008C694C" w:rsidP="008C694C">
      <w:pPr>
        <w:pStyle w:val="31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8C694C">
        <w:rPr>
          <w:rFonts w:ascii="TH SarabunPSK" w:hAnsi="TH SarabunPSK" w:cs="TH SarabunPSK"/>
          <w:szCs w:val="32"/>
          <w:cs/>
        </w:rPr>
        <w:t>วิธีวัดผล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  <w:cs/>
        </w:rPr>
        <w:t xml:space="preserve">นับจำนวนผลงานวิจัยที่ผ่านเงื่อนไขครบทั้ง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</w:rPr>
        <w:t xml:space="preserve">4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  <w:cs/>
        </w:rPr>
        <w:t xml:space="preserve">ข้อ ภายในวันที่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</w:rPr>
        <w:t xml:space="preserve">30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  <w:cs/>
        </w:rPr>
        <w:t xml:space="preserve">กันยายน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</w:rPr>
        <w:t>2570</w:t>
      </w:r>
      <w:r>
        <w:rPr>
          <w:rFonts w:ascii="TH SarabunPSK" w:hAnsi="TH SarabunPSK" w:cs="TH SarabunPSK" w:hint="cs"/>
          <w:b w:val="0"/>
          <w:bCs w:val="0"/>
          <w:color w:val="auto"/>
          <w:szCs w:val="32"/>
          <w:cs/>
          <w:lang w:bidi="th-TH"/>
        </w:rPr>
        <w:t xml:space="preserve">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  <w:cs/>
        </w:rPr>
        <w:t>เพื่อป้องกันการนับซ้ำ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</w:rPr>
        <w:t xml:space="preserve"> </w:t>
      </w:r>
      <w:r w:rsidRPr="008C694C">
        <w:rPr>
          <w:rStyle w:val="af9"/>
          <w:rFonts w:ascii="TH SarabunPSK" w:hAnsi="TH SarabunPSK" w:cs="TH SarabunPSK"/>
          <w:b/>
          <w:bCs/>
          <w:color w:val="auto"/>
          <w:szCs w:val="32"/>
          <w:cs/>
        </w:rPr>
        <w:t xml:space="preserve">กำหนดให้นับได้สูงสุด </w:t>
      </w:r>
      <w:r w:rsidRPr="008C694C">
        <w:rPr>
          <w:rStyle w:val="af9"/>
          <w:rFonts w:ascii="TH SarabunPSK" w:hAnsi="TH SarabunPSK" w:cs="TH SarabunPSK"/>
          <w:b/>
          <w:bCs/>
          <w:color w:val="auto"/>
          <w:szCs w:val="32"/>
        </w:rPr>
        <w:t xml:space="preserve">1 </w:t>
      </w:r>
      <w:r w:rsidRPr="008C694C">
        <w:rPr>
          <w:rStyle w:val="af9"/>
          <w:rFonts w:ascii="TH SarabunPSK" w:hAnsi="TH SarabunPSK" w:cs="TH SarabunPSK"/>
          <w:b/>
          <w:bCs/>
          <w:color w:val="auto"/>
          <w:szCs w:val="32"/>
          <w:cs/>
        </w:rPr>
        <w:t>ผลงานต่อโครงการวิจัยต่อปี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</w:rPr>
        <w:t xml:space="preserve"> </w:t>
      </w:r>
      <w:r w:rsidRPr="008C694C">
        <w:rPr>
          <w:rFonts w:ascii="TH SarabunPSK" w:hAnsi="TH SarabunPSK" w:cs="TH SarabunPSK"/>
          <w:b w:val="0"/>
          <w:bCs w:val="0"/>
          <w:color w:val="auto"/>
          <w:szCs w:val="32"/>
          <w:cs/>
        </w:rPr>
        <w:t>แม้มีหลายหน่วยงานนำไปใช้หรือมีผลผลิตหลายชิ้น</w:t>
      </w:r>
    </w:p>
    <w:p w:rsidR="008C694C" w:rsidRPr="008C694C" w:rsidRDefault="008C694C" w:rsidP="008C694C">
      <w:r>
        <w:rPr>
          <w:rFonts w:ascii="Leelawadee UI" w:hAnsi="Leelawadee UI" w:cs="Leelawadee UI" w:hint="cs"/>
          <w:cs/>
        </w:rPr>
        <w:t>ตัวอย่างการใช้ประโยชน์ที่นับได้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5667"/>
      </w:tblGrid>
      <w:tr w:rsidR="008C694C" w:rsidRPr="008C694C" w:rsidTr="008C69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auto"/>
                <w:szCs w:val="32"/>
                <w:cs/>
                <w:lang w:bidi="th-TH"/>
              </w:rPr>
              <w:lastRenderedPageBreak/>
              <w:t>งานวิจัย</w:t>
            </w:r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ตัวอย่างการใช้ประโยชน์</w:t>
            </w:r>
          </w:p>
        </w:tc>
      </w:tr>
      <w:tr w:rsidR="008C694C" w:rsidRPr="008C694C" w:rsidTr="008C69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การวิเคราะห์ต้นทุนหลักสูตร</w:t>
            </w:r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นำข้อมูลต้นทุนไปประกอบการพิจารณางบประมาณหรือการบริหารหลักสูตร โดยมีบันทึกการพิจารณาอ้างอิงข้อมูล</w:t>
            </w:r>
          </w:p>
        </w:tc>
      </w:tr>
      <w:tr w:rsidR="008C694C" w:rsidRPr="008C694C" w:rsidTr="008C69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การรับรู้และความเข้าใจต่อแผนบริหารความเสี่ยงของบุคลากร</w:t>
            </w:r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นำผลวิจัยไปปรับคู่มือ สื่อ หรือกิจกรรมสร้างความเข้าใจ และทดลองใช้กับบุคลากร</w:t>
            </w:r>
          </w:p>
        </w:tc>
      </w:tr>
      <w:tr w:rsidR="008C694C" w:rsidRPr="008C694C" w:rsidTr="008C69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 xml:space="preserve">ระบบจัดเก็บข้อมูลตัวชี้วัดเพื่อจัดทำรายงาน </w:t>
            </w:r>
            <w:proofErr w:type="spellStart"/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>EdPEx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ใช้ระบบจัดเก็บข้อมูลและหลักฐานของตัวชี้วัดจริง พร้อมตรวจสอบการค้นคืน</w:t>
            </w:r>
          </w:p>
        </w:tc>
      </w:tr>
      <w:tr w:rsidR="008C694C" w:rsidRPr="008C694C" w:rsidTr="008C69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การพัฒนาเครือข่ายประชาสัมพันธ์สู่การสื่อสารดิจิทัล</w:t>
            </w:r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ใช้แนวทางหรือเครื่องมือจากการวิจัยในการส่งข่าวและเผยแพร่ข่าวผ่านเครือข่าย</w:t>
            </w:r>
          </w:p>
        </w:tc>
      </w:tr>
      <w:tr w:rsidR="008C694C" w:rsidRPr="008C694C" w:rsidTr="008C69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การศึกษาพฤติกรรมการรับสื่อประชาสัมพันธ์ของนักศึกษา</w:t>
            </w:r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ใช้ผลวิจัยปรับช่องทาง รูปแบบเนื้อหา หรือช่วงเวลาเผยแพร่ และติดตามผล</w:t>
            </w:r>
          </w:p>
        </w:tc>
      </w:tr>
      <w:tr w:rsidR="008C694C" w:rsidRPr="008C694C" w:rsidTr="008C69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การออกแบบสื่อประชาสัมพันธ์การรับสมัครนักศึกษา</w:t>
            </w:r>
          </w:p>
        </w:tc>
        <w:tc>
          <w:tcPr>
            <w:tcW w:w="0" w:type="auto"/>
            <w:vAlign w:val="center"/>
            <w:hideMark/>
          </w:tcPr>
          <w:p w:rsidR="008C694C" w:rsidRPr="008C694C" w:rsidRDefault="008C694C" w:rsidP="008C694C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8C694C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นำสื่อที่พัฒนาจากการวิจัยไปใช้ประชาสัมพันธ์การรับสมัครจริง และประเมินผลการใช้งาน</w:t>
            </w:r>
          </w:p>
        </w:tc>
      </w:tr>
    </w:tbl>
    <w:p w:rsidR="008C694C" w:rsidRPr="000E5EC6" w:rsidRDefault="008C694C" w:rsidP="008C694C">
      <w:pPr>
        <w:pStyle w:val="31"/>
        <w:rPr>
          <w:rFonts w:ascii="TH SarabunPSK" w:hAnsi="TH SarabunPSK" w:cs="TH SarabunPSK"/>
          <w:color w:val="auto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แหล่งข้อมูลและหลักฐาน</w:t>
      </w:r>
    </w:p>
    <w:p w:rsidR="008C694C" w:rsidRPr="000E5EC6" w:rsidRDefault="008C694C" w:rsidP="008C694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รายงานวิจัยหรือเอกสารแสดงผลผลิตจากการวิจัย</w:t>
      </w:r>
    </w:p>
    <w:p w:rsidR="008C694C" w:rsidRPr="000E5EC6" w:rsidRDefault="008C694C" w:rsidP="008C694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แผนหรือบันทึกอนุมัติการนำผลงานไปใช้</w:t>
      </w:r>
    </w:p>
    <w:p w:rsidR="008C694C" w:rsidRPr="000E5EC6" w:rsidRDefault="008C694C" w:rsidP="008C694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รายงานการประชุมที่แสดงการนำข้อมูลไปประกอบการตัดสินใจ</w:t>
      </w:r>
    </w:p>
    <w:p w:rsidR="008C694C" w:rsidRPr="000E5EC6" w:rsidRDefault="008C694C" w:rsidP="008C694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ระบบ แบบฟอร์ม คู่มือ หรือสื่อที่ใช้งานจริง</w:t>
      </w:r>
    </w:p>
    <w:p w:rsidR="008C694C" w:rsidRPr="000E5EC6" w:rsidRDefault="008C694C" w:rsidP="008C694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บันทึกการใช้งาน ภาพกิจกรรม หรือข้อมูลจากระบบ</w:t>
      </w:r>
    </w:p>
    <w:p w:rsidR="008C694C" w:rsidRPr="000E5EC6" w:rsidRDefault="008C694C" w:rsidP="008C694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รายงานติดตามผลการใช้ประโยชน์ และหนังสือรับรองจากหน่วยงานผู้ใช้</w:t>
      </w:r>
    </w:p>
    <w:p w:rsidR="008C694C" w:rsidRPr="000E5EC6" w:rsidRDefault="008C694C" w:rsidP="008C694C">
      <w:pPr>
        <w:pStyle w:val="31"/>
        <w:rPr>
          <w:rFonts w:ascii="TH SarabunPSK" w:hAnsi="TH SarabunPSK" w:cs="TH SarabunPSK"/>
          <w:szCs w:val="32"/>
        </w:rPr>
      </w:pPr>
      <w:r w:rsidRPr="000E5EC6">
        <w:rPr>
          <w:rFonts w:ascii="TH SarabunPSK" w:hAnsi="TH SarabunPSK" w:cs="TH SarabunPSK"/>
          <w:szCs w:val="32"/>
          <w:cs/>
        </w:rPr>
        <w:t>แบบบันทึกผลที่ควรใช้</w:t>
      </w:r>
    </w:p>
    <w:p w:rsidR="008C694C" w:rsidRPr="000E5EC6" w:rsidRDefault="008C694C" w:rsidP="008C694C">
      <w:pPr>
        <w:pStyle w:val="affb"/>
        <w:rPr>
          <w:rFonts w:ascii="TH SarabunPSK" w:hAnsi="TH SarabunPSK" w:cs="TH SarabunPSK"/>
          <w:sz w:val="32"/>
          <w:szCs w:val="32"/>
        </w:rPr>
      </w:pPr>
      <w:r w:rsidRPr="000E5EC6">
        <w:rPr>
          <w:rFonts w:ascii="TH SarabunPSK" w:hAnsi="TH SarabunPSK" w:cs="TH SarabunPSK"/>
          <w:sz w:val="32"/>
          <w:szCs w:val="32"/>
          <w:cs/>
        </w:rPr>
        <w:t>แต่ละผลงานควรบันทึกข้อมูลอย่างน้อย ได้แก่ ชื่อโครงการ ผลงานที่นำไปใช้ หน่วยงานผู้ใช้ วันที่เริ่มใช้ กระบวนการที่ปรับปรุง ผลที่พบ และรายการหลักฐานอ้างอิง</w:t>
      </w:r>
    </w:p>
    <w:p w:rsidR="00D46A2E" w:rsidRDefault="00D46A2E">
      <w:pPr>
        <w:spacing w:after="360"/>
        <w:rPr>
          <w:rFonts w:ascii="TH SarabunPSK" w:hAnsi="TH SarabunPSK" w:cs="TH SarabunPSK"/>
          <w:szCs w:val="32"/>
          <w:lang w:bidi="th-TH"/>
        </w:rPr>
      </w:pPr>
    </w:p>
    <w:p w:rsidR="008A17A2" w:rsidRDefault="008A17A2">
      <w:pPr>
        <w:spacing w:after="360"/>
        <w:rPr>
          <w:rFonts w:ascii="TH SarabunPSK" w:hAnsi="TH SarabunPSK" w:cs="TH SarabunPSK"/>
          <w:szCs w:val="32"/>
        </w:rPr>
      </w:pPr>
    </w:p>
    <w:p w:rsidR="008A17A2" w:rsidRDefault="008A17A2">
      <w:pPr>
        <w:spacing w:after="360"/>
        <w:rPr>
          <w:rFonts w:ascii="TH SarabunPSK" w:hAnsi="TH SarabunPSK" w:cs="TH SarabunPSK"/>
          <w:szCs w:val="32"/>
        </w:rPr>
      </w:pPr>
    </w:p>
    <w:p w:rsidR="008A17A2" w:rsidRPr="00DA5AD5" w:rsidRDefault="008A17A2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087B10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D9627F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0E5EC6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0E5EC6" w:rsidRPr="000E5EC6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2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0E5EC6" w:rsidRPr="000E5EC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ค่าเฉลี่ยความพึงพอใจของผู้รับบริการต่อการให้บริการของสำนักงานอธิการบดี</w:t>
            </w:r>
            <w:r w:rsidR="000E5EC6" w:rsidRPr="000E5EC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0E5EC6" w:rsidRPr="000E5EC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 xml:space="preserve">ค่าเฉลี่ย </w:t>
            </w:r>
            <w:r w:rsidR="000E5EC6" w:rsidRPr="000E5EC6">
              <w:rPr>
                <w:rFonts w:ascii="TH SarabunPSK" w:hAnsi="TH SarabunPSK" w:cs="TH SarabunPSK"/>
                <w:b/>
                <w:bCs/>
                <w:szCs w:val="32"/>
              </w:rPr>
              <w:t>4</w:t>
            </w:r>
            <w:r w:rsidR="000E5EC6" w:rsidRPr="000E5EC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.</w:t>
            </w:r>
            <w:r w:rsidR="000E5EC6" w:rsidRPr="000E5EC6">
              <w:rPr>
                <w:rFonts w:ascii="TH SarabunPSK" w:hAnsi="TH SarabunPSK" w:cs="TH SarabunPSK"/>
                <w:b/>
                <w:bCs/>
                <w:szCs w:val="32"/>
              </w:rPr>
              <w:t>80</w:t>
            </w:r>
            <w:r w:rsidR="000E5EC6" w:rsidRPr="000E5EC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087B10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D9627F">
            <w:pPr>
              <w:rPr>
                <w:rFonts w:ascii="TH SarabunPSK" w:hAnsi="TH SarabunPSK" w:cs="TH SarabunPSK"/>
                <w:szCs w:val="32"/>
              </w:rPr>
            </w:pP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E71C58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B955C7"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357331" w:rsidRPr="00357331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 xml:space="preserve">ผอ.กองกลาง ผอ.กองพัฒนานักศึกษา </w:t>
            </w:r>
            <w:r w:rsidR="00357331" w:rsidRPr="0035733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</w:t>
            </w:r>
            <w:r w:rsidR="00357331" w:rsidRPr="00357331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กองนโยบายและแผน</w:t>
            </w:r>
            <w:r w:rsidRPr="00E71C58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Pr="00E71C58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 xml:space="preserve">หัวหน้างานบริหารทั่วไป  </w:t>
            </w:r>
            <w:r w:rsidR="00E71C58" w:rsidRPr="00E71C58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กองกลาง</w:t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</w:t>
            </w:r>
            <w:r w:rsidR="00B955C7"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E71C58">
              <w:rPr>
                <w:rFonts w:ascii="TH SarabunPSK" w:hAnsi="TH SarabunPSK" w:cs="TH SarabunPSK"/>
                <w:b/>
                <w:color w:val="002060"/>
                <w:szCs w:val="32"/>
              </w:rPr>
              <w:t>OP70</w:t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E71C58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E71C58">
              <w:rPr>
                <w:rFonts w:ascii="TH SarabunPSK" w:hAnsi="TH SarabunPSK" w:cs="TH SarabunPSK"/>
                <w:b/>
                <w:color w:val="002060"/>
                <w:szCs w:val="32"/>
              </w:rPr>
              <w:t>SM</w:t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E71C58">
              <w:rPr>
                <w:rFonts w:ascii="TH SarabunPSK" w:hAnsi="TH SarabunPSK" w:cs="TH SarabunPSK"/>
                <w:b/>
                <w:color w:val="002060"/>
                <w:szCs w:val="32"/>
              </w:rPr>
              <w:t>004</w:t>
            </w:r>
            <w:r w:rsidRPr="00E71C58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087B10" w:rsidRPr="003027DC" w:rsidRDefault="00087B10" w:rsidP="00087B1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คำอธิบาย 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: </w:t>
      </w:r>
    </w:p>
    <w:p w:rsidR="00087B10" w:rsidRPr="003027DC" w:rsidRDefault="00087B10" w:rsidP="00087B10">
      <w:pPr>
        <w:spacing w:after="0" w:line="240" w:lineRule="auto"/>
        <w:ind w:firstLine="840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ผู้รับบริการ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หมายถึง ผู้รับบริการหน่วยงานภายในสำนักงานอธิการบดี ได้แก่ กลุ่มอาจารย์ กลุ่มบุคลากร กลุ่มนักศึกษา และกลุ่มบุคคลทั่วไปทั้งภายในและภายนอกมหาวิทยาลัยที่ได้รับบริการจากสำนักงานอธิการบดี</w:t>
      </w:r>
    </w:p>
    <w:p w:rsidR="00087B10" w:rsidRPr="003027DC" w:rsidRDefault="00087B10" w:rsidP="00087B10">
      <w:pPr>
        <w:spacing w:after="0" w:line="240" w:lineRule="auto"/>
        <w:ind w:firstLine="840"/>
        <w:jc w:val="thaiDistribute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ความพึงพอใจ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หมายถึง ประสิทธิภาพและประสิทธิผลของการให้บริการในด้านกายภาพ ด้านสาธารณูปโภค  สิ่งอำนวยความสะดวก จนกระทั่งก่อให้เกิดความชื่นชอบ ความรู้สึกยอมรับ พอใจและ ประทับใจแก่ผู้มารับบริการในระดับมากที่สุด ระดับมาก ระดับปานกลาง ระดับน้อย และระดับน้อยที่สุด</w:t>
      </w:r>
    </w:p>
    <w:p w:rsidR="00087B10" w:rsidRPr="003027DC" w:rsidRDefault="00087B10" w:rsidP="00087B10">
      <w:pPr>
        <w:spacing w:after="0" w:line="240" w:lineRule="auto"/>
        <w:ind w:firstLine="840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ประเด็นการสำรวจ ประกอบด้วยประเด็นสำคัญ ๆ ดังนี้</w:t>
      </w:r>
    </w:p>
    <w:p w:rsidR="00087B10" w:rsidRPr="003027DC" w:rsidRDefault="00087B10" w:rsidP="00087B10">
      <w:pPr>
        <w:pStyle w:val="ae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ความพึงพอใจด้านกระบวนการ ขั้นตอนการให้บริการ</w:t>
      </w:r>
    </w:p>
    <w:p w:rsidR="00087B10" w:rsidRPr="003027DC" w:rsidRDefault="00087B10" w:rsidP="00087B10">
      <w:pPr>
        <w:pStyle w:val="ae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ความพึงพอใจด้านเจ้าหน้าที่ผู้ให้บริการ</w:t>
      </w:r>
    </w:p>
    <w:p w:rsidR="00087B10" w:rsidRPr="003027DC" w:rsidRDefault="00087B10" w:rsidP="00087B10">
      <w:pPr>
        <w:pStyle w:val="ae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ความพึงพอใจด้านสิ่งอำนวยความสะดวก</w:t>
      </w:r>
    </w:p>
    <w:p w:rsidR="00087B10" w:rsidRPr="003027DC" w:rsidRDefault="00087B10" w:rsidP="00087B10">
      <w:pPr>
        <w:pStyle w:val="ae"/>
        <w:numPr>
          <w:ilvl w:val="0"/>
          <w:numId w:val="30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ความพึงพอใจต่อคุณภาพการให้บริการ</w:t>
      </w:r>
      <w:r w:rsidRPr="003027DC">
        <w:rPr>
          <w:rFonts w:ascii="TH SarabunPSK" w:hAnsi="TH SarabunPSK" w:cs="TH SarabunPSK"/>
          <w:sz w:val="30"/>
          <w:szCs w:val="30"/>
        </w:rPr>
        <w:br/>
      </w:r>
    </w:p>
    <w:p w:rsidR="00087B10" w:rsidRPr="003027DC" w:rsidRDefault="00087B10" w:rsidP="00087B10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แนวทางในการดำเนินงาน </w:t>
      </w:r>
    </w:p>
    <w:p w:rsidR="00087B10" w:rsidRPr="003027DC" w:rsidRDefault="00087B10" w:rsidP="00087B10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          หน่วยงานภายในสำนักงานอธิการบดี จัดทำแบบสำรวจความพึงพอใจผู้รับบริการภายนอก ภายใน สำนักงานอธิการบดี ได้แก่</w:t>
      </w:r>
    </w:p>
    <w:p w:rsidR="00087B10" w:rsidRPr="003027DC" w:rsidRDefault="00087B10" w:rsidP="00087B10">
      <w:pPr>
        <w:spacing w:after="0" w:line="240" w:lineRule="auto"/>
        <w:ind w:left="720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>1</w:t>
      </w: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>กองกลาง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ใช้ค่าเฉลี่ย </w:t>
      </w:r>
      <w:r w:rsidRPr="003027DC">
        <w:rPr>
          <w:rFonts w:ascii="TH SarabunPSK" w:hAnsi="TH SarabunPSK" w:cs="TH SarabunPSK"/>
          <w:sz w:val="30"/>
          <w:szCs w:val="30"/>
          <w:rtl/>
          <w:cs/>
        </w:rPr>
        <w:t xml:space="preserve">9 </w:t>
      </w:r>
      <w:r w:rsidRPr="003027DC">
        <w:rPr>
          <w:rFonts w:ascii="TH SarabunPSK" w:hAnsi="TH SarabunPSK" w:cs="TH SarabunPSK"/>
          <w:sz w:val="30"/>
          <w:szCs w:val="30"/>
          <w:rtl/>
          <w:cs/>
          <w:lang w:bidi="th-TH"/>
        </w:rPr>
        <w:t>งาน ประกอบด้วย งานบริหารทั่วไป  งานบริหารบุคคลและนิติการ  งานคลัง  งานทรัพย์สินและรายได้  งานพัสดุ  งานประชาสัมพัน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ธ์และโสตทัศนูปกรณ์  งานอาคารสถานที่และยานพาหนะ  หน่วยตรวจสอบภายใน โรงเรียนวิถีธรรมแห่งมหาวิทยาลัยราชภัฏสกลนคร</w:t>
      </w:r>
    </w:p>
    <w:p w:rsidR="00087B10" w:rsidRPr="003027DC" w:rsidRDefault="00087B10" w:rsidP="00087B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>2</w:t>
      </w: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 xml:space="preserve">กองนโยบายและแผน </w:t>
      </w:r>
    </w:p>
    <w:p w:rsidR="00087B10" w:rsidRPr="003027DC" w:rsidRDefault="00087B10" w:rsidP="00087B1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>3</w:t>
      </w: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b/>
          <w:bCs/>
          <w:sz w:val="30"/>
          <w:szCs w:val="30"/>
          <w:rtl/>
          <w:cs/>
        </w:rPr>
        <w:t>กองพัฒนานักศึกษา</w:t>
      </w:r>
    </w:p>
    <w:p w:rsidR="00087B10" w:rsidRPr="003027DC" w:rsidRDefault="00087B10" w:rsidP="00087B10">
      <w:pPr>
        <w:pStyle w:val="ae"/>
        <w:spacing w:after="0" w:line="240" w:lineRule="auto"/>
        <w:ind w:left="1793"/>
        <w:rPr>
          <w:rFonts w:ascii="TH SarabunPSK" w:hAnsi="TH SarabunPSK" w:cs="TH SarabunPSK"/>
          <w:sz w:val="30"/>
          <w:szCs w:val="30"/>
          <w:rtl/>
          <w:cs/>
        </w:rPr>
      </w:pPr>
    </w:p>
    <w:p w:rsidR="00087B10" w:rsidRPr="003027DC" w:rsidRDefault="00087B10" w:rsidP="00087B10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สูตรการคำนวณ 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:</w:t>
      </w:r>
    </w:p>
    <w:p w:rsidR="00087B10" w:rsidRPr="003027DC" w:rsidRDefault="00087B10" w:rsidP="00087B10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rtl/>
          <w:cs/>
        </w:rPr>
      </w:pPr>
    </w:p>
    <w:tbl>
      <w:tblPr>
        <w:tblW w:w="9394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4"/>
      </w:tblGrid>
      <w:tr w:rsidR="00087B10" w:rsidRPr="003027DC" w:rsidTr="00415DF3">
        <w:trPr>
          <w:trHeight w:val="612"/>
        </w:trPr>
        <w:tc>
          <w:tcPr>
            <w:tcW w:w="9394" w:type="dxa"/>
          </w:tcPr>
          <w:p w:rsidR="00087B10" w:rsidRPr="003027DC" w:rsidRDefault="00087B10" w:rsidP="00415DF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ร้อยละ </w:t>
            </w: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=   </w:t>
            </w:r>
            <w:r w:rsidRPr="003027DC">
              <w:rPr>
                <w:rFonts w:ascii="TH SarabunPSK" w:hAnsi="TH SarabunPSK" w:cs="TH SarabunPSK"/>
                <w:sz w:val="30"/>
                <w:szCs w:val="30"/>
                <w:u w:val="single"/>
                <w:cs/>
                <w:lang w:bidi="th-TH"/>
              </w:rPr>
              <w:t>ผลรวมของร้อยละความพึงพอใจของผู้รับบริการของ</w:t>
            </w:r>
            <w:r w:rsidRPr="003027DC">
              <w:rPr>
                <w:rFonts w:ascii="TH SarabunPSK" w:eastAsia="Times New Roman" w:hAnsi="TH SarabunPSK" w:cs="TH SarabunPSK"/>
                <w:sz w:val="30"/>
                <w:szCs w:val="30"/>
                <w:u w:val="single"/>
                <w:cs/>
                <w:lang w:bidi="th-TH"/>
              </w:rPr>
              <w:t>ทุกหน่วยงานภายใน</w:t>
            </w:r>
            <w:r w:rsidRPr="003027DC">
              <w:rPr>
                <w:rFonts w:ascii="TH SarabunPSK" w:hAnsi="TH SarabunPSK" w:cs="TH SarabunPSK"/>
                <w:sz w:val="30"/>
                <w:szCs w:val="30"/>
                <w:u w:val="single"/>
                <w:cs/>
                <w:lang w:bidi="th-TH"/>
              </w:rPr>
              <w:t>สำนักงานอธิการบดี</w:t>
            </w: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</w:t>
            </w:r>
            <w:r w:rsidRPr="003027DC">
              <w:rPr>
                <w:rFonts w:ascii="TH SarabunPSK" w:hAnsi="TH SarabunPSK" w:cs="TH SarabunPSK"/>
                <w:sz w:val="30"/>
                <w:szCs w:val="30"/>
              </w:rPr>
              <w:t>x  100</w:t>
            </w:r>
          </w:p>
          <w:p w:rsidR="00087B10" w:rsidRPr="003027DC" w:rsidRDefault="00087B10" w:rsidP="00415DF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rtl/>
                <w:cs/>
              </w:rPr>
            </w:pP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                                     จำนวนหน่วยงานภายในทั้งหมดของสำนักงานอธิการบดี</w:t>
            </w:r>
          </w:p>
        </w:tc>
      </w:tr>
    </w:tbl>
    <w:p w:rsidR="00087B10" w:rsidRPr="003027DC" w:rsidRDefault="00087B10" w:rsidP="00087B10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087B10" w:rsidRPr="003027DC" w:rsidRDefault="00087B10" w:rsidP="00087B10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ข้อมูล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/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หลักฐานที่ต้องรายงาน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:</w:t>
      </w:r>
    </w:p>
    <w:p w:rsidR="00087B10" w:rsidRPr="003027DC" w:rsidRDefault="00087B10" w:rsidP="00087B1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  <w:rtl/>
          <w:cs/>
          <w:lang w:bidi="th-TH"/>
        </w:rPr>
        <w:t xml:space="preserve">- </w:t>
      </w:r>
      <w:r w:rsidRPr="003027DC">
        <w:rPr>
          <w:rFonts w:ascii="TH SarabunPSK" w:hAnsi="TH SarabunPSK" w:cs="TH SarabunPSK"/>
          <w:sz w:val="30"/>
          <w:szCs w:val="30"/>
          <w:rtl/>
          <w:cs/>
        </w:rPr>
        <w:t>รายงานผลความพึงพอใจของผู้รับบริการของ</w:t>
      </w:r>
      <w:r w:rsidRPr="003027DC">
        <w:rPr>
          <w:rFonts w:ascii="TH SarabunPSK" w:eastAsia="Times New Roman" w:hAnsi="TH SarabunPSK" w:cs="TH SarabunPSK"/>
          <w:sz w:val="30"/>
          <w:szCs w:val="30"/>
          <w:cs/>
          <w:lang w:bidi="th-TH"/>
        </w:rPr>
        <w:t xml:space="preserve">ทุกหน่วยงานภายในสำนักงานอธิการบดี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ปีการศึกษา </w:t>
      </w:r>
      <w:r w:rsidRPr="003027DC">
        <w:rPr>
          <w:rFonts w:ascii="TH SarabunPSK" w:hAnsi="TH SarabunPSK" w:cs="TH SarabunPSK"/>
          <w:sz w:val="30"/>
          <w:szCs w:val="30"/>
          <w:rtl/>
          <w:cs/>
        </w:rPr>
        <w:t>256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9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</w:t>
      </w:r>
    </w:p>
    <w:p w:rsidR="00087B10" w:rsidRPr="003027DC" w:rsidRDefault="00087B10" w:rsidP="00087B1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  <w:lang w:bidi="th-TH"/>
        </w:rPr>
        <w:t>(</w:t>
      </w:r>
      <w:r>
        <w:rPr>
          <w:rFonts w:ascii="TH SarabunPSK" w:hAnsi="TH SarabunPSK" w:cs="TH SarabunPSK"/>
          <w:sz w:val="30"/>
          <w:szCs w:val="30"/>
          <w:rtl/>
          <w:cs/>
        </w:rPr>
        <w:t xml:space="preserve">1 </w:t>
      </w:r>
      <w:r>
        <w:rPr>
          <w:rFonts w:ascii="TH SarabunPSK" w:hAnsi="TH SarabunPSK" w:cs="TH SarabunPSK"/>
          <w:sz w:val="30"/>
          <w:szCs w:val="30"/>
          <w:rtl/>
          <w:cs/>
          <w:lang w:bidi="th-TH"/>
        </w:rPr>
        <w:t xml:space="preserve">มิถุนายน </w:t>
      </w:r>
      <w:r>
        <w:rPr>
          <w:rFonts w:ascii="TH SarabunPSK" w:hAnsi="TH SarabunPSK" w:cs="TH SarabunPSK"/>
          <w:sz w:val="30"/>
          <w:szCs w:val="30"/>
          <w:rtl/>
          <w:cs/>
        </w:rPr>
        <w:t>256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9</w:t>
      </w:r>
      <w:r>
        <w:rPr>
          <w:rFonts w:ascii="TH SarabunPSK" w:hAnsi="TH SarabunPSK" w:cs="TH SarabunPSK"/>
          <w:sz w:val="30"/>
          <w:szCs w:val="30"/>
          <w:cs/>
          <w:lang w:bidi="th-TH"/>
        </w:rPr>
        <w:t xml:space="preserve"> - </w:t>
      </w:r>
      <w:r>
        <w:rPr>
          <w:rFonts w:ascii="TH SarabunPSK" w:hAnsi="TH SarabunPSK" w:cs="TH SarabunPSK"/>
          <w:sz w:val="30"/>
          <w:szCs w:val="30"/>
          <w:rtl/>
          <w:cs/>
        </w:rPr>
        <w:t xml:space="preserve">31 </w:t>
      </w:r>
      <w:r>
        <w:rPr>
          <w:rFonts w:ascii="TH SarabunPSK" w:hAnsi="TH SarabunPSK" w:cs="TH SarabunPSK"/>
          <w:sz w:val="30"/>
          <w:szCs w:val="30"/>
          <w:rtl/>
          <w:cs/>
          <w:lang w:bidi="th-TH"/>
        </w:rPr>
        <w:t xml:space="preserve">พฤษภาคม </w:t>
      </w:r>
      <w:r>
        <w:rPr>
          <w:rFonts w:ascii="TH SarabunPSK" w:hAnsi="TH SarabunPSK" w:cs="TH SarabunPSK"/>
          <w:sz w:val="30"/>
          <w:szCs w:val="30"/>
          <w:rtl/>
          <w:cs/>
        </w:rPr>
        <w:t>2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570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)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9E07A3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357331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357331" w:rsidRPr="00357331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3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357331" w:rsidRPr="00357331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จำนวนนวัตกรรมและเทคโนโลยีที่นำมาใช้ในการบริหารจัดการ</w:t>
            </w:r>
            <w:r w:rsidR="00357331" w:rsidRPr="00357331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357331" w:rsidRPr="00357331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br/>
              <w:t>(</w:t>
            </w:r>
            <w:r w:rsidR="00357331" w:rsidRPr="00357331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 xml:space="preserve">จำนวน </w:t>
            </w:r>
            <w:r w:rsidR="00357331" w:rsidRPr="00357331">
              <w:rPr>
                <w:rFonts w:ascii="TH SarabunPSK" w:hAnsi="TH SarabunPSK" w:cs="TH SarabunPSK"/>
                <w:b/>
                <w:bCs/>
                <w:szCs w:val="32"/>
              </w:rPr>
              <w:t xml:space="preserve">2 </w:t>
            </w:r>
            <w:r w:rsidR="00357331" w:rsidRPr="00357331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ระบบ)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ระบบ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9E07A3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357331">
            <w:pPr>
              <w:rPr>
                <w:rFonts w:ascii="TH SarabunPSK" w:hAnsi="TH SarabunPSK" w:cs="TH SarabunPSK"/>
                <w:szCs w:val="32"/>
              </w:rPr>
            </w:pP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017870"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357331" w:rsidRPr="00357331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 xml:space="preserve">ผอ.กองกลาง ผอ.กองพัฒนานักศึกษา </w:t>
            </w:r>
            <w:r w:rsidR="00357331" w:rsidRPr="0035733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</w:t>
            </w:r>
            <w:r w:rsidR="00357331" w:rsidRPr="00357331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กองนโยบายและแผน</w:t>
            </w:r>
            <w:r w:rsidRPr="00017870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357331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1</w:t>
            </w:r>
            <w:r w:rsidR="00017870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.........................................................</w:t>
            </w:r>
            <w:r w:rsidR="00357331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กองกลาง</w:t>
            </w:r>
            <w:r w:rsidR="0035733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="00357331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                    2........................................................กองพัฒนานักศึกษา</w:t>
            </w:r>
            <w:r w:rsidR="0035733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="00357331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 xml:space="preserve">                    3........................................................กองนโยบายและแผน</w:t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680BF9" w:rsidRPr="00017870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017870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017870">
              <w:rPr>
                <w:rFonts w:ascii="TH SarabunPSK" w:hAnsi="TH SarabunPSK" w:cs="TH SarabunPSK"/>
                <w:b/>
                <w:color w:val="002060"/>
                <w:szCs w:val="32"/>
              </w:rPr>
              <w:t>SM</w:t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017870">
              <w:rPr>
                <w:rFonts w:ascii="TH SarabunPSK" w:hAnsi="TH SarabunPSK" w:cs="TH SarabunPSK"/>
                <w:b/>
                <w:color w:val="002060"/>
                <w:szCs w:val="32"/>
              </w:rPr>
              <w:t>05</w:t>
            </w:r>
            <w:r w:rsidRPr="00017870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9E07A3" w:rsidRPr="003027DC" w:rsidRDefault="009E07A3" w:rsidP="009E07A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คำอธิบาย 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: </w:t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hAnsi="TH SarabunPSK" w:cs="TH SarabunPSK"/>
          <w:kern w:val="24"/>
          <w:sz w:val="30"/>
          <w:szCs w:val="30"/>
          <w:rtl/>
          <w:cs/>
        </w:rPr>
      </w:pPr>
      <w:r w:rsidRPr="003027DC">
        <w:rPr>
          <w:rFonts w:ascii="TH SarabunPSK" w:hAnsi="TH SarabunPSK" w:cs="TH SarabunPSK"/>
          <w:kern w:val="24"/>
          <w:sz w:val="30"/>
          <w:szCs w:val="30"/>
          <w:cs/>
          <w:lang w:bidi="th-TH"/>
        </w:rPr>
        <w:t>นวัตกรรมและเทคโนโลยี หมายถึง สิ่งที่คิดขึ้นมาใหม่เพื่อตอบสนองความต้องการใหม่ เพื่อตอบสนองความต้องการใหม่ของผู้รับบริการรวมถึงการปรับปรุงนวัตกรรมและเทคโนโลยีเดิมที่มีอยู่แล้ว ให้มีคุณภาพและประสิทธิภาพดียิ่งขึ้น</w:t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hAnsi="TH SarabunPSK" w:cs="TH SarabunPSK"/>
          <w:kern w:val="24"/>
          <w:sz w:val="30"/>
          <w:szCs w:val="30"/>
        </w:rPr>
      </w:pPr>
      <w:r w:rsidRPr="003027DC">
        <w:rPr>
          <w:rFonts w:ascii="TH SarabunPSK" w:hAnsi="TH SarabunPSK" w:cs="TH SarabunPSK"/>
          <w:kern w:val="24"/>
          <w:sz w:val="30"/>
          <w:szCs w:val="30"/>
          <w:cs/>
          <w:lang w:bidi="th-TH"/>
        </w:rPr>
        <w:t xml:space="preserve">ซึ่งปัจจุบัน ถือว่ามีความสำคัญและมีความจำเป็นอย่างยิ่งในการนำมาใช้บริหารจัดการหน่วยงานในด้านต่าง ๆ เพื่อตอบสนองความต้องการใหม่ ๆของผู้รับบริการหรือผู้มีส่วนได้ส่วนเสีย รวมถึงการปรับปรุงนวัตกรรมและเทคโนโลยีเดิมที่มีอยู่แล้วให้มีคุณภาพและประสิทธิภาพดียิ่งขึ้น </w:t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eastAsia="Calibri" w:hAnsi="TH SarabunPSK" w:cs="TH SarabunPSK"/>
          <w:kern w:val="24"/>
          <w:sz w:val="30"/>
          <w:szCs w:val="30"/>
        </w:rPr>
      </w:pPr>
      <w:r w:rsidRPr="003027DC">
        <w:rPr>
          <w:rFonts w:ascii="TH SarabunPSK" w:hAnsi="TH SarabunPSK" w:cs="TH SarabunPSK"/>
          <w:kern w:val="24"/>
          <w:sz w:val="30"/>
          <w:szCs w:val="30"/>
          <w:rtl/>
          <w:cs/>
        </w:rPr>
        <w:br/>
      </w:r>
      <w:r w:rsidRPr="003027DC">
        <w:rPr>
          <w:rFonts w:ascii="TH SarabunPSK" w:hAnsi="TH SarabunPSK" w:cs="TH SarabunPSK"/>
          <w:b/>
          <w:bCs/>
          <w:kern w:val="24"/>
          <w:sz w:val="30"/>
          <w:szCs w:val="30"/>
          <w:cs/>
          <w:lang w:bidi="th-TH"/>
        </w:rPr>
        <w:t>แนวทางในการดำเนินงาน</w:t>
      </w:r>
      <w:r w:rsidRPr="003027DC">
        <w:rPr>
          <w:rFonts w:ascii="TH SarabunPSK" w:hAnsi="TH SarabunPSK" w:cs="TH SarabunPSK"/>
          <w:kern w:val="24"/>
          <w:sz w:val="30"/>
          <w:szCs w:val="30"/>
          <w:cs/>
          <w:lang w:bidi="th-TH"/>
        </w:rPr>
        <w:t xml:space="preserve"> </w:t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1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พิจารณาทบทวนระบบสารสนเทศของหน่วยงานในปีงบประมาณ พ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>.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ศ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25</w:t>
      </w:r>
      <w:r w:rsidR="00B6245E">
        <w:rPr>
          <w:rFonts w:ascii="TH SarabunPSK" w:eastAsia="Calibri" w:hAnsi="TH SarabunPSK" w:cs="TH SarabunPSK" w:hint="cs"/>
          <w:kern w:val="24"/>
          <w:sz w:val="30"/>
          <w:szCs w:val="30"/>
          <w:cs/>
          <w:lang w:bidi="th-TH"/>
        </w:rPr>
        <w:t>70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 ที่ต้องดำเนินการปรับปรุงพัฒนา เพื่อให้สามารถตอบสนองความต้องการของผู้รับบริการหรือผู้มีส่วนได้ส่วนเสีย ได้อย่างมีคุณภาพและประสิทธิภาพมากขึ้น</w:t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</w:rPr>
        <w:t>2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.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>ผู้มีส่วนได้ส่วนเสีย หมายถึง บุคคล กลุ่มบุคคล หน่วยงาน องค์กร และผู้รับบริการภายในและภายนอก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ab/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eastAsia="Calibri" w:hAnsi="TH SarabunPSK" w:cs="TH SarabunPSK"/>
          <w:kern w:val="24"/>
          <w:sz w:val="30"/>
          <w:szCs w:val="30"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3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การรายงานจำนวนนวัตกรรมและเทคโนโลยีที่นำมาใช้ในการบริหารจัดการ ของปีงบประมาณ พ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>.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ศ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.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25</w:t>
      </w:r>
      <w:r w:rsidR="00B6245E">
        <w:rPr>
          <w:rFonts w:ascii="TH SarabunPSK" w:eastAsia="Calibri" w:hAnsi="TH SarabunPSK" w:cs="TH SarabunPSK" w:hint="cs"/>
          <w:kern w:val="24"/>
          <w:sz w:val="30"/>
          <w:szCs w:val="30"/>
          <w:cs/>
          <w:lang w:bidi="th-TH"/>
        </w:rPr>
        <w:t>70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 นั้น </w:t>
      </w:r>
    </w:p>
    <w:p w:rsidR="009E07A3" w:rsidRPr="003027DC" w:rsidRDefault="009E07A3" w:rsidP="009E07A3">
      <w:pPr>
        <w:spacing w:after="0" w:line="240" w:lineRule="auto"/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>ซึ่งนวัตกรรมหรือระบบสารสนเทศสำนักงานอธิการบดี ประกอบด้วย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br/>
        <w:t xml:space="preserve">              1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)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นวัตกรรมหรือระบบสารสนเทศด้านการเงินและงบประมาณ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</w:rPr>
        <w:br/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             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2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)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นวัตกรรมหรือระบบสารสนเทศด้านบุคลากร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</w:rPr>
        <w:br/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             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3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  <w:lang w:bidi="th-TH"/>
        </w:rPr>
        <w:t xml:space="preserve">)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t>นวัตกรรมหรือระบบสารสนเทศด้านกิจการนักศึกษา</w:t>
      </w:r>
    </w:p>
    <w:p w:rsidR="009E07A3" w:rsidRPr="003027DC" w:rsidRDefault="009E07A3" w:rsidP="009E07A3">
      <w:pPr>
        <w:spacing w:after="0" w:line="240" w:lineRule="auto"/>
        <w:ind w:firstLine="840"/>
        <w:rPr>
          <w:rFonts w:ascii="TH SarabunPSK" w:hAnsi="TH SarabunPSK" w:cs="TH SarabunPSK"/>
          <w:sz w:val="30"/>
          <w:szCs w:val="30"/>
          <w:rtl/>
          <w:cs/>
        </w:rPr>
      </w:pPr>
    </w:p>
    <w:p w:rsidR="009E07A3" w:rsidRPr="003027DC" w:rsidRDefault="009E07A3" w:rsidP="009E07A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:rsidR="009E07A3" w:rsidRPr="003027DC" w:rsidRDefault="009E07A3" w:rsidP="009E07A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ข้อมูล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/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หลักฐานที่ต้องรายงาน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:</w:t>
      </w:r>
    </w:p>
    <w:p w:rsidR="009E07A3" w:rsidRPr="003027DC" w:rsidRDefault="009E07A3" w:rsidP="009E07A3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0"/>
          <w:szCs w:val="30"/>
          <w:lang w:bidi="th-TH"/>
        </w:rPr>
      </w:pPr>
      <w:r w:rsidRPr="003027DC">
        <w:rPr>
          <w:rFonts w:ascii="TH SarabunPSK" w:hAnsi="TH SarabunPSK" w:cs="TH SarabunPSK"/>
          <w:sz w:val="30"/>
          <w:szCs w:val="30"/>
          <w:rtl/>
          <w:cs/>
        </w:rPr>
        <w:tab/>
      </w:r>
      <w:r w:rsidRPr="003027DC">
        <w:rPr>
          <w:rFonts w:ascii="TH SarabunPSK" w:hAnsi="TH SarabunPSK" w:cs="TH SarabunPSK"/>
          <w:sz w:val="30"/>
          <w:szCs w:val="30"/>
          <w:rtl/>
          <w:cs/>
          <w:lang w:bidi="th-TH"/>
        </w:rPr>
        <w:t xml:space="preserve">- </w:t>
      </w:r>
      <w:r w:rsidRPr="003027DC">
        <w:rPr>
          <w:rFonts w:ascii="TH SarabunPSK" w:hAnsi="TH SarabunPSK" w:cs="TH SarabunPSK"/>
          <w:sz w:val="30"/>
          <w:szCs w:val="30"/>
          <w:rtl/>
          <w:cs/>
        </w:rPr>
        <w:t xml:space="preserve">แผนพัฒนาระบบสารสนเทศสำนักงานอธิการบดี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ประจำปีงบประมาณ พ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.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>ศ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. </w:t>
      </w:r>
      <w:r w:rsidRPr="003027DC">
        <w:rPr>
          <w:rFonts w:ascii="TH SarabunPSK" w:hAnsi="TH SarabunPSK" w:cs="TH SarabunPSK"/>
          <w:sz w:val="30"/>
          <w:szCs w:val="30"/>
          <w:rtl/>
          <w:cs/>
        </w:rPr>
        <w:t>25</w:t>
      </w:r>
      <w:r>
        <w:rPr>
          <w:rFonts w:ascii="TH SarabunPSK" w:hAnsi="TH SarabunPSK" w:cs="TH SarabunPSK" w:hint="cs"/>
          <w:sz w:val="30"/>
          <w:szCs w:val="30"/>
          <w:cs/>
          <w:lang w:bidi="th-TH"/>
        </w:rPr>
        <w:t>70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D46A2E" w:rsidRDefault="00D46A2E">
      <w:pPr>
        <w:spacing w:after="360"/>
        <w:rPr>
          <w:rFonts w:ascii="TH SarabunPSK" w:hAnsi="TH SarabunPSK" w:cs="TH SarabunPSK"/>
          <w:szCs w:val="32"/>
        </w:rPr>
      </w:pPr>
    </w:p>
    <w:p w:rsidR="00017870" w:rsidRPr="00DA5AD5" w:rsidRDefault="00017870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B6245E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017870" w:rsidRDefault="00BC35B2" w:rsidP="00357331">
            <w:pPr>
              <w:rPr>
                <w:rFonts w:ascii="TH SarabunPSK" w:hAnsi="TH SarabunPSK" w:cs="TH SarabunPSK"/>
                <w:b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t xml:space="preserve">ตัวชี้วัดที่ 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357331" w:rsidRPr="000A554B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4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357331" w:rsidRPr="00357331">
              <w:rPr>
                <w:rStyle w:val="af9"/>
                <w:rFonts w:ascii="TH SarabunPSK" w:hAnsi="TH SarabunPSK" w:cs="TH SarabunPSK"/>
                <w:sz w:val="44"/>
                <w:szCs w:val="32"/>
                <w:cs/>
              </w:rPr>
              <w:t>ร้อยละของบุคลากรสำนักงานอธิการบดีที่นำความรู้หรือทักษะที่ได้รับการพัฒนาไปใช้ในการปฏิบัติงานจริง</w:t>
            </w:r>
            <w:r w:rsidR="00357331" w:rsidRPr="00357331">
              <w:rPr>
                <w:rStyle w:val="af9"/>
                <w:rFonts w:ascii="TH SarabunPSK" w:hAnsi="TH SarabunPSK" w:cs="TH SarabunPSK"/>
                <w:sz w:val="44"/>
                <w:szCs w:val="32"/>
                <w:cs/>
                <w:lang w:bidi="th-TH"/>
              </w:rPr>
              <w:t xml:space="preserve"> </w:t>
            </w:r>
            <w:r w:rsidR="00357331" w:rsidRPr="00357331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(</w:t>
            </w:r>
            <w:r w:rsidR="00357331" w:rsidRPr="00357331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 80)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B6245E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357331">
            <w:pPr>
              <w:rPr>
                <w:rFonts w:ascii="TH SarabunPSK" w:hAnsi="TH SarabunPSK" w:cs="TH SarabunPSK"/>
                <w:szCs w:val="32"/>
              </w:rPr>
            </w:pP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017870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ผอ.กองกลาง</w:t>
            </w:r>
            <w:r w:rsidRPr="00156CB1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357331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...............................................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AA707A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156CB1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56CB1">
              <w:rPr>
                <w:rFonts w:ascii="TH SarabunPSK" w:hAnsi="TH SarabunPSK" w:cs="TH SarabunPSK"/>
                <w:b/>
                <w:color w:val="002060"/>
                <w:szCs w:val="32"/>
              </w:rPr>
              <w:t>SP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56CB1">
              <w:rPr>
                <w:rFonts w:ascii="TH SarabunPSK" w:hAnsi="TH SarabunPSK" w:cs="TH SarabunPSK"/>
                <w:b/>
                <w:color w:val="002060"/>
                <w:szCs w:val="32"/>
              </w:rPr>
              <w:t>01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0A554B" w:rsidRPr="000A554B" w:rsidRDefault="000A554B" w:rsidP="000A554B">
      <w:pPr>
        <w:spacing w:after="0" w:line="240" w:lineRule="auto"/>
        <w:rPr>
          <w:rFonts w:ascii="TH SarabunPSK" w:hAnsi="TH SarabunPSK" w:cs="TH SarabunPSK"/>
          <w:b/>
          <w:bCs/>
          <w:spacing w:val="-8"/>
          <w:szCs w:val="32"/>
        </w:rPr>
      </w:pPr>
      <w:r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br/>
      </w:r>
      <w:r w:rsidR="00B6245E" w:rsidRPr="000A554B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คำอธิบาย </w:t>
      </w:r>
      <w:r w:rsidR="00B6245E" w:rsidRPr="000A554B">
        <w:rPr>
          <w:rFonts w:ascii="TH SarabunPSK" w:hAnsi="TH SarabunPSK" w:cs="TH SarabunPSK"/>
          <w:szCs w:val="32"/>
          <w:cs/>
          <w:lang w:bidi="th-TH"/>
        </w:rPr>
        <w:t xml:space="preserve">: </w:t>
      </w:r>
      <w:r w:rsidRPr="000A554B">
        <w:rPr>
          <w:rFonts w:ascii="TH SarabunPSK" w:hAnsi="TH SarabunPSK" w:cs="TH SarabunPSK"/>
          <w:szCs w:val="32"/>
          <w:cs/>
        </w:rPr>
        <w:t>ประเมินบุคลากรสำนักงานอธิการบดีที่ได้รับการพัฒนาความรู้หรือทักษะที่เกี่ยวข้องกับหน้าที่ ผ่านการอบรม การฝึกปฏิบัติ การสอนงาน หรือการเรียนรู้ที่หน่วยงานรับรอง และนำสิ่งที่เรียนรู้ไปใช้ในงานจริงอย่างน้อย</w:t>
      </w:r>
      <w:r w:rsidRPr="000A554B">
        <w:rPr>
          <w:rFonts w:ascii="TH SarabunPSK" w:hAnsi="TH SarabunPSK" w:cs="TH SarabunPSK"/>
          <w:szCs w:val="32"/>
        </w:rPr>
        <w:t xml:space="preserve"> </w:t>
      </w:r>
      <w:r w:rsidRPr="000A554B">
        <w:rPr>
          <w:rStyle w:val="af9"/>
          <w:rFonts w:ascii="TH SarabunPSK" w:hAnsi="TH SarabunPSK" w:cs="TH SarabunPSK"/>
          <w:szCs w:val="32"/>
        </w:rPr>
        <w:t xml:space="preserve">1 </w:t>
      </w:r>
      <w:r w:rsidRPr="000A554B">
        <w:rPr>
          <w:rStyle w:val="af9"/>
          <w:rFonts w:ascii="TH SarabunPSK" w:hAnsi="TH SarabunPSK" w:cs="TH SarabunPSK"/>
          <w:szCs w:val="32"/>
          <w:cs/>
        </w:rPr>
        <w:t>งานต่อคน</w:t>
      </w:r>
    </w:p>
    <w:p w:rsidR="000A554B" w:rsidRPr="000A554B" w:rsidRDefault="000A554B" w:rsidP="000A554B">
      <w:pPr>
        <w:pStyle w:val="affb"/>
        <w:rPr>
          <w:rFonts w:ascii="TH SarabunPSK" w:hAnsi="TH SarabunPSK" w:cs="TH SarabunPSK"/>
          <w:sz w:val="32"/>
          <w:szCs w:val="32"/>
        </w:rPr>
      </w:pP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 xml:space="preserve">ผู้ที่นับว่ามีการนำไปใช้ ต้องมีครบ </w:t>
      </w:r>
      <w:r w:rsidRPr="000A554B">
        <w:rPr>
          <w:rStyle w:val="af9"/>
          <w:rFonts w:ascii="TH SarabunPSK" w:hAnsi="TH SarabunPSK" w:cs="TH SarabunPSK"/>
          <w:sz w:val="32"/>
          <w:szCs w:val="32"/>
        </w:rPr>
        <w:t xml:space="preserve">3 </w:t>
      </w: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>ข้อ</w:t>
      </w:r>
    </w:p>
    <w:p w:rsidR="000A554B" w:rsidRPr="000A554B" w:rsidRDefault="000A554B" w:rsidP="000A554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ระบุว่าได้รับการพัฒนาเรื่องใด และนำความรู้หรือทักษะส่วนใดมาใช้</w:t>
      </w:r>
    </w:p>
    <w:p w:rsidR="000A554B" w:rsidRPr="000A554B" w:rsidRDefault="000A554B" w:rsidP="000A554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มีหลักฐานการใช้งานจริง เช่น เอกสาร ตารางข้อมูล สื่อ แบบฟอร์ม หรือบันทึกการทำงาน</w:t>
      </w:r>
    </w:p>
    <w:p w:rsidR="000A554B" w:rsidRPr="000A554B" w:rsidRDefault="000A554B" w:rsidP="000A554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หัวหน้างานรับรองว่าได้ใช้ในภารกิจจริง และเกี่ยวข้องกับความรู้หรือทักษะที่ได้รับการพัฒนา</w:t>
      </w:r>
    </w:p>
    <w:p w:rsidR="000A554B" w:rsidRPr="000A554B" w:rsidRDefault="000A554B" w:rsidP="000A554B">
      <w:pPr>
        <w:pStyle w:val="affb"/>
        <w:rPr>
          <w:rFonts w:ascii="TH SarabunPSK" w:hAnsi="TH SarabunPSK" w:cs="TH SarabunPSK"/>
          <w:sz w:val="32"/>
          <w:szCs w:val="32"/>
        </w:rPr>
      </w:pPr>
      <w:r w:rsidRPr="000A554B">
        <w:rPr>
          <w:rFonts w:ascii="TH SarabunPSK" w:hAnsi="TH SarabunPSK" w:cs="TH SarabunPSK"/>
          <w:sz w:val="32"/>
          <w:szCs w:val="32"/>
          <w:cs/>
        </w:rPr>
        <w:t>ไม่จำเป็นต้องสร้างนวัตกรรมหรือผลงานใหม่ทั้งหมด การนำความรู้มาใช้ทำงานประจำให้ถูกต้องหรือสะดวกขึ้นก็นับได้ แต่การมีใบประกาศอบรมเพียงอย่างเดียวยังไม่นับค่ะ</w:t>
      </w:r>
    </w:p>
    <w:p w:rsidR="000A554B" w:rsidRPr="000A554B" w:rsidRDefault="000A554B" w:rsidP="000A554B">
      <w:pPr>
        <w:pStyle w:val="31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วิธีคำนวณ</w:t>
      </w:r>
    </w:p>
    <w:p w:rsidR="000A554B" w:rsidRPr="000A554B" w:rsidRDefault="000A554B" w:rsidP="000A554B">
      <w:pPr>
        <w:pStyle w:val="affb"/>
        <w:rPr>
          <w:rFonts w:ascii="TH SarabunPSK" w:hAnsi="TH SarabunPSK" w:cs="TH SarabunPSK"/>
          <w:sz w:val="32"/>
          <w:szCs w:val="32"/>
        </w:rPr>
      </w:pP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 xml:space="preserve">ร้อยละ = (จำนวนบุคลากรที่นำความรู้หรือทักษะไปใช้ครบตามเงื่อนไข </w:t>
      </w:r>
      <w:r w:rsidRPr="000A554B">
        <w:rPr>
          <w:rStyle w:val="af9"/>
          <w:rFonts w:ascii="TH SarabunPSK" w:hAnsi="TH SarabunPSK" w:cs="TH SarabunPSK"/>
          <w:sz w:val="32"/>
          <w:szCs w:val="32"/>
        </w:rPr>
        <w:t xml:space="preserve">÷ </w:t>
      </w: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 xml:space="preserve">จำนวนบุคลากรที่ได้รับการพัฒนาและครบกำหนดติดตาม) </w:t>
      </w:r>
      <w:r w:rsidRPr="000A554B">
        <w:rPr>
          <w:rStyle w:val="af9"/>
          <w:rFonts w:ascii="TH SarabunPSK" w:hAnsi="TH SarabunPSK" w:cs="TH SarabunPSK"/>
          <w:sz w:val="32"/>
          <w:szCs w:val="32"/>
        </w:rPr>
        <w:t>× 100</w:t>
      </w:r>
    </w:p>
    <w:p w:rsidR="000A554B" w:rsidRPr="000A554B" w:rsidRDefault="000A554B" w:rsidP="000A554B">
      <w:pPr>
        <w:pStyle w:val="affb"/>
        <w:rPr>
          <w:rFonts w:ascii="TH SarabunPSK" w:hAnsi="TH SarabunPSK" w:cs="TH SarabunPSK"/>
          <w:sz w:val="32"/>
          <w:szCs w:val="32"/>
        </w:rPr>
      </w:pPr>
      <w:r w:rsidRPr="000A554B">
        <w:rPr>
          <w:rFonts w:ascii="TH SarabunPSK" w:hAnsi="TH SarabunPSK" w:cs="TH SarabunPSK"/>
          <w:sz w:val="32"/>
          <w:szCs w:val="32"/>
          <w:cs/>
        </w:rPr>
        <w:t>เสนอให้ติดตาม</w:t>
      </w:r>
      <w:r w:rsidRPr="000A554B">
        <w:rPr>
          <w:rFonts w:ascii="TH SarabunPSK" w:hAnsi="TH SarabunPSK" w:cs="TH SarabunPSK"/>
          <w:sz w:val="32"/>
          <w:szCs w:val="32"/>
        </w:rPr>
        <w:t xml:space="preserve"> </w:t>
      </w: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 xml:space="preserve">ภายใน </w:t>
      </w:r>
      <w:r w:rsidRPr="000A554B">
        <w:rPr>
          <w:rStyle w:val="af9"/>
          <w:rFonts w:ascii="TH SarabunPSK" w:hAnsi="TH SarabunPSK" w:cs="TH SarabunPSK"/>
          <w:sz w:val="32"/>
          <w:szCs w:val="32"/>
        </w:rPr>
        <w:t xml:space="preserve">60 </w:t>
      </w: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>วันหลังสิ้นสุดการพัฒนา</w:t>
      </w:r>
      <w:r w:rsidRPr="000A554B">
        <w:rPr>
          <w:rFonts w:ascii="TH SarabunPSK" w:hAnsi="TH SarabunPSK" w:cs="TH SarabunPSK"/>
          <w:sz w:val="32"/>
          <w:szCs w:val="32"/>
        </w:rPr>
        <w:t xml:space="preserve"> </w:t>
      </w:r>
      <w:r w:rsidRPr="000A554B">
        <w:rPr>
          <w:rFonts w:ascii="TH SarabunPSK" w:hAnsi="TH SarabunPSK" w:cs="TH SarabunPSK"/>
          <w:sz w:val="32"/>
          <w:szCs w:val="32"/>
          <w:cs/>
        </w:rPr>
        <w:t xml:space="preserve">โดยฐานคำนวณปี </w:t>
      </w:r>
      <w:r w:rsidRPr="000A554B">
        <w:rPr>
          <w:rFonts w:ascii="TH SarabunPSK" w:hAnsi="TH SarabunPSK" w:cs="TH SarabunPSK"/>
          <w:sz w:val="32"/>
          <w:szCs w:val="32"/>
        </w:rPr>
        <w:t xml:space="preserve">2570 </w:t>
      </w:r>
      <w:r w:rsidRPr="000A554B">
        <w:rPr>
          <w:rFonts w:ascii="TH SarabunPSK" w:hAnsi="TH SarabunPSK" w:cs="TH SarabunPSK"/>
          <w:sz w:val="32"/>
          <w:szCs w:val="32"/>
          <w:cs/>
        </w:rPr>
        <w:t xml:space="preserve">ใช้ผู้ที่สิ้นสุดการพัฒนาระหว่างวันที่ </w:t>
      </w:r>
      <w:r w:rsidRPr="000A554B">
        <w:rPr>
          <w:rFonts w:ascii="TH SarabunPSK" w:hAnsi="TH SarabunPSK" w:cs="TH SarabunPSK"/>
          <w:sz w:val="32"/>
          <w:szCs w:val="32"/>
        </w:rPr>
        <w:t xml:space="preserve">1 </w:t>
      </w:r>
      <w:r w:rsidRPr="000A554B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0A554B">
        <w:rPr>
          <w:rFonts w:ascii="TH SarabunPSK" w:hAnsi="TH SarabunPSK" w:cs="TH SarabunPSK"/>
          <w:sz w:val="32"/>
          <w:szCs w:val="32"/>
        </w:rPr>
        <w:t xml:space="preserve">2569–31 </w:t>
      </w:r>
      <w:r w:rsidRPr="000A554B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Pr="000A554B">
        <w:rPr>
          <w:rFonts w:ascii="TH SarabunPSK" w:hAnsi="TH SarabunPSK" w:cs="TH SarabunPSK"/>
          <w:sz w:val="32"/>
          <w:szCs w:val="32"/>
        </w:rPr>
        <w:t xml:space="preserve">2570 </w:t>
      </w:r>
      <w:r w:rsidRPr="000A554B">
        <w:rPr>
          <w:rFonts w:ascii="TH SarabunPSK" w:hAnsi="TH SarabunPSK" w:cs="TH SarabunPSK"/>
          <w:sz w:val="32"/>
          <w:szCs w:val="32"/>
          <w:cs/>
        </w:rPr>
        <w:t>เพื่อให้มีเวลาติดตามก่อนสิ้นปี ส่วนผู้ที่พัฒนาในเดือนสิงหาคม–กันยายนให้ติดตามในรอบถัดไป</w:t>
      </w:r>
    </w:p>
    <w:p w:rsidR="000A554B" w:rsidRPr="000A554B" w:rsidRDefault="000A554B" w:rsidP="000A554B">
      <w:pPr>
        <w:pStyle w:val="affb"/>
        <w:rPr>
          <w:rFonts w:ascii="TH SarabunPSK" w:hAnsi="TH SarabunPSK" w:cs="TH SarabunPSK"/>
          <w:sz w:val="32"/>
          <w:szCs w:val="32"/>
        </w:rPr>
      </w:pP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>ตัวอย่าง:</w:t>
      </w:r>
      <w:r w:rsidRPr="000A554B">
        <w:rPr>
          <w:rFonts w:ascii="TH SarabunPSK" w:hAnsi="TH SarabunPSK" w:cs="TH SarabunPSK"/>
          <w:sz w:val="32"/>
          <w:szCs w:val="32"/>
        </w:rPr>
        <w:t xml:space="preserve"> </w:t>
      </w:r>
      <w:r w:rsidRPr="000A554B">
        <w:rPr>
          <w:rFonts w:ascii="TH SarabunPSK" w:hAnsi="TH SarabunPSK" w:cs="TH SarabunPSK"/>
          <w:sz w:val="32"/>
          <w:szCs w:val="32"/>
          <w:cs/>
        </w:rPr>
        <w:t xml:space="preserve">มีผู้ได้รับการพัฒนาและครบกำหนดติดตาม </w:t>
      </w:r>
      <w:r w:rsidRPr="000A554B">
        <w:rPr>
          <w:rFonts w:ascii="TH SarabunPSK" w:hAnsi="TH SarabunPSK" w:cs="TH SarabunPSK"/>
          <w:sz w:val="32"/>
          <w:szCs w:val="32"/>
        </w:rPr>
        <w:t xml:space="preserve">50 </w:t>
      </w:r>
      <w:r w:rsidRPr="000A554B">
        <w:rPr>
          <w:rFonts w:ascii="TH SarabunPSK" w:hAnsi="TH SarabunPSK" w:cs="TH SarabunPSK"/>
          <w:sz w:val="32"/>
          <w:szCs w:val="32"/>
          <w:cs/>
        </w:rPr>
        <w:t xml:space="preserve">คน มีหลักฐานนำไปใช้ </w:t>
      </w:r>
      <w:r w:rsidRPr="000A554B">
        <w:rPr>
          <w:rFonts w:ascii="TH SarabunPSK" w:hAnsi="TH SarabunPSK" w:cs="TH SarabunPSK"/>
          <w:sz w:val="32"/>
          <w:szCs w:val="32"/>
        </w:rPr>
        <w:t xml:space="preserve">42 </w:t>
      </w:r>
      <w:r w:rsidRPr="000A554B">
        <w:rPr>
          <w:rFonts w:ascii="TH SarabunPSK" w:hAnsi="TH SarabunPSK" w:cs="TH SarabunPSK"/>
          <w:sz w:val="32"/>
          <w:szCs w:val="32"/>
          <w:cs/>
        </w:rPr>
        <w:t>คน ผลเท่ากับ</w:t>
      </w:r>
      <w:r w:rsidRPr="000A554B">
        <w:rPr>
          <w:rFonts w:ascii="TH SarabunPSK" w:hAnsi="TH SarabunPSK" w:cs="TH SarabunPSK"/>
          <w:sz w:val="32"/>
          <w:szCs w:val="32"/>
        </w:rPr>
        <w:t xml:space="preserve"> </w:t>
      </w: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0A554B">
        <w:rPr>
          <w:rStyle w:val="af9"/>
          <w:rFonts w:ascii="TH SarabunPSK" w:hAnsi="TH SarabunPSK" w:cs="TH SarabunPSK"/>
          <w:sz w:val="32"/>
          <w:szCs w:val="32"/>
        </w:rPr>
        <w:t xml:space="preserve">84 — </w:t>
      </w:r>
      <w:r w:rsidRPr="000A554B">
        <w:rPr>
          <w:rStyle w:val="af9"/>
          <w:rFonts w:ascii="TH SarabunPSK" w:hAnsi="TH SarabunPSK" w:cs="TH SarabunPSK"/>
          <w:sz w:val="32"/>
          <w:szCs w:val="32"/>
          <w:cs/>
        </w:rPr>
        <w:t>บรรลุเป้าหมาย</w:t>
      </w:r>
    </w:p>
    <w:p w:rsidR="000A554B" w:rsidRPr="000A554B" w:rsidRDefault="000A554B" w:rsidP="000A554B">
      <w:pPr>
        <w:pStyle w:val="31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lastRenderedPageBreak/>
        <w:t>ตัวอย่างที่นับได้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5975"/>
      </w:tblGrid>
      <w:tr w:rsidR="000A554B" w:rsidRPr="000A554B" w:rsidTr="000A55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0A554B">
              <w:rPr>
                <w:rFonts w:ascii="TH SarabunPSK" w:hAnsi="TH SarabunPSK" w:cs="TH SarabunPSK"/>
                <w:b/>
                <w:bCs/>
                <w:szCs w:val="32"/>
                <w:cs/>
              </w:rPr>
              <w:t>เรื่องที่ได้รับการพัฒนา</w:t>
            </w:r>
          </w:p>
        </w:tc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0A554B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หลักฐานการนำไปใช้</w:t>
            </w:r>
          </w:p>
        </w:tc>
      </w:tr>
      <w:tr w:rsidR="000A554B" w:rsidRPr="000A554B" w:rsidTr="000A5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</w:rPr>
              <w:t>Excel</w:t>
            </w:r>
          </w:p>
        </w:tc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ตารางสรุปงบประมาณที่ใช้สูตรหรือวิธีตรวจข้อมูลจากการอบรม</w:t>
            </w:r>
          </w:p>
        </w:tc>
      </w:tr>
      <w:tr w:rsidR="000A554B" w:rsidRPr="000A554B" w:rsidTr="000A5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งานสารบรรณ</w:t>
            </w:r>
          </w:p>
        </w:tc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หนังสือราชการที่จัดทำตามแนวทางที่เรียนรู้ พร้อมรายการตรวจสอบ</w:t>
            </w:r>
          </w:p>
        </w:tc>
      </w:tr>
      <w:tr w:rsidR="000A554B" w:rsidRPr="000A554B" w:rsidTr="000A5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 xml:space="preserve">การใช้ </w:t>
            </w:r>
            <w:r w:rsidRPr="000A554B">
              <w:rPr>
                <w:rFonts w:ascii="TH SarabunPSK" w:hAnsi="TH SarabunPSK" w:cs="TH SarabunPSK"/>
                <w:szCs w:val="32"/>
              </w:rPr>
              <w:t>AI</w:t>
            </w:r>
          </w:p>
        </w:tc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 xml:space="preserve">เอกสารหรือสื่อที่ใช้ </w:t>
            </w:r>
            <w:r w:rsidRPr="000A554B">
              <w:rPr>
                <w:rFonts w:ascii="TH SarabunPSK" w:hAnsi="TH SarabunPSK" w:cs="TH SarabunPSK"/>
                <w:szCs w:val="32"/>
              </w:rPr>
              <w:t xml:space="preserve">AI </w:t>
            </w:r>
            <w:r w:rsidRPr="000A554B">
              <w:rPr>
                <w:rFonts w:ascii="TH SarabunPSK" w:hAnsi="TH SarabunPSK" w:cs="TH SarabunPSK"/>
                <w:szCs w:val="32"/>
                <w:cs/>
              </w:rPr>
              <w:t>ช่วยจัดทำและตรวจสอบความถูกต้องก่อนใช้งาน</w:t>
            </w:r>
          </w:p>
        </w:tc>
      </w:tr>
      <w:tr w:rsidR="000A554B" w:rsidRPr="000A554B" w:rsidTr="000A5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การบริหารความเสี่ยง</w:t>
            </w:r>
          </w:p>
        </w:tc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แบบวิเคราะห์หรือรายงานความเสี่ยงที่นำหลักการจากการพัฒนามาใช้</w:t>
            </w:r>
          </w:p>
        </w:tc>
      </w:tr>
      <w:tr w:rsidR="000A554B" w:rsidRPr="000A554B" w:rsidTr="000A55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การบริการ</w:t>
            </w:r>
          </w:p>
        </w:tc>
        <w:tc>
          <w:tcPr>
            <w:tcW w:w="0" w:type="auto"/>
            <w:vAlign w:val="center"/>
            <w:hideMark/>
          </w:tcPr>
          <w:p w:rsidR="000A554B" w:rsidRPr="000A554B" w:rsidRDefault="000A554B">
            <w:pPr>
              <w:rPr>
                <w:rFonts w:ascii="TH SarabunPSK" w:hAnsi="TH SarabunPSK" w:cs="TH SarabunPSK"/>
                <w:szCs w:val="32"/>
              </w:rPr>
            </w:pPr>
            <w:r w:rsidRPr="000A554B">
              <w:rPr>
                <w:rFonts w:ascii="TH SarabunPSK" w:hAnsi="TH SarabunPSK" w:cs="TH SarabunPSK"/>
                <w:szCs w:val="32"/>
                <w:cs/>
              </w:rPr>
              <w:t>บันทึกการใช้แนวทางสื่อสารหรือรับเรื่องกับผู้รับบริการจริง</w:t>
            </w:r>
          </w:p>
        </w:tc>
      </w:tr>
    </w:tbl>
    <w:p w:rsidR="000A554B" w:rsidRPr="000A554B" w:rsidRDefault="000A554B" w:rsidP="000A554B">
      <w:pPr>
        <w:pStyle w:val="31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เงื่อนไขการนับและหลักฐาน</w:t>
      </w:r>
    </w:p>
    <w:p w:rsidR="000A554B" w:rsidRPr="000A554B" w:rsidRDefault="000A554B" w:rsidP="000A554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 xml:space="preserve">บุคลากร </w:t>
      </w:r>
      <w:r w:rsidRPr="000A554B">
        <w:rPr>
          <w:rFonts w:ascii="TH SarabunPSK" w:hAnsi="TH SarabunPSK" w:cs="TH SarabunPSK"/>
          <w:szCs w:val="32"/>
        </w:rPr>
        <w:t xml:space="preserve">1 </w:t>
      </w:r>
      <w:r w:rsidRPr="000A554B">
        <w:rPr>
          <w:rFonts w:ascii="TH SarabunPSK" w:hAnsi="TH SarabunPSK" w:cs="TH SarabunPSK"/>
          <w:szCs w:val="32"/>
          <w:cs/>
        </w:rPr>
        <w:t xml:space="preserve">คน นับเพียง </w:t>
      </w:r>
      <w:r w:rsidRPr="000A554B">
        <w:rPr>
          <w:rFonts w:ascii="TH SarabunPSK" w:hAnsi="TH SarabunPSK" w:cs="TH SarabunPSK"/>
          <w:szCs w:val="32"/>
        </w:rPr>
        <w:t xml:space="preserve">1 </w:t>
      </w:r>
      <w:r w:rsidRPr="000A554B">
        <w:rPr>
          <w:rFonts w:ascii="TH SarabunPSK" w:hAnsi="TH SarabunPSK" w:cs="TH SarabunPSK"/>
          <w:szCs w:val="32"/>
          <w:cs/>
        </w:rPr>
        <w:t>ครั้งต่อปี แม้ได้รับการพัฒนาหลายเรื่อง</w:t>
      </w:r>
    </w:p>
    <w:p w:rsidR="000A554B" w:rsidRPr="000A554B" w:rsidRDefault="000A554B" w:rsidP="000A554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ผู้ที่ครบกำหนดติดตามแต่ไม่ส่งหลักฐาน ยังคงอยู่ในฐานคำนวณและไม่นับเป็นผู้นำไปใช้</w:t>
      </w:r>
    </w:p>
    <w:p w:rsidR="000A554B" w:rsidRPr="000A554B" w:rsidRDefault="000A554B" w:rsidP="000A554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ผลงานร่วมกันใช้ได้ แต่ต้องระบุบทบาทของแต่ละคน</w:t>
      </w:r>
    </w:p>
    <w:p w:rsidR="000A554B" w:rsidRPr="000A554B" w:rsidRDefault="000A554B" w:rsidP="000A554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ใช้หลักฐานเดิมจากงานได้ ไม่ต้องจัดทำรายงานเล่มใหม่</w:t>
      </w:r>
    </w:p>
    <w:p w:rsidR="000A554B" w:rsidRPr="000A554B" w:rsidRDefault="000A554B" w:rsidP="000A554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H SarabunPSK" w:hAnsi="TH SarabunPSK" w:cs="TH SarabunPSK"/>
          <w:b/>
          <w:bCs/>
          <w:szCs w:val="32"/>
        </w:rPr>
      </w:pPr>
      <w:r w:rsidRPr="000A554B">
        <w:rPr>
          <w:rFonts w:ascii="TH SarabunPSK" w:hAnsi="TH SarabunPSK" w:cs="TH SarabunPSK"/>
          <w:szCs w:val="32"/>
          <w:cs/>
        </w:rPr>
        <w:t>แบบรายงานควรมีเพียง</w:t>
      </w:r>
      <w:r w:rsidRPr="000A554B">
        <w:rPr>
          <w:rFonts w:ascii="TH SarabunPSK" w:hAnsi="TH SarabunPSK" w:cs="TH SarabunPSK"/>
          <w:szCs w:val="32"/>
        </w:rPr>
        <w:t xml:space="preserve"> </w:t>
      </w:r>
      <w:r w:rsidRPr="000A554B">
        <w:rPr>
          <w:rStyle w:val="af9"/>
          <w:rFonts w:ascii="TH SarabunPSK" w:hAnsi="TH SarabunPSK" w:cs="TH SarabunPSK"/>
          <w:b w:val="0"/>
          <w:bCs w:val="0"/>
          <w:szCs w:val="32"/>
          <w:cs/>
        </w:rPr>
        <w:t>เรื่องที่พัฒนา / งานที่นำไปใช้ / วันที่ใช้ / ผลหรือประโยชน์ที่พบ / หลักฐาน / ผู้รับรอง</w:t>
      </w:r>
    </w:p>
    <w:p w:rsidR="00B6245E" w:rsidRPr="00DA5AD5" w:rsidRDefault="00B6245E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 w:rsidTr="00B73D28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B73D28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t xml:space="preserve">ตัวชี้วัดที่ </w:t>
            </w:r>
            <w:r w:rsidR="0099004A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99004A" w:rsidRPr="00B6385B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5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99004A" w:rsidRPr="0099004A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ร้อยละความพึงพอใจและความผูกพันของบุคลากรสำนักงานอธิการบดีที่มีต่อองค์กร</w:t>
            </w:r>
            <w:r w:rsidR="0099004A" w:rsidRPr="0099004A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</w:t>
            </w:r>
            <w:r w:rsidR="0099004A" w:rsidRPr="0099004A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 80)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ร้อยละ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 w:rsidTr="00B73D28">
        <w:trPr>
          <w:jc w:val="center"/>
        </w:trPr>
        <w:tc>
          <w:tcPr>
            <w:tcW w:w="9028" w:type="dxa"/>
            <w:gridSpan w:val="2"/>
          </w:tcPr>
          <w:p w:rsidR="00F91689" w:rsidRPr="00156CB1" w:rsidRDefault="00BC35B2" w:rsidP="00B6385B">
            <w:p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156CB1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="00B6385B"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หัวหน้างานบริหารบุคคล</w:t>
            </w:r>
            <w:r w:rsidR="00B6385B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ผอ.กองกลาง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B6385B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.....................................</w:t>
            </w:r>
            <w:r w:rsidR="00AA707A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</w:rPr>
              <w:t>OP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</w:rPr>
              <w:t>SP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="00B6385B">
              <w:rPr>
                <w:rFonts w:ascii="TH SarabunPSK" w:hAnsi="TH SarabunPSK" w:cs="TH SarabunPSK"/>
                <w:b/>
                <w:bCs/>
                <w:color w:val="002060"/>
                <w:szCs w:val="32"/>
              </w:rPr>
              <w:t>0</w:t>
            </w:r>
            <w:r w:rsidR="00B6385B">
              <w:rPr>
                <w:rFonts w:ascii="TH SarabunPSK" w:hAnsi="TH SarabunPSK" w:cs="TH SarabunPSK" w:hint="cs"/>
                <w:b/>
                <w:bCs/>
                <w:color w:val="002060"/>
                <w:szCs w:val="32"/>
                <w:cs/>
                <w:lang w:bidi="th-TH"/>
              </w:rPr>
              <w:t>2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B73D28" w:rsidRPr="003027DC" w:rsidRDefault="00B73D28" w:rsidP="00B73D28">
      <w:pPr>
        <w:spacing w:after="0" w:line="240" w:lineRule="auto"/>
        <w:rPr>
          <w:rFonts w:ascii="TH SarabunPSK" w:hAnsi="TH SarabunPSK" w:cs="TH SarabunPSK"/>
          <w:b/>
          <w:bCs/>
          <w:spacing w:val="-8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คำอธิบาย 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: </w:t>
      </w:r>
    </w:p>
    <w:p w:rsidR="00B73D28" w:rsidRPr="003027DC" w:rsidRDefault="00B73D28" w:rsidP="00B73D28">
      <w:pPr>
        <w:spacing w:after="0" w:line="240" w:lineRule="auto"/>
        <w:rPr>
          <w:rFonts w:ascii="TH SarabunPSK" w:eastAsia="Calibri" w:hAnsi="TH SarabunPSK" w:cs="TH SarabunPSK"/>
          <w:kern w:val="24"/>
          <w:sz w:val="30"/>
          <w:szCs w:val="30"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ความผูกพันต่อองค์กร หมายถึง ทัศนคติของบุคลากรที่แสดงออกมาในลักษณะทางความคิด ทางการแสดงออกทางพฤติกรรม มีความเชื่อมั่น มีความจงรักภักดี มีความภาคภูมิใจ และมีความรู้สึกว่าตนเองเป็นส่วนหนึ่งขององค์กร </w:t>
      </w:r>
      <w:r>
        <w:rPr>
          <w:rFonts w:ascii="TH SarabunPSK" w:eastAsia="Calibri" w:hAnsi="TH SarabunPSK" w:cs="TH SarabunPSK"/>
          <w:kern w:val="24"/>
          <w:sz w:val="30"/>
          <w:szCs w:val="30"/>
          <w:rtl/>
          <w:cs/>
        </w:rPr>
        <w:br/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>เป็นต้น</w:t>
      </w:r>
    </w:p>
    <w:p w:rsidR="00B73D28" w:rsidRPr="003027DC" w:rsidRDefault="00B73D28" w:rsidP="00B73D28">
      <w:pPr>
        <w:spacing w:after="0" w:line="240" w:lineRule="auto"/>
        <w:rPr>
          <w:rFonts w:ascii="TH SarabunPSK" w:eastAsia="Calibri" w:hAnsi="TH SarabunPSK" w:cs="TH SarabunPSK"/>
          <w:kern w:val="24"/>
          <w:sz w:val="30"/>
          <w:szCs w:val="30"/>
        </w:rPr>
      </w:pPr>
    </w:p>
    <w:p w:rsidR="00B73D28" w:rsidRPr="003027DC" w:rsidRDefault="00B73D28" w:rsidP="00B73D28">
      <w:pPr>
        <w:spacing w:after="0" w:line="240" w:lineRule="auto"/>
        <w:rPr>
          <w:rFonts w:ascii="TH SarabunPSK" w:eastAsia="Calibri" w:hAnsi="TH SarabunPSK" w:cs="TH SarabunPSK"/>
          <w:kern w:val="24"/>
          <w:sz w:val="30"/>
          <w:szCs w:val="30"/>
        </w:rPr>
      </w:pPr>
      <w:r w:rsidRPr="003027DC">
        <w:rPr>
          <w:rFonts w:ascii="TH SarabunPSK" w:eastAsia="Calibri" w:hAnsi="TH SarabunPSK" w:cs="TH SarabunPSK"/>
          <w:b/>
          <w:bCs/>
          <w:kern w:val="24"/>
          <w:sz w:val="30"/>
          <w:szCs w:val="30"/>
          <w:cs/>
          <w:lang w:bidi="th-TH"/>
        </w:rPr>
        <w:t>แนวทางในการดำเนินงาน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  </w:t>
      </w:r>
    </w:p>
    <w:p w:rsidR="00B73D28" w:rsidRPr="003027DC" w:rsidRDefault="00B73D28" w:rsidP="00B73D28">
      <w:pPr>
        <w:spacing w:after="0" w:line="240" w:lineRule="auto"/>
        <w:rPr>
          <w:rFonts w:ascii="TH SarabunPSK" w:eastAsia="Calibri" w:hAnsi="TH SarabunPSK" w:cs="TH SarabunPSK"/>
          <w:b/>
          <w:bCs/>
          <w:kern w:val="24"/>
          <w:sz w:val="30"/>
          <w:szCs w:val="30"/>
          <w:rtl/>
          <w:cs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lastRenderedPageBreak/>
        <w:t xml:space="preserve">จัดทำแบบสำรวจความพึงพอใจและความผูกพันของบุคลากรสำนักงานอธิการบดี ของบุคลากรสำนักงานอธิการบดี ที่มีต่อองค์กร 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>(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>ด้านนโยบาย การบริหารงาน สภาพแวดล้อม สวัสดิการ ความสัมพันธ์กับผู้บังคับบัญชา และเพื่อนร่วมงาน</w:t>
      </w: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) </w:t>
      </w:r>
    </w:p>
    <w:p w:rsidR="00B73D28" w:rsidRPr="003027DC" w:rsidRDefault="00B73D28" w:rsidP="00B73D28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3027DC">
        <w:rPr>
          <w:rFonts w:ascii="TH SarabunPSK" w:eastAsia="Calibri" w:hAnsi="TH SarabunPSK" w:cs="TH SarabunPSK"/>
          <w:b/>
          <w:bCs/>
          <w:kern w:val="24"/>
          <w:sz w:val="30"/>
          <w:szCs w:val="30"/>
          <w:rtl/>
          <w:cs/>
        </w:rPr>
        <w:br/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สูตรการคำนวณ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:</w:t>
      </w:r>
    </w:p>
    <w:tbl>
      <w:tblPr>
        <w:tblW w:w="0" w:type="auto"/>
        <w:tblInd w:w="625" w:type="dxa"/>
        <w:tblLook w:val="04A0" w:firstRow="1" w:lastRow="0" w:firstColumn="1" w:lastColumn="0" w:noHBand="0" w:noVBand="1"/>
      </w:tblPr>
      <w:tblGrid>
        <w:gridCol w:w="8404"/>
      </w:tblGrid>
      <w:tr w:rsidR="00B73D28" w:rsidRPr="003027DC" w:rsidTr="00415DF3">
        <w:trPr>
          <w:trHeight w:val="1091"/>
        </w:trPr>
        <w:tc>
          <w:tcPr>
            <w:tcW w:w="8550" w:type="dxa"/>
          </w:tcPr>
          <w:p w:rsidR="00B73D28" w:rsidRPr="003027DC" w:rsidRDefault="00B73D28" w:rsidP="00415DF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  ร้อยละ </w:t>
            </w: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= </w:t>
            </w: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ผลรวมของร้อยละความพึงพอใจและความผูกพันของบุคลากร   </w:t>
            </w:r>
            <w:r w:rsidRPr="003027DC">
              <w:rPr>
                <w:rFonts w:ascii="TH SarabunPSK" w:hAnsi="TH SarabunPSK" w:cs="TH SarabunPSK"/>
                <w:sz w:val="30"/>
                <w:szCs w:val="30"/>
              </w:rPr>
              <w:t>x  100</w:t>
            </w:r>
          </w:p>
          <w:p w:rsidR="00B73D28" w:rsidRPr="003027DC" w:rsidRDefault="00B73D28" w:rsidP="00415DF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  <w:r w:rsidRPr="003027DC">
              <w:rPr>
                <w:rFonts w:ascii="TH SarabunPSK" w:hAnsi="TH SarabunPSK" w:cs="TH SarabunPSK"/>
                <w:noProof/>
                <w:sz w:val="30"/>
                <w:szCs w:val="30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07A8B9" wp14:editId="3DE08FBB">
                      <wp:simplePos x="0" y="0"/>
                      <wp:positionH relativeFrom="column">
                        <wp:posOffset>656087</wp:posOffset>
                      </wp:positionH>
                      <wp:positionV relativeFrom="paragraph">
                        <wp:posOffset>26670</wp:posOffset>
                      </wp:positionV>
                      <wp:extent cx="3211373" cy="0"/>
                      <wp:effectExtent l="0" t="0" r="27305" b="19050"/>
                      <wp:wrapNone/>
                      <wp:docPr id="25" name="ตัวเชื่อมต่อ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1137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E9659A" id="ตัวเชื่อมต่อตรง 2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65pt,2.1pt" to="304.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" strokecolor="black [3213]"/>
                  </w:pict>
                </mc:Fallback>
              </mc:AlternateContent>
            </w:r>
            <w:r w:rsidRPr="003027DC"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  <w:t xml:space="preserve">                                         จำนวนบุคลากรทั้งหมด</w:t>
            </w:r>
            <w:r w:rsidRPr="003027D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bidi="th-TH"/>
              </w:rPr>
              <w:t xml:space="preserve"> </w:t>
            </w:r>
          </w:p>
        </w:tc>
      </w:tr>
    </w:tbl>
    <w:p w:rsidR="00B73D28" w:rsidRPr="003027DC" w:rsidRDefault="00B73D28" w:rsidP="00B73D28">
      <w:pPr>
        <w:spacing w:before="120" w:after="0" w:line="240" w:lineRule="auto"/>
        <w:rPr>
          <w:rFonts w:ascii="TH SarabunPSK" w:hAnsi="TH SarabunPSK" w:cs="TH SarabunPSK"/>
          <w:sz w:val="30"/>
          <w:szCs w:val="30"/>
        </w:rPr>
      </w:pP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ข้อมูล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/</w:t>
      </w:r>
      <w:r w:rsidRPr="003027DC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หลักฐานที่ต้องรายงาน</w:t>
      </w:r>
      <w:r w:rsidRPr="003027DC">
        <w:rPr>
          <w:rFonts w:ascii="TH SarabunPSK" w:hAnsi="TH SarabunPSK" w:cs="TH SarabunPSK"/>
          <w:sz w:val="30"/>
          <w:szCs w:val="30"/>
          <w:cs/>
          <w:lang w:bidi="th-TH"/>
        </w:rPr>
        <w:t xml:space="preserve"> :</w:t>
      </w:r>
    </w:p>
    <w:p w:rsidR="00B73D28" w:rsidRPr="003027DC" w:rsidRDefault="00B73D28" w:rsidP="00B73D28">
      <w:pPr>
        <w:spacing w:after="0" w:line="240" w:lineRule="auto"/>
        <w:rPr>
          <w:rFonts w:ascii="TH SarabunPSK" w:eastAsia="Calibri" w:hAnsi="TH SarabunPSK" w:cs="TH SarabunPSK"/>
          <w:kern w:val="24"/>
          <w:sz w:val="30"/>
          <w:szCs w:val="30"/>
        </w:rPr>
      </w:pPr>
      <w:r w:rsidRPr="003027DC">
        <w:rPr>
          <w:rFonts w:ascii="TH SarabunPSK" w:eastAsia="Calibri" w:hAnsi="TH SarabunPSK" w:cs="TH SarabunPSK"/>
          <w:kern w:val="24"/>
          <w:sz w:val="30"/>
          <w:szCs w:val="30"/>
          <w:cs/>
          <w:lang w:bidi="th-TH"/>
        </w:rPr>
        <w:t xml:space="preserve">     </w:t>
      </w:r>
      <w:r w:rsidRPr="003027DC">
        <w:rPr>
          <w:rFonts w:ascii="TH SarabunPSK" w:hAnsi="TH SarabunPSK" w:cs="TH SarabunPSK"/>
          <w:kern w:val="24"/>
          <w:sz w:val="30"/>
          <w:szCs w:val="30"/>
          <w:cs/>
          <w:lang w:bidi="th-TH"/>
        </w:rPr>
        <w:t>รายงานผลการสำรวจความพึงพอใจและความผูกพันของบุคลากรสำนักงานอธิการบดีที่มีต่อองค์กร</w:t>
      </w:r>
    </w:p>
    <w:p w:rsidR="00F91689" w:rsidRDefault="00F91689">
      <w:pPr>
        <w:spacing w:after="360"/>
        <w:rPr>
          <w:rFonts w:ascii="TH SarabunPSK" w:hAnsi="TH SarabunPSK" w:cs="TH SarabunPSK"/>
          <w:szCs w:val="32"/>
        </w:rPr>
      </w:pPr>
    </w:p>
    <w:p w:rsidR="00AA707A" w:rsidRDefault="00AA707A">
      <w:pPr>
        <w:spacing w:after="360"/>
        <w:rPr>
          <w:rFonts w:ascii="TH SarabunPSK" w:hAnsi="TH SarabunPSK" w:cs="TH SarabunPSK"/>
          <w:szCs w:val="32"/>
        </w:rPr>
      </w:pPr>
    </w:p>
    <w:p w:rsidR="009121BB" w:rsidRDefault="009121BB">
      <w:pPr>
        <w:spacing w:after="360"/>
        <w:rPr>
          <w:rFonts w:ascii="TH SarabunPSK" w:hAnsi="TH SarabunPSK" w:cs="TH SarabunPSK"/>
          <w:szCs w:val="32"/>
        </w:rPr>
      </w:pPr>
    </w:p>
    <w:p w:rsidR="009121BB" w:rsidRDefault="009121BB">
      <w:pPr>
        <w:spacing w:after="360"/>
        <w:rPr>
          <w:rFonts w:ascii="TH SarabunPSK" w:hAnsi="TH SarabunPSK" w:cs="TH SarabunPSK"/>
          <w:szCs w:val="32"/>
        </w:rPr>
      </w:pPr>
    </w:p>
    <w:p w:rsidR="009121BB" w:rsidRDefault="009121BB">
      <w:pPr>
        <w:spacing w:after="360"/>
        <w:rPr>
          <w:rFonts w:ascii="TH SarabunPSK" w:hAnsi="TH SarabunPSK" w:cs="TH SarabunPSK"/>
          <w:szCs w:val="32"/>
        </w:rPr>
      </w:pPr>
    </w:p>
    <w:p w:rsidR="009121BB" w:rsidRDefault="009121BB">
      <w:pPr>
        <w:spacing w:after="360"/>
        <w:rPr>
          <w:rFonts w:ascii="TH SarabunPSK" w:hAnsi="TH SarabunPSK" w:cs="TH SarabunPSK"/>
          <w:szCs w:val="32"/>
        </w:rPr>
      </w:pPr>
    </w:p>
    <w:p w:rsidR="0001192F" w:rsidRDefault="0001192F">
      <w:pPr>
        <w:spacing w:after="360"/>
        <w:rPr>
          <w:rFonts w:ascii="TH SarabunPSK" w:hAnsi="TH SarabunPSK" w:cs="TH SarabunPSK"/>
          <w:szCs w:val="32"/>
        </w:rPr>
      </w:pPr>
    </w:p>
    <w:p w:rsidR="0001192F" w:rsidRDefault="0001192F">
      <w:pPr>
        <w:spacing w:after="360"/>
        <w:rPr>
          <w:rFonts w:ascii="TH SarabunPSK" w:hAnsi="TH SarabunPSK" w:cs="TH SarabunPSK"/>
          <w:szCs w:val="32"/>
        </w:rPr>
      </w:pPr>
    </w:p>
    <w:p w:rsidR="0001192F" w:rsidRDefault="0001192F">
      <w:pPr>
        <w:spacing w:after="360"/>
        <w:rPr>
          <w:rFonts w:ascii="TH SarabunPSK" w:hAnsi="TH SarabunPSK" w:cs="TH SarabunPSK"/>
          <w:szCs w:val="32"/>
        </w:rPr>
      </w:pPr>
    </w:p>
    <w:p w:rsidR="0001192F" w:rsidRDefault="0001192F">
      <w:pPr>
        <w:spacing w:after="360"/>
        <w:rPr>
          <w:rFonts w:ascii="TH SarabunPSK" w:hAnsi="TH SarabunPSK" w:cs="TH SarabunPSK"/>
          <w:szCs w:val="32"/>
        </w:rPr>
      </w:pPr>
    </w:p>
    <w:p w:rsidR="0001192F" w:rsidRDefault="0001192F">
      <w:pPr>
        <w:spacing w:after="360"/>
        <w:rPr>
          <w:rFonts w:ascii="TH SarabunPSK" w:hAnsi="TH SarabunPSK" w:cs="TH SarabunPSK"/>
          <w:szCs w:val="32"/>
        </w:rPr>
      </w:pPr>
    </w:p>
    <w:p w:rsidR="0001192F" w:rsidRDefault="0001192F">
      <w:pPr>
        <w:spacing w:after="360"/>
        <w:rPr>
          <w:rFonts w:ascii="TH SarabunPSK" w:hAnsi="TH SarabunPSK" w:cs="TH SarabunPSK"/>
          <w:szCs w:val="32"/>
        </w:rPr>
      </w:pPr>
    </w:p>
    <w:p w:rsidR="0001192F" w:rsidRPr="00DA5AD5" w:rsidRDefault="0001192F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0" w:type="auto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B73D28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B6385B"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 w:rsidR="00B6385B" w:rsidRPr="00B6385B">
              <w:rPr>
                <w:rFonts w:ascii="TH SarabunPSK" w:hAnsi="TH SarabunPSK" w:cs="TH SarabunPSK" w:hint="cs"/>
                <w:bCs/>
                <w:color w:val="1F4E78"/>
                <w:szCs w:val="32"/>
                <w:cs/>
                <w:lang w:bidi="th-TH"/>
              </w:rPr>
              <w:t>6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B6385B" w:rsidRPr="00B6385B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จำนวนองค์ความรู้ที่ผ่านการจัดการความรู้และนำไปใช้ปรับปรุงกระบวนการทำงานของสำนักงานอธิการบดี</w:t>
            </w:r>
            <w:r w:rsidR="00B6385B" w:rsidRPr="00B6385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(3</w:t>
            </w:r>
            <w:r w:rsidR="00B6385B" w:rsidRPr="00B6385B">
              <w:rPr>
                <w:rFonts w:ascii="TH SarabunPSK" w:hAnsi="TH SarabunPSK" w:cs="TH SarabunPSK"/>
                <w:b/>
                <w:bCs/>
                <w:szCs w:val="32"/>
              </w:rPr>
              <w:t xml:space="preserve"> </w:t>
            </w:r>
            <w:r w:rsidR="00B6385B" w:rsidRPr="00B6385B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องค์ความรู้)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>
        <w:trPr>
          <w:jc w:val="center"/>
        </w:trPr>
        <w:tc>
          <w:tcPr>
            <w:tcW w:w="9028" w:type="dxa"/>
            <w:gridSpan w:val="2"/>
          </w:tcPr>
          <w:p w:rsidR="00F91689" w:rsidRPr="00680BF9" w:rsidRDefault="00BC35B2" w:rsidP="00B6385B">
            <w:pPr>
              <w:rPr>
                <w:rFonts w:ascii="TH SarabunPSK" w:hAnsi="TH SarabunPSK" w:cs="TH SarabunPSK"/>
                <w:b/>
                <w:color w:val="2E75B6"/>
                <w:szCs w:val="32"/>
              </w:rPr>
            </w:pP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ผู้อำนวยการ สนอ.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680BF9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156CB1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</w:t>
            </w:r>
            <w:r w:rsidR="00156CB1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กอง</w:t>
            </w:r>
            <w:r w:rsidR="00B6385B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นโยบายและแผน</w:t>
            </w:r>
            <w:r w:rsidRPr="00156CB1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B6385B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นางสาวชนก</w:t>
            </w:r>
            <w:proofErr w:type="spellStart"/>
            <w:r w:rsidR="00B6385B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ญา</w:t>
            </w:r>
            <w:proofErr w:type="spellEnd"/>
            <w:r w:rsidR="00B6385B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ดา โคตรสาลี</w:t>
            </w:r>
            <w:r w:rsidR="00AA707A"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B6385B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B6385B">
              <w:rPr>
                <w:rFonts w:ascii="TH SarabunPSK" w:hAnsi="TH SarabunPSK" w:cs="TH SarabunPSK"/>
                <w:b/>
                <w:color w:val="002060"/>
                <w:szCs w:val="32"/>
                <w:cs/>
                <w:lang w:bidi="th-TH"/>
              </w:rPr>
              <w:t>-</w:t>
            </w:r>
            <w:r w:rsidRPr="00B6385B">
              <w:rPr>
                <w:rFonts w:ascii="TH SarabunPSK" w:hAnsi="TH SarabunPSK" w:cs="TH SarabunPSK"/>
                <w:b/>
                <w:color w:val="002060"/>
                <w:szCs w:val="32"/>
              </w:rPr>
              <w:t>SP</w:t>
            </w:r>
            <w:r w:rsidRPr="00B6385B">
              <w:rPr>
                <w:rFonts w:ascii="TH SarabunPSK" w:hAnsi="TH SarabunPSK" w:cs="TH SarabunPSK"/>
                <w:bCs/>
                <w:color w:val="002060"/>
                <w:szCs w:val="32"/>
                <w:cs/>
                <w:lang w:bidi="th-TH"/>
              </w:rPr>
              <w:t>-</w:t>
            </w:r>
            <w:r w:rsidR="00B6385B" w:rsidRPr="00B6385B">
              <w:rPr>
                <w:rFonts w:ascii="TH SarabunPSK" w:hAnsi="TH SarabunPSK" w:cs="TH SarabunPSK" w:hint="cs"/>
                <w:bCs/>
                <w:color w:val="002060"/>
                <w:szCs w:val="32"/>
                <w:cs/>
                <w:lang w:bidi="th-TH"/>
              </w:rPr>
              <w:t>03</w:t>
            </w:r>
            <w:r w:rsidRPr="00156CB1">
              <w:rPr>
                <w:rFonts w:ascii="TH SarabunPSK" w:hAnsi="TH SarabunPSK" w:cs="TH SarabunPSK"/>
                <w:b/>
                <w:color w:val="002060"/>
                <w:szCs w:val="32"/>
              </w:rPr>
              <w:t xml:space="preserve"> </w:t>
            </w:r>
            <w:r w:rsidRPr="00156CB1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01192F" w:rsidRPr="0001192F" w:rsidRDefault="0001192F" w:rsidP="0001192F">
      <w:pPr>
        <w:spacing w:before="120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b/>
          <w:bCs/>
          <w:szCs w:val="32"/>
          <w:cs/>
        </w:rPr>
        <w:t>วัตถุประสงค์</w:t>
      </w:r>
      <w:r>
        <w:rPr>
          <w:rFonts w:ascii="TH SarabunPSK" w:hAnsi="TH SarabunPSK" w:cs="TH SarabunPSK"/>
          <w:szCs w:val="32"/>
        </w:rPr>
        <w:t xml:space="preserve"> </w:t>
      </w:r>
      <w:r w:rsidRPr="0001192F">
        <w:rPr>
          <w:rFonts w:ascii="TH SarabunPSK" w:hAnsi="TH SarabunPSK" w:cs="TH SarabunPSK"/>
          <w:color w:val="auto"/>
          <w:szCs w:val="32"/>
          <w:cs/>
        </w:rPr>
        <w:t>เพื่อส่งเสริมให้สำนักงานอธิการบดีรวบรวมความรู้ที่จำเป็นต่อภารกิจ ถ่ายทอดและแลกเปลี่ยนความรู้ระหว่างบุคลากร และนำความรู้ไปใช้ปรับปรุงกระบวนการทำงานอย่างเป็นระบบ โดยสามารถแสดงผลการเปลี่ยนแปลงและนำบทเรียนกลับมาปรับปรุงองค์ความรู้ได้</w:t>
      </w:r>
    </w:p>
    <w:p w:rsidR="0001192F" w:rsidRPr="0001192F" w:rsidRDefault="0001192F" w:rsidP="0001192F">
      <w:pPr>
        <w:pStyle w:val="31"/>
        <w:jc w:val="thaiDistribute"/>
        <w:rPr>
          <w:rFonts w:ascii="TH SarabunPSK" w:hAnsi="TH SarabunPSK" w:cs="TH SarabunPSK"/>
          <w:color w:val="auto"/>
          <w:szCs w:val="32"/>
        </w:rPr>
      </w:pPr>
      <w:r w:rsidRPr="0001192F">
        <w:rPr>
          <w:rFonts w:ascii="TH SarabunPSK" w:hAnsi="TH SarabunPSK" w:cs="TH SarabunPSK"/>
          <w:color w:val="auto"/>
          <w:szCs w:val="32"/>
          <w:cs/>
        </w:rPr>
        <w:t>คำนิยาม</w:t>
      </w:r>
      <w:r>
        <w:rPr>
          <w:rFonts w:ascii="TH SarabunPSK" w:hAnsi="TH SarabunPSK" w:cs="TH SarabunPSK"/>
          <w:color w:val="auto"/>
          <w:szCs w:val="32"/>
        </w:rPr>
        <w:t xml:space="preserve"> </w:t>
      </w:r>
      <w:r w:rsidRPr="0001192F">
        <w:rPr>
          <w:rStyle w:val="af9"/>
          <w:rFonts w:ascii="TH SarabunPSK" w:hAnsi="TH SarabunPSK" w:cs="TH SarabunPSK"/>
          <w:b/>
          <w:bCs/>
          <w:color w:val="auto"/>
          <w:szCs w:val="32"/>
        </w:rPr>
        <w:t>“</w:t>
      </w:r>
      <w:r w:rsidRPr="0001192F">
        <w:rPr>
          <w:rStyle w:val="af9"/>
          <w:rFonts w:ascii="TH SarabunPSK" w:hAnsi="TH SarabunPSK" w:cs="TH SarabunPSK"/>
          <w:b/>
          <w:bCs/>
          <w:color w:val="auto"/>
          <w:szCs w:val="32"/>
          <w:cs/>
        </w:rPr>
        <w:t>องค์ความรู้”</w:t>
      </w:r>
      <w:r w:rsidRPr="0001192F">
        <w:rPr>
          <w:rFonts w:ascii="TH SarabunPSK" w:hAnsi="TH SarabunPSK" w:cs="TH SarabunPSK"/>
          <w:color w:val="auto"/>
          <w:szCs w:val="32"/>
        </w:rPr>
        <w:t xml:space="preserve"> </w:t>
      </w:r>
      <w:r w:rsidRPr="0001192F">
        <w:rPr>
          <w:rFonts w:ascii="TH SarabunPSK" w:hAnsi="TH SarabunPSK" w:cs="TH SarabunPSK"/>
          <w:color w:val="auto"/>
          <w:szCs w:val="32"/>
          <w:cs/>
        </w:rPr>
        <w:t xml:space="preserve">หมายถึง </w:t>
      </w:r>
      <w:r w:rsidRPr="0001192F">
        <w:rPr>
          <w:rFonts w:ascii="TH SarabunPSK" w:hAnsi="TH SarabunPSK" w:cs="TH SarabunPSK"/>
          <w:b w:val="0"/>
          <w:bCs w:val="0"/>
          <w:color w:val="auto"/>
          <w:szCs w:val="32"/>
          <w:cs/>
        </w:rPr>
        <w:t>ความรู้ที่ได้รับการรวบรวม วิเคราะห์ หรือสังเคราะห์จากประสบการณ์การปฏิบัติงาน การแลกเปลี่ยนเรียนรู้ ผลการวิจัย ข้อมูลผู้รับบริการ หรือแหล่งความรู้ที่เชื่อถือได้ แล้วจัดทำเป็นเนื้อหาที่บุคลากรสามารถเข้าใจและนำไปใช้ปฏิบัติงานได้</w:t>
      </w:r>
    </w:p>
    <w:p w:rsidR="0001192F" w:rsidRPr="0001192F" w:rsidRDefault="0001192F" w:rsidP="0001192F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01192F">
        <w:rPr>
          <w:rFonts w:ascii="TH SarabunPSK" w:hAnsi="TH SarabunPSK" w:cs="TH SarabunPSK"/>
          <w:sz w:val="32"/>
          <w:szCs w:val="32"/>
          <w:cs/>
        </w:rPr>
        <w:t>องค์ความรู้อาจอยู่ในรูปแบบคู่มือ แนวทางปฏิบัติ ขั้นตอนการทำงาน ชุดความรู้ บทเรียนจากการดำเนินงาน วิดีโอสาธิต หรือเครื่องมือพร้อมคำอธิบายการใช้งาน โดยต้องมีสาระความรู้และวิธีประยุกต์ใช้ชัดเจน</w:t>
      </w:r>
    </w:p>
    <w:p w:rsidR="0001192F" w:rsidRPr="0001192F" w:rsidRDefault="0001192F" w:rsidP="0001192F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01192F">
        <w:rPr>
          <w:rStyle w:val="af9"/>
          <w:rFonts w:ascii="TH SarabunPSK" w:hAnsi="TH SarabunPSK" w:cs="TH SarabunPSK"/>
          <w:sz w:val="32"/>
          <w:szCs w:val="32"/>
        </w:rPr>
        <w:t>“</w:t>
      </w:r>
      <w:r w:rsidRPr="0001192F">
        <w:rPr>
          <w:rStyle w:val="af9"/>
          <w:rFonts w:ascii="TH SarabunPSK" w:hAnsi="TH SarabunPSK" w:cs="TH SarabunPSK"/>
          <w:sz w:val="32"/>
          <w:szCs w:val="32"/>
          <w:cs/>
        </w:rPr>
        <w:t>ผ่านการจัดการความรู้”</w:t>
      </w:r>
      <w:r w:rsidRPr="0001192F">
        <w:rPr>
          <w:rFonts w:ascii="TH SarabunPSK" w:hAnsi="TH SarabunPSK" w:cs="TH SarabunPSK"/>
          <w:sz w:val="32"/>
          <w:szCs w:val="32"/>
        </w:rPr>
        <w:t xml:space="preserve"> </w:t>
      </w:r>
      <w:r w:rsidRPr="0001192F">
        <w:rPr>
          <w:rFonts w:ascii="TH SarabunPSK" w:hAnsi="TH SarabunPSK" w:cs="TH SarabunPSK"/>
          <w:sz w:val="32"/>
          <w:szCs w:val="32"/>
          <w:cs/>
        </w:rPr>
        <w:t>หมายถึง มีหลักฐานการดำเนินงานครบตามขั้นตอนที่กำหนด ได้แก่</w:t>
      </w:r>
    </w:p>
    <w:p w:rsidR="0001192F" w:rsidRPr="0001192F" w:rsidRDefault="0001192F" w:rsidP="0001192F">
      <w:pPr>
        <w:numPr>
          <w:ilvl w:val="0"/>
          <w:numId w:val="40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ระบุปัญหา ความต้องการ หรือความรู้สำคัญที่เกี่ยวข้องกับภารกิจ</w:t>
      </w:r>
    </w:p>
    <w:p w:rsidR="0001192F" w:rsidRPr="0001192F" w:rsidRDefault="0001192F" w:rsidP="0001192F">
      <w:pPr>
        <w:numPr>
          <w:ilvl w:val="0"/>
          <w:numId w:val="40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รวบรวมและแลกเปลี่ยนความรู้จากผู้เกี่ยวข้องหรือแหล่งข้อมูล</w:t>
      </w:r>
    </w:p>
    <w:p w:rsidR="0001192F" w:rsidRPr="0001192F" w:rsidRDefault="0001192F" w:rsidP="0001192F">
      <w:pPr>
        <w:numPr>
          <w:ilvl w:val="0"/>
          <w:numId w:val="40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สังเคราะห์เป็นองค์ความรู้ที่สามารถนำไปใช้ได้</w:t>
      </w:r>
    </w:p>
    <w:p w:rsidR="0001192F" w:rsidRPr="0001192F" w:rsidRDefault="0001192F" w:rsidP="0001192F">
      <w:pPr>
        <w:numPr>
          <w:ilvl w:val="0"/>
          <w:numId w:val="40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ตรวจสอบความถูกต้องและความเหมาะสมของเนื้อหา</w:t>
      </w:r>
    </w:p>
    <w:p w:rsidR="0001192F" w:rsidRPr="0001192F" w:rsidRDefault="0001192F" w:rsidP="0001192F">
      <w:pPr>
        <w:numPr>
          <w:ilvl w:val="0"/>
          <w:numId w:val="40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จัดเก็บและถ่ายทอดให้กลุ่มเป้าหมายเข้าถึง</w:t>
      </w:r>
    </w:p>
    <w:p w:rsidR="0001192F" w:rsidRPr="0001192F" w:rsidRDefault="0001192F" w:rsidP="0001192F">
      <w:pPr>
        <w:numPr>
          <w:ilvl w:val="0"/>
          <w:numId w:val="40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ติดตามการนำไปใช้และทบทวนบทเรียน</w:t>
      </w:r>
    </w:p>
    <w:p w:rsidR="0001192F" w:rsidRPr="0001192F" w:rsidRDefault="0001192F" w:rsidP="0001192F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01192F">
        <w:rPr>
          <w:rStyle w:val="af9"/>
          <w:rFonts w:ascii="TH SarabunPSK" w:hAnsi="TH SarabunPSK" w:cs="TH SarabunPSK"/>
          <w:sz w:val="32"/>
          <w:szCs w:val="32"/>
        </w:rPr>
        <w:t xml:space="preserve"> </w:t>
      </w:r>
      <w:r w:rsidRPr="0001192F">
        <w:rPr>
          <w:rStyle w:val="af9"/>
          <w:rFonts w:ascii="TH SarabunPSK" w:hAnsi="TH SarabunPSK" w:cs="TH SarabunPSK"/>
          <w:sz w:val="32"/>
          <w:szCs w:val="32"/>
        </w:rPr>
        <w:t>“</w:t>
      </w:r>
      <w:r w:rsidRPr="0001192F">
        <w:rPr>
          <w:rStyle w:val="af9"/>
          <w:rFonts w:ascii="TH SarabunPSK" w:hAnsi="TH SarabunPSK" w:cs="TH SarabunPSK"/>
          <w:sz w:val="32"/>
          <w:szCs w:val="32"/>
          <w:cs/>
        </w:rPr>
        <w:t>นำไปใช้ปรับปรุงกระบวนการทำงาน”</w:t>
      </w:r>
      <w:r w:rsidRPr="0001192F">
        <w:rPr>
          <w:rFonts w:ascii="TH SarabunPSK" w:hAnsi="TH SarabunPSK" w:cs="TH SarabunPSK"/>
          <w:sz w:val="32"/>
          <w:szCs w:val="32"/>
        </w:rPr>
        <w:t xml:space="preserve"> </w:t>
      </w:r>
      <w:r w:rsidRPr="0001192F">
        <w:rPr>
          <w:rFonts w:ascii="TH SarabunPSK" w:hAnsi="TH SarabunPSK" w:cs="TH SarabunPSK"/>
          <w:sz w:val="32"/>
          <w:szCs w:val="32"/>
          <w:cs/>
        </w:rPr>
        <w:t xml:space="preserve">หมายถึง การนำองค์ความรู้ไปใช้ในการปฏิบัติงานจริง และมีหลักฐานแสดงผลดีขึ้นอย่างน้อย </w:t>
      </w:r>
      <w:r w:rsidRPr="0001192F">
        <w:rPr>
          <w:rFonts w:ascii="TH SarabunPSK" w:hAnsi="TH SarabunPSK" w:cs="TH SarabunPSK"/>
          <w:sz w:val="32"/>
          <w:szCs w:val="32"/>
        </w:rPr>
        <w:t xml:space="preserve">1 </w:t>
      </w:r>
      <w:r w:rsidRPr="0001192F">
        <w:rPr>
          <w:rFonts w:ascii="TH SarabunPSK" w:hAnsi="TH SarabunPSK" w:cs="TH SarabunPSK"/>
          <w:sz w:val="32"/>
          <w:szCs w:val="32"/>
          <w:cs/>
        </w:rPr>
        <w:t>ด้าน เช่น</w:t>
      </w:r>
    </w:p>
    <w:p w:rsidR="0001192F" w:rsidRPr="0001192F" w:rsidRDefault="0001192F" w:rsidP="0001192F">
      <w:pPr>
        <w:numPr>
          <w:ilvl w:val="0"/>
          <w:numId w:val="41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ลดระยะเวลาปฏิบัติงานหรือระยะเวลารอรับบริการ</w:t>
      </w:r>
    </w:p>
    <w:p w:rsidR="0001192F" w:rsidRPr="0001192F" w:rsidRDefault="0001192F" w:rsidP="0001192F">
      <w:pPr>
        <w:numPr>
          <w:ilvl w:val="0"/>
          <w:numId w:val="41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ลดข้อผิดพลาด งานแก้ไข หรืองานซ้ำ</w:t>
      </w:r>
    </w:p>
    <w:p w:rsidR="0001192F" w:rsidRPr="0001192F" w:rsidRDefault="0001192F" w:rsidP="0001192F">
      <w:pPr>
        <w:numPr>
          <w:ilvl w:val="0"/>
          <w:numId w:val="41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เพิ่มความครบถ้วนและความถูกต้องของข้อมูล</w:t>
      </w:r>
    </w:p>
    <w:p w:rsidR="0001192F" w:rsidRPr="0001192F" w:rsidRDefault="0001192F" w:rsidP="0001192F">
      <w:pPr>
        <w:numPr>
          <w:ilvl w:val="0"/>
          <w:numId w:val="41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ลดขั้นตอนหรือลดทรัพยากรที่ใช้ โดยคุณภาพงานไม่ลดลง</w:t>
      </w:r>
    </w:p>
    <w:p w:rsidR="0001192F" w:rsidRPr="0001192F" w:rsidRDefault="0001192F" w:rsidP="0001192F">
      <w:pPr>
        <w:numPr>
          <w:ilvl w:val="0"/>
          <w:numId w:val="41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เพิ่มความพึงพอใจหรือความสะดวกของผู้รับบริการ</w:t>
      </w:r>
    </w:p>
    <w:p w:rsidR="0001192F" w:rsidRPr="0001192F" w:rsidRDefault="0001192F" w:rsidP="0001192F">
      <w:pPr>
        <w:numPr>
          <w:ilvl w:val="0"/>
          <w:numId w:val="41"/>
        </w:numPr>
        <w:spacing w:before="100" w:beforeAutospacing="1" w:after="100" w:afterAutospacing="1" w:line="240" w:lineRule="auto"/>
        <w:jc w:val="thaiDistribute"/>
        <w:rPr>
          <w:rFonts w:ascii="TH SarabunPSK" w:hAnsi="TH SarabunPSK" w:cs="TH SarabunPSK"/>
          <w:szCs w:val="32"/>
        </w:rPr>
      </w:pPr>
      <w:r w:rsidRPr="0001192F">
        <w:rPr>
          <w:rFonts w:ascii="TH SarabunPSK" w:hAnsi="TH SarabunPSK" w:cs="TH SarabunPSK"/>
          <w:szCs w:val="32"/>
          <w:cs/>
        </w:rPr>
        <w:t>เพิ่มความสามารถของบุคลากรในการปฏิบัติงานตามมาตรฐาน</w:t>
      </w:r>
    </w:p>
    <w:p w:rsidR="00E409CE" w:rsidRPr="00E409CE" w:rsidRDefault="00E409CE" w:rsidP="00E409CE">
      <w:pPr>
        <w:pStyle w:val="31"/>
        <w:rPr>
          <w:rFonts w:ascii="TH SarabunPSK" w:hAnsi="TH SarabunPSK" w:cs="TH SarabunPSK"/>
          <w:color w:val="auto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lastRenderedPageBreak/>
        <w:t>หลักเกณฑ์ป้องกันการนับซ้ำ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องค์ความรู้เดียวกันที่เผยแพร่หลายช่องทาง ให้นับเป็น</w:t>
      </w:r>
      <w:r w:rsidRPr="00E409CE">
        <w:rPr>
          <w:rFonts w:ascii="TH SarabunPSK" w:hAnsi="TH SarabunPSK" w:cs="TH SarabunPSK"/>
          <w:szCs w:val="32"/>
        </w:rPr>
        <w:t xml:space="preserve"> </w:t>
      </w:r>
      <w:r w:rsidRPr="00E409CE">
        <w:rPr>
          <w:rStyle w:val="af9"/>
          <w:rFonts w:ascii="TH SarabunPSK" w:hAnsi="TH SarabunPSK" w:cs="TH SarabunPSK"/>
          <w:szCs w:val="32"/>
        </w:rPr>
        <w:t xml:space="preserve">1 </w:t>
      </w:r>
      <w:r w:rsidRPr="00E409CE">
        <w:rPr>
          <w:rStyle w:val="af9"/>
          <w:rFonts w:ascii="TH SarabunPSK" w:hAnsi="TH SarabunPSK" w:cs="TH SarabunPSK"/>
          <w:szCs w:val="32"/>
          <w:cs/>
        </w:rPr>
        <w:t>เรื่อง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องค์ความรู้เดียวกันที่หลายหน่วยงานนำไปใช้ ให้นับเป็น</w:t>
      </w:r>
      <w:r w:rsidRPr="00E409CE">
        <w:rPr>
          <w:rFonts w:ascii="TH SarabunPSK" w:hAnsi="TH SarabunPSK" w:cs="TH SarabunPSK"/>
          <w:szCs w:val="32"/>
        </w:rPr>
        <w:t xml:space="preserve"> </w:t>
      </w:r>
      <w:r w:rsidRPr="00E409CE">
        <w:rPr>
          <w:rStyle w:val="af9"/>
          <w:rFonts w:ascii="TH SarabunPSK" w:hAnsi="TH SarabunPSK" w:cs="TH SarabunPSK"/>
          <w:szCs w:val="32"/>
        </w:rPr>
        <w:t xml:space="preserve">1 </w:t>
      </w:r>
      <w:r w:rsidRPr="00E409CE">
        <w:rPr>
          <w:rStyle w:val="af9"/>
          <w:rFonts w:ascii="TH SarabunPSK" w:hAnsi="TH SarabunPSK" w:cs="TH SarabunPSK"/>
          <w:szCs w:val="32"/>
          <w:cs/>
        </w:rPr>
        <w:t>เรื่อง</w:t>
      </w:r>
      <w:r w:rsidRPr="00E409CE">
        <w:rPr>
          <w:rFonts w:ascii="TH SarabunPSK" w:hAnsi="TH SarabunPSK" w:cs="TH SarabunPSK"/>
          <w:szCs w:val="32"/>
        </w:rPr>
        <w:t xml:space="preserve"> </w:t>
      </w:r>
      <w:r w:rsidRPr="00E409CE">
        <w:rPr>
          <w:rFonts w:ascii="TH SarabunPSK" w:hAnsi="TH SarabunPSK" w:cs="TH SarabunPSK"/>
          <w:szCs w:val="32"/>
          <w:cs/>
        </w:rPr>
        <w:t>และบันทึกจำนวนหน่วยงานผู้ใช้เพิ่มเติม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คู่มือ วิดีโอ และอินโฟกราฟิกที่สื่อสารความรู้เดียวกัน ให้นับรวมเป็น</w:t>
      </w:r>
      <w:r w:rsidRPr="00E409CE">
        <w:rPr>
          <w:rFonts w:ascii="TH SarabunPSK" w:hAnsi="TH SarabunPSK" w:cs="TH SarabunPSK"/>
          <w:szCs w:val="32"/>
        </w:rPr>
        <w:t xml:space="preserve"> </w:t>
      </w:r>
      <w:r w:rsidRPr="00E409CE">
        <w:rPr>
          <w:rStyle w:val="af9"/>
          <w:rFonts w:ascii="TH SarabunPSK" w:hAnsi="TH SarabunPSK" w:cs="TH SarabunPSK"/>
          <w:szCs w:val="32"/>
        </w:rPr>
        <w:t xml:space="preserve">1 </w:t>
      </w:r>
      <w:r w:rsidRPr="00E409CE">
        <w:rPr>
          <w:rStyle w:val="af9"/>
          <w:rFonts w:ascii="TH SarabunPSK" w:hAnsi="TH SarabunPSK" w:cs="TH SarabunPSK"/>
          <w:szCs w:val="32"/>
          <w:cs/>
        </w:rPr>
        <w:t>เรื่อง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การแบ่งเนื้อหาเดียวกันเป็นหลายตอน ไม่ทำให้จำนวนองค์ความรู้เพิ่มขึ้น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องค์ความรู้เดิมที่เปลี่ยนเฉพาะรูปแบบ วันที่ หรือการจัดหน้า ไม่นับเป็นเรื่องใหม่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องค์ความรู้เดิมที่ปรับวิธีปฏิบัติอย่างมีสาระสำคัญ อาจนับได้เมื่อมีหลักฐานการเปลี่ยนแปลง การใช้งาน และผลการปรับปรุงในปีประเมิน</w:t>
      </w:r>
    </w:p>
    <w:p w:rsidR="00E409CE" w:rsidRPr="00E409CE" w:rsidRDefault="00E409CE" w:rsidP="00E409C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ข่าวประชาสัมพันธ์กิจกรรม ภาพผู้เข้าร่วม และรายชื่อผู้เข้าอบรม ไม่ถือเป็นองค์ความรู้ด้วยตัวเอง</w:t>
      </w:r>
    </w:p>
    <w:p w:rsidR="00E409CE" w:rsidRPr="00E409CE" w:rsidRDefault="00E409CE" w:rsidP="00E409CE">
      <w:pPr>
        <w:pStyle w:val="31"/>
        <w:rPr>
          <w:rFonts w:ascii="TH SarabunPSK" w:hAnsi="TH SarabunPSK" w:cs="TH SarabunPSK"/>
          <w:color w:val="auto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แหล่งข้อมูลและหลักฐานประกอบ</w:t>
      </w:r>
    </w:p>
    <w:p w:rsidR="00E409CE" w:rsidRPr="00E409CE" w:rsidRDefault="00E409CE" w:rsidP="00E409CE">
      <w:pPr>
        <w:pStyle w:val="affb"/>
        <w:rPr>
          <w:rFonts w:ascii="TH SarabunPSK" w:hAnsi="TH SarabunPSK" w:cs="TH SarabunPSK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  <w:cs/>
        </w:rPr>
        <w:t>แต่ละเรื่องควรจัดหลักฐานเป็นชุดเดียวกัน ประกอบด้วย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แบบระบุความรู้สำคัญและปัญหาที่ต้องการพัฒนา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บันทึกการแลกเปลี่ยนเรียนรู้หรือหลักฐานแหล่งความรู้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เอกสารองค์ความรู้ฉบับที่ผ่านการตรวจสอบ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หลักฐานจัดเก็บและถ่ายทอด เช่น ลิงก์คลังความรู้ บันทึกสาธิต หรือการสอนงาน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บันทึกการนำไปใช้จริง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ข้อมูลผลก่อน–หลัง พร้อมวิธีวัดและช่วงเวลา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รายงานทบทวนบทเรียนและข้อเสนอปรับปรุง</w:t>
      </w:r>
    </w:p>
    <w:p w:rsidR="00E409CE" w:rsidRPr="00E409CE" w:rsidRDefault="00E409CE" w:rsidP="00E409C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H SarabunPSK" w:hAnsi="TH SarabunPSK" w:cs="TH SarabunPSK"/>
          <w:szCs w:val="32"/>
        </w:rPr>
      </w:pPr>
      <w:r w:rsidRPr="00E409CE">
        <w:rPr>
          <w:rFonts w:ascii="TH SarabunPSK" w:hAnsi="TH SarabunPSK" w:cs="TH SarabunPSK"/>
          <w:szCs w:val="32"/>
          <w:cs/>
        </w:rPr>
        <w:t>การรับรองจากหัวหน้าหน่วยงานหรือเจ้าของกระบวนการ</w:t>
      </w:r>
    </w:p>
    <w:p w:rsidR="00E409CE" w:rsidRPr="00E409CE" w:rsidRDefault="00E409CE" w:rsidP="00E409CE">
      <w:pPr>
        <w:pStyle w:val="21"/>
        <w:rPr>
          <w:rFonts w:ascii="TH SarabunPSK" w:hAnsi="TH SarabunPSK" w:cs="TH SarabunPSK"/>
          <w:color w:val="auto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  <w:cs/>
        </w:rPr>
        <w:t>ตัวอย่างองค์ความรู้ที่เหมาะกับสำนักงานอธิการบดี</w:t>
      </w:r>
    </w:p>
    <w:p w:rsidR="00E409CE" w:rsidRPr="00E409CE" w:rsidRDefault="00E409CE" w:rsidP="00E409CE">
      <w:pPr>
        <w:pStyle w:val="affb"/>
        <w:rPr>
          <w:rFonts w:ascii="TH SarabunPSK" w:hAnsi="TH SarabunPSK" w:cs="TH SarabunPSK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  <w:cs/>
        </w:rPr>
        <w:t>ตัวอย่างต่อไปนี้เป็นแนวทางพัฒนา ยังไม่ใช่ผลสำเร็จที่เกิดขึ้นแล้ว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7"/>
        <w:gridCol w:w="3074"/>
        <w:gridCol w:w="3308"/>
      </w:tblGrid>
      <w:tr w:rsidR="00E409CE" w:rsidRPr="00E409CE" w:rsidTr="00E409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409CE">
              <w:rPr>
                <w:rFonts w:ascii="TH SarabunPSK" w:hAnsi="TH SarabunPSK" w:cs="TH SarabunPSK"/>
                <w:b/>
                <w:bCs/>
                <w:szCs w:val="32"/>
                <w:cs/>
              </w:rPr>
              <w:t>องค์ความรู้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409CE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การนำไปใช้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E409CE">
              <w:rPr>
                <w:rFonts w:ascii="TH SarabunPSK" w:hAnsi="TH SarabunPSK" w:cs="TH SarabunPSK"/>
                <w:b/>
                <w:bCs/>
                <w:szCs w:val="32"/>
                <w:cs/>
              </w:rPr>
              <w:t>ผลที่ควรวัด</w:t>
            </w:r>
          </w:p>
        </w:tc>
      </w:tr>
      <w:tr w:rsidR="00E409CE" w:rsidRPr="00E409CE" w:rsidTr="00E409C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แนวทางตรวจสอบคำขอตั้งงบประมาณ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ใช้รายการตรวจสอบก่อนรับคำขอ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อัตราคำขอที่ต้องส่งกลับแก้ไขลดลง</w:t>
            </w:r>
          </w:p>
        </w:tc>
      </w:tr>
      <w:tr w:rsidR="00E409CE" w:rsidRPr="00E409CE" w:rsidTr="00E409C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 xml:space="preserve">แนวทางจัดเก็บหลักฐานตัวชี้วัด </w:t>
            </w:r>
            <w:proofErr w:type="spellStart"/>
            <w:r w:rsidRPr="00E409CE">
              <w:rPr>
                <w:rFonts w:ascii="TH SarabunPSK" w:hAnsi="TH SarabunPSK" w:cs="TH SarabunPSK"/>
                <w:szCs w:val="32"/>
              </w:rPr>
              <w:t>EdPEx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ใช้มาตรฐานชื่อไฟล์และทะเบียนหลักฐานร่วมกัน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เวลาเฉลี่ยในการค้นคืนลดลง หรือข้อมูลครบถ้วนขึ้น</w:t>
            </w:r>
          </w:p>
        </w:tc>
      </w:tr>
      <w:tr w:rsidR="00E409CE" w:rsidRPr="00E409CE" w:rsidTr="00E409C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แนวทางรายงานผลบริหารความเสี่ยง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ใช้คำอธิบายและแบบฟอร์มที่ปรับปรุงแล้ว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อัตรารายงานที่ต้องแก้ไขลดลง</w:t>
            </w:r>
          </w:p>
        </w:tc>
      </w:tr>
      <w:tr w:rsidR="00E409CE" w:rsidRPr="00E409CE" w:rsidTr="00E409C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lastRenderedPageBreak/>
              <w:t>เทคนิคตรวจสอบหนังสือราชการ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ใช้รายการตรวจสอบและการสอนงาน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อัตราข้อผิดพลาดของเอกสารลดลง</w:t>
            </w:r>
          </w:p>
        </w:tc>
      </w:tr>
      <w:tr w:rsidR="00E409CE" w:rsidRPr="00E409CE" w:rsidTr="00E409C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แนวทางสื่อสารข้อมูลทุนการศึกษา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ปรับเนื้อหาและช่องทางจากข้อมูลผู้ใช้</w:t>
            </w:r>
          </w:p>
        </w:tc>
        <w:tc>
          <w:tcPr>
            <w:tcW w:w="0" w:type="auto"/>
            <w:vAlign w:val="center"/>
            <w:hideMark/>
          </w:tcPr>
          <w:p w:rsidR="00E409CE" w:rsidRPr="00E409CE" w:rsidRDefault="00E409CE">
            <w:pPr>
              <w:rPr>
                <w:rFonts w:ascii="TH SarabunPSK" w:hAnsi="TH SarabunPSK" w:cs="TH SarabunPSK"/>
                <w:szCs w:val="32"/>
              </w:rPr>
            </w:pPr>
            <w:r w:rsidRPr="00E409CE">
              <w:rPr>
                <w:rFonts w:ascii="TH SarabunPSK" w:hAnsi="TH SarabunPSK" w:cs="TH SarabunPSK"/>
                <w:szCs w:val="32"/>
                <w:cs/>
              </w:rPr>
              <w:t>นักศึกษาเข้าใจเงื่อนไขถูกต้องมากขึ้น</w:t>
            </w:r>
          </w:p>
        </w:tc>
      </w:tr>
    </w:tbl>
    <w:p w:rsidR="00E409CE" w:rsidRPr="00E409CE" w:rsidRDefault="00E409CE" w:rsidP="00E409CE">
      <w:pPr>
        <w:pStyle w:val="affb"/>
        <w:rPr>
          <w:rFonts w:ascii="TH SarabunPSK" w:hAnsi="TH SarabunPSK" w:cs="TH SarabunPSK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  <w:cs/>
        </w:rPr>
        <w:t>ไม่ควรเรียกทุกเรื่องว่า “แนวปฏิบัติที่เป็นเลิศ” ตั้งแต่เริ่มต้น ควรใช้คำว่า “องค์ความรู้” หรือ “แนวปฏิบัติ” และยกระดับเมื่อมีหลักฐานผลสำเร็จและการขยายผลเพียงพอ</w:t>
      </w:r>
    </w:p>
    <w:p w:rsidR="00E409CE" w:rsidRPr="00E409CE" w:rsidRDefault="00E409CE" w:rsidP="00E409CE">
      <w:pPr>
        <w:pStyle w:val="21"/>
        <w:rPr>
          <w:rFonts w:ascii="TH SarabunPSK" w:hAnsi="TH SarabunPSK" w:cs="TH SarabunPSK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</w:rPr>
        <w:t xml:space="preserve">4. </w:t>
      </w:r>
      <w:r w:rsidRPr="00E409CE">
        <w:rPr>
          <w:rFonts w:ascii="TH SarabunPSK" w:hAnsi="TH SarabunPSK" w:cs="TH SarabunPSK"/>
          <w:sz w:val="32"/>
          <w:szCs w:val="32"/>
          <w:cs/>
        </w:rPr>
        <w:t xml:space="preserve">การเชื่อมโยงกับ </w:t>
      </w:r>
      <w:proofErr w:type="spellStart"/>
      <w:r w:rsidRPr="00E409CE">
        <w:rPr>
          <w:rFonts w:ascii="TH SarabunPSK" w:hAnsi="TH SarabunPSK" w:cs="TH SarabunPSK"/>
          <w:sz w:val="32"/>
          <w:szCs w:val="32"/>
        </w:rPr>
        <w:t>EdPEx</w:t>
      </w:r>
      <w:proofErr w:type="spellEnd"/>
    </w:p>
    <w:p w:rsidR="00E409CE" w:rsidRPr="00E409CE" w:rsidRDefault="00E409CE" w:rsidP="00E409CE">
      <w:pPr>
        <w:pStyle w:val="affb"/>
        <w:rPr>
          <w:rFonts w:ascii="TH SarabunPSK" w:hAnsi="TH SarabunPSK" w:cs="TH SarabunPSK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  <w:cs/>
        </w:rPr>
        <w:t>ตัวชี้วัดนี้ใช้เป็นหลักฐานสนับสนุน</w:t>
      </w:r>
      <w:r w:rsidRPr="00E409CE">
        <w:rPr>
          <w:rFonts w:ascii="TH SarabunPSK" w:hAnsi="TH SarabunPSK" w:cs="TH SarabunPSK"/>
          <w:sz w:val="32"/>
          <w:szCs w:val="32"/>
        </w:rPr>
        <w:t xml:space="preserve"> 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หมวด </w:t>
      </w:r>
      <w:r w:rsidRPr="00E409CE">
        <w:rPr>
          <w:rStyle w:val="af9"/>
          <w:rFonts w:ascii="TH SarabunPSK" w:hAnsi="TH SarabunPSK" w:cs="TH SarabunPSK"/>
          <w:sz w:val="32"/>
          <w:szCs w:val="32"/>
        </w:rPr>
        <w:t xml:space="preserve">4 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ข้อ </w:t>
      </w:r>
      <w:r w:rsidRPr="00E409CE">
        <w:rPr>
          <w:rStyle w:val="af9"/>
          <w:rFonts w:ascii="TH SarabunPSK" w:hAnsi="TH SarabunPSK" w:cs="TH SarabunPSK"/>
          <w:sz w:val="32"/>
          <w:szCs w:val="32"/>
        </w:rPr>
        <w:t xml:space="preserve">4.2 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>ด้านการจัดการความรู้</w:t>
      </w:r>
      <w:r w:rsidRPr="00E409CE">
        <w:rPr>
          <w:rFonts w:ascii="TH SarabunPSK" w:hAnsi="TH SarabunPSK" w:cs="TH SarabunPSK"/>
          <w:sz w:val="32"/>
          <w:szCs w:val="32"/>
        </w:rPr>
        <w:t xml:space="preserve"> </w:t>
      </w:r>
      <w:r w:rsidRPr="00E409CE">
        <w:rPr>
          <w:rFonts w:ascii="TH SarabunPSK" w:hAnsi="TH SarabunPSK" w:cs="TH SarabunPSK"/>
          <w:sz w:val="32"/>
          <w:szCs w:val="32"/>
          <w:cs/>
        </w:rPr>
        <w:t xml:space="preserve">ส่วนผลที่เกิดขึ้นจากการใช้ความรู้ เช่น เวลาให้บริการลดลงหรือข้อผิดพลาดลดลง สามารถเชื่อมโยงไปยังผลลัพธ์ของกระบวนการที่เกี่ยวข้องได้ การประเมิน </w:t>
      </w:r>
      <w:proofErr w:type="spellStart"/>
      <w:r w:rsidRPr="00E409CE">
        <w:rPr>
          <w:rFonts w:ascii="TH SarabunPSK" w:hAnsi="TH SarabunPSK" w:cs="TH SarabunPSK"/>
          <w:sz w:val="32"/>
          <w:szCs w:val="32"/>
        </w:rPr>
        <w:t>EdPEx</w:t>
      </w:r>
      <w:proofErr w:type="spellEnd"/>
      <w:r w:rsidRPr="00E409CE">
        <w:rPr>
          <w:rFonts w:ascii="TH SarabunPSK" w:hAnsi="TH SarabunPSK" w:cs="TH SarabunPSK"/>
          <w:sz w:val="32"/>
          <w:szCs w:val="32"/>
        </w:rPr>
        <w:t xml:space="preserve"> </w:t>
      </w:r>
      <w:r w:rsidRPr="00E409CE">
        <w:rPr>
          <w:rFonts w:ascii="TH SarabunPSK" w:hAnsi="TH SarabunPSK" w:cs="TH SarabunPSK"/>
          <w:sz w:val="32"/>
          <w:szCs w:val="32"/>
          <w:cs/>
        </w:rPr>
        <w:t>ยังพิจารณาระบบการดำเนินงานและการเรียนรู้โดยรวม จึงไม่อาจสรุปความสอดคล้องจากจำนวนองค์ความรู้เพียงตัวเดียวได้</w:t>
      </w:r>
      <w:r w:rsidRPr="00E409CE">
        <w:rPr>
          <w:rFonts w:ascii="TH SarabunPSK" w:hAnsi="TH SarabunPSK" w:cs="TH SarabunPSK"/>
          <w:sz w:val="32"/>
          <w:szCs w:val="32"/>
        </w:rPr>
        <w:t xml:space="preserve"> </w:t>
      </w:r>
      <w:hyperlink r:id="rId9" w:history="1">
        <w:r w:rsidRPr="00E409CE">
          <w:rPr>
            <w:rStyle w:val="affe"/>
            <w:rFonts w:ascii="TH SarabunPSK" w:hAnsi="TH SarabunPSK" w:cs="TH SarabunPSK"/>
            <w:sz w:val="32"/>
            <w:szCs w:val="32"/>
          </w:rPr>
          <w:t>km.payap.ac.th</w:t>
        </w:r>
      </w:hyperlink>
    </w:p>
    <w:p w:rsidR="00E409CE" w:rsidRPr="00E409CE" w:rsidRDefault="00E409CE" w:rsidP="00E409CE">
      <w:pPr>
        <w:pStyle w:val="affb"/>
        <w:rPr>
          <w:rFonts w:ascii="TH SarabunPSK" w:hAnsi="TH SarabunPSK" w:cs="TH SarabunPSK"/>
          <w:sz w:val="32"/>
          <w:szCs w:val="32"/>
        </w:rPr>
      </w:pPr>
      <w:r w:rsidRPr="00E409CE">
        <w:rPr>
          <w:rFonts w:ascii="TH SarabunPSK" w:hAnsi="TH SarabunPSK" w:cs="TH SarabunPSK"/>
          <w:sz w:val="32"/>
          <w:szCs w:val="32"/>
          <w:cs/>
        </w:rPr>
        <w:t>สำหรับสำนักงานอธิการบดี ควรเก็บข้อมูล</w:t>
      </w:r>
      <w:r w:rsidRPr="00E409CE">
        <w:rPr>
          <w:rFonts w:ascii="TH SarabunPSK" w:hAnsi="TH SarabunPSK" w:cs="TH SarabunPSK"/>
          <w:sz w:val="32"/>
          <w:szCs w:val="32"/>
        </w:rPr>
        <w:t xml:space="preserve"> 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เผยแพร่กี่เรื่อง </w:t>
      </w:r>
      <w:r w:rsidRPr="00E409CE">
        <w:rPr>
          <w:rStyle w:val="af9"/>
          <w:rFonts w:ascii="Arial" w:hAnsi="Arial" w:cs="Arial" w:hint="cs"/>
          <w:sz w:val="32"/>
          <w:szCs w:val="32"/>
          <w:cs/>
        </w:rPr>
        <w:t>→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 </w:t>
      </w:r>
      <w:r w:rsidRPr="00E409CE">
        <w:rPr>
          <w:rStyle w:val="af9"/>
          <w:rFonts w:ascii="TH SarabunPSK" w:hAnsi="TH SarabunPSK" w:cs="TH SarabunPSK" w:hint="cs"/>
          <w:sz w:val="32"/>
          <w:szCs w:val="32"/>
          <w:cs/>
        </w:rPr>
        <w:t>ใช้จริงกี่เรื่อง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 </w:t>
      </w:r>
      <w:r w:rsidRPr="00E409CE">
        <w:rPr>
          <w:rStyle w:val="af9"/>
          <w:rFonts w:ascii="Arial" w:hAnsi="Arial" w:cs="Arial" w:hint="cs"/>
          <w:sz w:val="32"/>
          <w:szCs w:val="32"/>
          <w:cs/>
        </w:rPr>
        <w:t>→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 </w:t>
      </w:r>
      <w:r w:rsidRPr="00E409CE">
        <w:rPr>
          <w:rStyle w:val="af9"/>
          <w:rFonts w:ascii="TH SarabunPSK" w:hAnsi="TH SarabunPSK" w:cs="TH SarabunPSK" w:hint="cs"/>
          <w:sz w:val="32"/>
          <w:szCs w:val="32"/>
          <w:cs/>
        </w:rPr>
        <w:t>ทำให้งานดีขึ้นอย่างไร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 </w:t>
      </w:r>
      <w:r w:rsidRPr="00E409CE">
        <w:rPr>
          <w:rStyle w:val="af9"/>
          <w:rFonts w:ascii="Arial" w:hAnsi="Arial" w:cs="Arial" w:hint="cs"/>
          <w:sz w:val="32"/>
          <w:szCs w:val="32"/>
          <w:cs/>
        </w:rPr>
        <w:t>→</w:t>
      </w:r>
      <w:r w:rsidRPr="00E409CE">
        <w:rPr>
          <w:rStyle w:val="af9"/>
          <w:rFonts w:ascii="TH SarabunPSK" w:hAnsi="TH SarabunPSK" w:cs="TH SarabunPSK"/>
          <w:sz w:val="32"/>
          <w:szCs w:val="32"/>
          <w:cs/>
        </w:rPr>
        <w:t xml:space="preserve"> </w:t>
      </w:r>
      <w:r w:rsidRPr="00E409CE">
        <w:rPr>
          <w:rStyle w:val="af9"/>
          <w:rFonts w:ascii="TH SarabunPSK" w:hAnsi="TH SarabunPSK" w:cs="TH SarabunPSK" w:hint="cs"/>
          <w:sz w:val="32"/>
          <w:szCs w:val="32"/>
          <w:cs/>
        </w:rPr>
        <w:t>ทบทวนและขยายผลอย่างไร</w:t>
      </w:r>
      <w:r w:rsidRPr="00E409CE">
        <w:rPr>
          <w:rFonts w:ascii="TH SarabunPSK" w:hAnsi="TH SarabunPSK" w:cs="TH SarabunPSK"/>
          <w:sz w:val="32"/>
          <w:szCs w:val="32"/>
        </w:rPr>
        <w:t xml:space="preserve"> </w:t>
      </w:r>
      <w:r w:rsidRPr="00E409CE">
        <w:rPr>
          <w:rFonts w:ascii="TH SarabunPSK" w:hAnsi="TH SarabunPSK" w:cs="TH SarabunPSK"/>
          <w:sz w:val="32"/>
          <w:szCs w:val="32"/>
          <w:cs/>
        </w:rPr>
        <w:t>และรายงานแยกตามกองหรือกระบวนการ เพื่อเห็นทั้งความครอบคลุมและประโยชน์ที่เกิดขึ้น</w:t>
      </w:r>
    </w:p>
    <w:p w:rsidR="009121BB" w:rsidRDefault="009121BB">
      <w:pPr>
        <w:spacing w:after="360"/>
        <w:rPr>
          <w:rFonts w:ascii="TH SarabunPSK" w:hAnsi="TH SarabunPSK" w:cs="TH SarabunPSK"/>
          <w:szCs w:val="32"/>
          <w:lang w:bidi="th-TH"/>
        </w:rPr>
      </w:pPr>
    </w:p>
    <w:p w:rsidR="00C6537C" w:rsidRDefault="00C6537C">
      <w:pPr>
        <w:spacing w:after="360"/>
        <w:rPr>
          <w:rFonts w:ascii="TH SarabunPSK" w:hAnsi="TH SarabunPSK" w:cs="TH SarabunPSK"/>
          <w:szCs w:val="32"/>
        </w:rPr>
      </w:pPr>
    </w:p>
    <w:p w:rsidR="00C6537C" w:rsidRDefault="00C6537C">
      <w:pPr>
        <w:spacing w:after="360"/>
        <w:rPr>
          <w:rFonts w:ascii="TH SarabunPSK" w:hAnsi="TH SarabunPSK" w:cs="TH SarabunPSK"/>
          <w:szCs w:val="32"/>
        </w:rPr>
      </w:pPr>
    </w:p>
    <w:p w:rsidR="003B0011" w:rsidRDefault="003B0011">
      <w:pPr>
        <w:spacing w:after="360"/>
        <w:rPr>
          <w:rFonts w:ascii="TH SarabunPSK" w:hAnsi="TH SarabunPSK" w:cs="TH SarabunPSK"/>
          <w:szCs w:val="32"/>
        </w:rPr>
      </w:pPr>
    </w:p>
    <w:p w:rsidR="003B0011" w:rsidRDefault="003B0011">
      <w:pPr>
        <w:spacing w:after="360"/>
        <w:rPr>
          <w:rFonts w:ascii="TH SarabunPSK" w:hAnsi="TH SarabunPSK" w:cs="TH SarabunPSK"/>
          <w:szCs w:val="32"/>
        </w:rPr>
      </w:pPr>
    </w:p>
    <w:p w:rsidR="003B0011" w:rsidRDefault="003B0011">
      <w:pPr>
        <w:spacing w:after="360"/>
        <w:rPr>
          <w:rFonts w:ascii="TH SarabunPSK" w:hAnsi="TH SarabunPSK" w:cs="TH SarabunPSK"/>
          <w:szCs w:val="32"/>
        </w:rPr>
      </w:pPr>
    </w:p>
    <w:p w:rsidR="003B0011" w:rsidRPr="00DA5AD5" w:rsidRDefault="003B0011">
      <w:pPr>
        <w:spacing w:after="360"/>
        <w:rPr>
          <w:rFonts w:ascii="TH SarabunPSK" w:hAnsi="TH SarabunPSK" w:cs="TH SarabunPSK"/>
          <w:szCs w:val="32"/>
        </w:rPr>
      </w:pPr>
    </w:p>
    <w:tbl>
      <w:tblPr>
        <w:tblW w:w="0" w:type="auto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F91689" w:rsidRPr="00DA5AD5">
        <w:trPr>
          <w:jc w:val="center"/>
        </w:trPr>
        <w:tc>
          <w:tcPr>
            <w:tcW w:w="4514" w:type="dxa"/>
            <w:shd w:val="clear" w:color="auto" w:fill="F2F2F2"/>
          </w:tcPr>
          <w:p w:rsidR="00F91689" w:rsidRPr="00DA5AD5" w:rsidRDefault="00BC35B2" w:rsidP="003B0011">
            <w:pPr>
              <w:rPr>
                <w:rFonts w:ascii="TH SarabunPSK" w:hAnsi="TH SarabunPSK" w:cs="TH SarabunPSK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lastRenderedPageBreak/>
              <w:t xml:space="preserve">ตัวชี้วัดที่ </w:t>
            </w:r>
            <w:r w:rsidR="003B0011">
              <w:rPr>
                <w:rFonts w:ascii="TH SarabunPSK" w:hAnsi="TH SarabunPSK" w:cs="TH SarabunPSK"/>
                <w:b/>
                <w:color w:val="1F4E78"/>
                <w:szCs w:val="32"/>
              </w:rPr>
              <w:t>27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Pr="003B0011">
              <w:rPr>
                <w:rFonts w:ascii="TH SarabunPSK" w:hAnsi="TH SarabunPSK" w:cs="TH SarabunPSK"/>
                <w:strike/>
                <w:szCs w:val="32"/>
                <w:cs/>
                <w:lang w:bidi="th-TH"/>
              </w:rPr>
              <w:t>ระดับความสำเร็จพัฒนานักศึกษา</w:t>
            </w:r>
            <w:proofErr w:type="spellStart"/>
            <w:r w:rsidRPr="003B0011">
              <w:rPr>
                <w:rFonts w:ascii="TH SarabunPSK" w:hAnsi="TH SarabunPSK" w:cs="TH SarabunPSK"/>
                <w:strike/>
                <w:szCs w:val="32"/>
                <w:cs/>
                <w:lang w:bidi="th-TH"/>
              </w:rPr>
              <w:t>อัต</w:t>
            </w:r>
            <w:proofErr w:type="spellEnd"/>
            <w:r w:rsidRPr="003B0011">
              <w:rPr>
                <w:rFonts w:ascii="TH SarabunPSK" w:hAnsi="TH SarabunPSK" w:cs="TH SarabunPSK"/>
                <w:strike/>
                <w:szCs w:val="32"/>
                <w:cs/>
                <w:lang w:bidi="th-TH"/>
              </w:rPr>
              <w:t>ลักษณ์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3B0011" w:rsidRPr="003B0011">
              <w:rPr>
                <w:rFonts w:ascii="TH SarabunPSK" w:hAnsi="TH SarabunPSK" w:cs="TH SarabunPSK"/>
                <w:b/>
                <w:bCs/>
                <w:szCs w:val="32"/>
                <w:cs/>
              </w:rPr>
              <w:t>ระดับความสำเร็จของระบบพัฒนานักศึกษาตามอัตลักษณ์ของมหาวิทยาลัย</w:t>
            </w:r>
            <w:r w:rsidR="003B0011"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="003B0011">
              <w:rPr>
                <w:rFonts w:ascii="TH SarabunPSK" w:hAnsi="TH SarabunPSK" w:cs="TH SarabunPSK"/>
                <w:b/>
                <w:bCs/>
                <w:szCs w:val="32"/>
                <w:lang w:bidi="th-TH"/>
              </w:rPr>
              <w:br/>
            </w:r>
            <w:r w:rsidR="003B0011"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(ระดับ </w:t>
            </w:r>
            <w:r w:rsidR="003B0011" w:rsidRPr="00DA5AD5">
              <w:rPr>
                <w:rFonts w:ascii="TH SarabunPSK" w:hAnsi="TH SarabunPSK" w:cs="TH SarabunPSK"/>
                <w:b/>
                <w:szCs w:val="32"/>
              </w:rPr>
              <w:t>5</w:t>
            </w:r>
            <w:r w:rsidR="003B0011"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)</w:t>
            </w:r>
          </w:p>
        </w:tc>
        <w:tc>
          <w:tcPr>
            <w:tcW w:w="4514" w:type="dxa"/>
            <w:shd w:val="clear" w:color="auto" w:fill="F2F2F2"/>
          </w:tcPr>
          <w:p w:rsidR="00F91689" w:rsidRPr="00DA5AD5" w:rsidRDefault="00BC35B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F91689" w:rsidRPr="00DA5AD5">
        <w:trPr>
          <w:jc w:val="center"/>
        </w:trPr>
        <w:tc>
          <w:tcPr>
            <w:tcW w:w="9028" w:type="dxa"/>
            <w:gridSpan w:val="2"/>
          </w:tcPr>
          <w:p w:rsidR="00F91689" w:rsidRPr="00DA5AD5" w:rsidRDefault="00BC35B2" w:rsidP="001709B6">
            <w:pPr>
              <w:rPr>
                <w:rFonts w:ascii="TH SarabunPSK" w:hAnsi="TH SarabunPSK" w:cs="TH SarabunPSK"/>
                <w:szCs w:val="32"/>
              </w:rPr>
            </w:pP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="001709B6" w:rsidRPr="001709B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รองอธิการบดี</w:t>
            </w:r>
            <w:r w:rsidR="001709B6" w:rsidRPr="001709B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ด้านกิจการพัฒนาการศึกษา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1709B6"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ผู้ดูแล/ผู้ดำเนินการ : </w:t>
            </w:r>
            <w:r w:rsidRPr="001709B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ผอ.กองพัฒนานักศึกษา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 w:rsidR="001709B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...............................................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="00AA707A"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t>SS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t>01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7C6FA6" w:rsidRDefault="007C6FA6" w:rsidP="007C6FA6">
      <w:pPr>
        <w:spacing w:after="0" w:line="240" w:lineRule="auto"/>
        <w:rPr>
          <w:rFonts w:ascii="TH SarabunPSK" w:eastAsia="Calibri" w:hAnsi="TH SarabunPSK" w:cs="TH SarabunPSK"/>
          <w:b/>
          <w:bCs/>
          <w:kern w:val="24"/>
          <w:sz w:val="30"/>
          <w:szCs w:val="30"/>
        </w:rPr>
      </w:pPr>
    </w:p>
    <w:p w:rsidR="007C6FA6" w:rsidRPr="007C6FA6" w:rsidRDefault="007C6FA6" w:rsidP="007C6FA6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kern w:val="24"/>
          <w:sz w:val="30"/>
          <w:szCs w:val="30"/>
          <w:lang w:bidi="th-TH"/>
        </w:rPr>
      </w:pPr>
      <w:r>
        <w:rPr>
          <w:rFonts w:ascii="TH SarabunPSK" w:eastAsia="Calibri" w:hAnsi="TH SarabunPSK" w:cs="TH SarabunPSK" w:hint="cs"/>
          <w:b/>
          <w:bCs/>
          <w:kern w:val="24"/>
          <w:sz w:val="30"/>
          <w:szCs w:val="30"/>
          <w:cs/>
          <w:lang w:bidi="th-TH"/>
        </w:rPr>
        <w:t xml:space="preserve">คำอธิบาย 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ประเมินความสำเร็จในการจัดให้มีระบบพัฒนานักศึกษาตามอ</w:t>
      </w:r>
      <w:proofErr w:type="spellStart"/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ัต</w:t>
      </w:r>
      <w:proofErr w:type="spellEnd"/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ลักษณ์ของมหาวิทยาลัยราช</w:t>
      </w:r>
      <w:proofErr w:type="spellStart"/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ภัฏ</w:t>
      </w:r>
      <w:proofErr w:type="spellEnd"/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สกลนคร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>“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บัณฑิตเป็นคนดี มีจิตสาธารณะ และทักษะวิชาชีพ”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ครอบคลุมการกำหนดคุณลักษณะที่คาดหวัง การจัดทำแผนและเครื่องมือประเมิน การดำเนินกิจกรรมพัฒนา การประเมินผลรายบุคคล และการนำผลประเมินไปปรับปรุงการพัฒนานักศึกษา โดยกำหนดความคาดหวังให้เหมาะสมกับชั้นปีและบริบทของแต่ละสาขาวิชา </w:t>
      </w:r>
      <w:proofErr w:type="spellStart"/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อัต</w:t>
      </w:r>
      <w:proofErr w:type="spellEnd"/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ลักษณ์ดังกล่าวอ้างอิงจากข้อมูลของมหาวิทยาลัย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hyperlink r:id="rId10" w:history="1">
        <w:r w:rsidRPr="007C6FA6">
          <w:rPr>
            <w:rFonts w:ascii="TH SarabunPSK" w:eastAsia="Times New Roman" w:hAnsi="TH SarabunPSK" w:cs="TH SarabunPSK"/>
            <w:color w:val="0000FF"/>
            <w:szCs w:val="32"/>
            <w:u w:val="single"/>
            <w:lang w:bidi="th-TH"/>
          </w:rPr>
          <w:t>www.snru.ac.th</w:t>
        </w:r>
      </w:hyperlink>
    </w:p>
    <w:p w:rsidR="007C6FA6" w:rsidRPr="007C6FA6" w:rsidRDefault="007C6FA6" w:rsidP="007C6FA6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คำนิยาม</w:t>
      </w:r>
    </w:p>
    <w:p w:rsidR="007C6FA6" w:rsidRPr="007C6FA6" w:rsidRDefault="007C6FA6" w:rsidP="007C6FA6">
      <w:pPr>
        <w:numPr>
          <w:ilvl w:val="0"/>
          <w:numId w:val="45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ระบบพัฒนานักศึกษา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หมายถึง กระบวนการที่มีผู้รับผิดชอบ แผนดำเนินงาน กิจกรรม เครื่องมือประเมิน และการติดตามปรับปรุงที่เชื่อมโยงกันอย่างชัดเจน</w:t>
      </w:r>
    </w:p>
    <w:p w:rsidR="007C6FA6" w:rsidRPr="007C6FA6" w:rsidRDefault="007C6FA6" w:rsidP="007C6FA6">
      <w:pPr>
        <w:numPr>
          <w:ilvl w:val="0"/>
          <w:numId w:val="45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นักศึกษากลุ่มเป้าหมาย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หมายถึง นักศึกษาที่อยู่ในขอบเขตแผนพัฒนาประจำปี และมีรายชื่อในทะเบียนที่ยืนยันก่อนดำเนินการประเมิน โดยระบุคณะ ชั้นปี และจำนวนให้ชัดเจน</w:t>
      </w:r>
    </w:p>
    <w:p w:rsidR="007C6FA6" w:rsidRPr="007C6FA6" w:rsidRDefault="007C6FA6" w:rsidP="007C6FA6">
      <w:pPr>
        <w:numPr>
          <w:ilvl w:val="0"/>
          <w:numId w:val="45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คุณลักษณะตามอ</w:t>
      </w:r>
      <w:proofErr w:type="spellStart"/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ัต</w:t>
      </w:r>
      <w:proofErr w:type="spellEnd"/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ลักษณ์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หมายถึง คุณลักษณะทั้ง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3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ด้าน ได้แก่ การเป็นคนดี การมีจิตสาธารณะ และการมีทักษะวิชาชีพ</w:t>
      </w:r>
    </w:p>
    <w:p w:rsidR="007C6FA6" w:rsidRPr="007C6FA6" w:rsidRDefault="007C6FA6" w:rsidP="007C6FA6">
      <w:pPr>
        <w:numPr>
          <w:ilvl w:val="0"/>
          <w:numId w:val="45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การนำผลไปปรับปรุง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หมายถึง การวิเคราะห์ข้อค้นพบจากการประเมิน แล้วดำเนินการปรับกิจกรรม วิธีพัฒนา หรือการดูแลนักศึกษา พร้อมหลักฐานการดำเนินการ ไม่ใช่เพียงจัดทำข้อเสนอไว้ในรายงาน</w:t>
      </w: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เกณฑ์การประเมินระดับความสำเร็จ</w:t>
      </w:r>
      <w:r w:rsidR="00EA4ABB">
        <w:rPr>
          <w:rFonts w:ascii="TH SarabunPSK" w:eastAsia="Times New Roman" w:hAnsi="TH SarabunPSK" w:cs="TH SarabunPSK" w:hint="cs"/>
          <w:color w:val="auto"/>
          <w:szCs w:val="32"/>
          <w:cs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ใช้เกณฑ์แบบสะสม ต้องผ่านเงื่อนไขของระดับก่อนหน้าครบถ้วนจึงได้รับระดับถัดไป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5077"/>
        <w:gridCol w:w="3390"/>
      </w:tblGrid>
      <w:tr w:rsidR="007C6FA6" w:rsidRPr="007C6FA6" w:rsidTr="007C6F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เกณฑ์ความสำเร็จ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หลักฐานประกอบ</w:t>
            </w:r>
          </w:p>
        </w:tc>
      </w:tr>
      <w:tr w:rsidR="007C6FA6" w:rsidRPr="007C6FA6" w:rsidTr="00EA4ABB">
        <w:trPr>
          <w:tblCellSpacing w:w="15" w:type="dxa"/>
        </w:trPr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 xml:space="preserve">กำหนดคุณลักษณะที่คาดหวังครบทั้ง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3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ด้านให้เหมาะกับชั้นปี ระบุกลุ่มเป้าหมาย และมอบหมายผู้รับผิดชอบชัดเจน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กรอบคุณลักษณะ ทะเบียนกลุ่มเป้าหมาย และเอกสารมอบหมาย</w:t>
            </w:r>
          </w:p>
        </w:tc>
      </w:tr>
      <w:tr w:rsidR="007C6FA6" w:rsidRPr="007C6FA6" w:rsidTr="00EA4ABB">
        <w:trPr>
          <w:tblCellSpacing w:w="15" w:type="dxa"/>
        </w:trPr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 xml:space="preserve">จัดทำแผนพัฒนา กิจกรรม เครื่องมือประเมิน และเกณฑ์ผ่านที่เชื่อมโยงกับคุณลักษณะทั้ง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3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ด้าน และได้รับความเห็นชอบก่อนใช้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แผนพัฒนา ตารางเชื่อมโยงกิจกรรมกับคุณลักษณะ แบบประเมิน และหลักฐานเห็นชอบ</w:t>
            </w:r>
          </w:p>
        </w:tc>
      </w:tr>
      <w:tr w:rsidR="007C6FA6" w:rsidRPr="007C6FA6" w:rsidTr="00EA4ABB">
        <w:trPr>
          <w:tblCellSpacing w:w="15" w:type="dxa"/>
        </w:trPr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ดำเนินกิจกรรมพัฒนาครบตามแผนที่ได้รับอนุมัติ และเก็บหลักฐานการมีส่วนร่วม พฤติกรรม หรือผลงานของนักศึกษาเป็นรายบุคคล</w:t>
            </w:r>
          </w:p>
        </w:tc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รายงานกิจกรรม บันทึกการปฏิบัติ และผลงานรายบุคคล</w:t>
            </w:r>
          </w:p>
        </w:tc>
      </w:tr>
      <w:tr w:rsidR="007C6FA6" w:rsidRPr="007C6FA6" w:rsidTr="00EA4ABB">
        <w:trPr>
          <w:tblCellSpacing w:w="15" w:type="dxa"/>
        </w:trPr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 xml:space="preserve">ประเมินนักศึกษากลุ่มเป้าหมายครบทั้ง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3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ด้าน สรุปผู้ผ่าน ผู้ไม่ผ่าน และผู้มีข้อมูลไม่ครบ พร้อมวิเคราะห์ผลแยกตามด้านและกลุ่มสำคัญ</w:t>
            </w:r>
          </w:p>
        </w:tc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คะแนนรายบุคคล ตารางสรุปผล และรายงานวิเคราะห์</w:t>
            </w:r>
          </w:p>
        </w:tc>
      </w:tr>
      <w:tr w:rsidR="007C6FA6" w:rsidRPr="007C6FA6" w:rsidTr="00EA4ABB">
        <w:trPr>
          <w:tblCellSpacing w:w="15" w:type="dxa"/>
        </w:trPr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 xml:space="preserve">นักศึกษากลุ่มเป้าหมายผ่านเกณฑ์ครบทั้ง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3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ด้าน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 </w:t>
            </w: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 xml:space="preserve">ไม่น้อยกว่าร้อยละ </w:t>
            </w: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>80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 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และนำผลประเมินไปดำเนินการปรับปรุงการพัฒนาอย่างน้อย</w:t>
            </w: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  <w:t xml:space="preserve"> </w:t>
            </w: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 xml:space="preserve">1 </w:t>
            </w: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ประเด็น</w:t>
            </w:r>
          </w:p>
        </w:tc>
        <w:tc>
          <w:tcPr>
            <w:tcW w:w="0" w:type="auto"/>
            <w:hideMark/>
          </w:tcPr>
          <w:p w:rsidR="007C6FA6" w:rsidRPr="007C6FA6" w:rsidRDefault="007C6FA6" w:rsidP="00EA4A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ผลคำนวณร้อยละผู้ผ่าน หลักฐานรับรองผล และหลักฐานดำเนินการปรับปรุง</w:t>
            </w:r>
          </w:p>
        </w:tc>
      </w:tr>
    </w:tbl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ระดับและเป้าหมายข้างต้นเป็น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ข้อเสนอสำหรับการประเมินแผนปฏิบัติราชการของสำนักงานอธิการบดี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ควรเห็นชอบก่อนประกาศใช้ หากยังไม่ผ่านระดับ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ให้รายงานว่า “ยังไม่บรรลุระดับ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1”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และให้คะแนนตามหลักเกณฑ์กลางของหน่วยงาน</w:t>
      </w: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แนวทางประเมินคุณลักษณะของนักศึกษา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1"/>
        <w:gridCol w:w="7698"/>
      </w:tblGrid>
      <w:tr w:rsidR="007C6FA6" w:rsidRPr="007C6FA6" w:rsidTr="007C6F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ด้าน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ตัวอย่างพฤติกรรมที่ใช้ประเมิน</w:t>
            </w:r>
          </w:p>
        </w:tc>
      </w:tr>
      <w:tr w:rsidR="007C6FA6" w:rsidRPr="007C6FA6" w:rsidTr="007C6F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เป็นคนดี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รับผิดชอบงาน ซื่อสัตย์ เคารพสิทธิผู้อื่น และปฏิบัติตามข้อตกลง</w:t>
            </w:r>
          </w:p>
        </w:tc>
      </w:tr>
      <w:tr w:rsidR="007C6FA6" w:rsidRPr="007C6FA6" w:rsidTr="007C6F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มีจิตสาธารณะ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ร่วมรับผิดชอบงานส่วนรวม ช่วยเหลือผู้อื่น และคำนึงถึงสังคมหรือสิ่งแวดล้อม</w:t>
            </w:r>
          </w:p>
        </w:tc>
      </w:tr>
      <w:tr w:rsidR="007C6FA6" w:rsidRPr="007C6FA6" w:rsidTr="007C6F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มีทักษะวิชาชีพ</w:t>
            </w:r>
          </w:p>
        </w:tc>
        <w:tc>
          <w:tcPr>
            <w:tcW w:w="0" w:type="auto"/>
            <w:vAlign w:val="center"/>
            <w:hideMark/>
          </w:tcPr>
          <w:p w:rsidR="007C6FA6" w:rsidRPr="007C6FA6" w:rsidRDefault="007C6FA6" w:rsidP="007C6FA6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7C6FA6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ใช้ความรู้และทักษะตามระดับชั้นปีทำภารกิจ สื่อสาร ทำงานร่วมกับผู้อื่น และใช้เทคโนโลยีได้เหมาะสม</w:t>
            </w:r>
          </w:p>
        </w:tc>
      </w:tr>
    </w:tbl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เสนอให้ใช้แบบประเมินระดับ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1–4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โดยกำหนดคำอธิบายพฤติกรรมของแต่ละระดับอย่างชัดเจน และให้ผู้ผ่านได้รับระดับ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3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ขึ้นไปครบทุกด้าน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หากมหาวิทยาลัยมีเครื่องมือมาตรฐานแล้ว ให้ใช้เครื่องมือนั้นร่วมกัน</w:t>
      </w: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ด้านทักษะวิชาชีพให้ประเมินร่วมกับคณะหรือหลักสูตร ส่วนการเข้าร่วมกิจกรรม ความพึงพอใจ หรือการประเมินตนเองใช้ประกอบได้ แต่ไม่ใช้เพียงอย่างเดียวเพื่อยืนยันว่าผ่านคุณลักษณะครบทุกด้าน</w:t>
      </w: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วิธีคำนวณผลประกอบระดับ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>5</w:t>
      </w: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ร้อยละผู้ผ่าน = (จำนวนนักศึกษาที่ผ่านเกณฑ์ครบทั้ง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3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ด้าน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÷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จำนวนนักศึกษากลุ่มเป้าหมายทั้งหมดในทะเบียนที่ยืนยันแล้ว)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>× 100</w:t>
      </w: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ตัวอย่าง มีกลุ่มเป้าหมาย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200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คน ผ่านครบทั้ง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3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ด้าน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164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คน ผลเท่ากับ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ร้อยละ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>82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หากผ่านเงื่อนไขระดับ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1–4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และมีการดำเนินการปรับปรุงจากผลประเมินแล้วอย่างน้อย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ประเด็น จึงถือว่าบรรลุ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ระดับ </w:t>
      </w: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>5</w:t>
      </w:r>
    </w:p>
    <w:p w:rsidR="00EA4ABB" w:rsidRDefault="00EA4ABB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</w:pPr>
    </w:p>
    <w:p w:rsidR="007C6FA6" w:rsidRPr="007C6FA6" w:rsidRDefault="007C6FA6" w:rsidP="007C6FA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lastRenderedPageBreak/>
        <w:t>เงื่อนไขการตรวจสอบ</w:t>
      </w:r>
    </w:p>
    <w:p w:rsidR="007C6FA6" w:rsidRPr="007C6FA6" w:rsidRDefault="007C6FA6" w:rsidP="007C6FA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นับนักศึกษาแต่ละคนเพียงครั้งเดียวต่อปี แม้เข้าร่วมหลายกิจกรรม</w:t>
      </w:r>
    </w:p>
    <w:p w:rsidR="007C6FA6" w:rsidRPr="007C6FA6" w:rsidRDefault="007C6FA6" w:rsidP="007C6FA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ผู้มีหลักฐานประเมินไม่ครบไม่นับเป็นผู้ผ่าน และยังอยู่ในฐานคำนวณ พร้อมรายงานแยกสถานะ</w:t>
      </w:r>
    </w:p>
    <w:p w:rsidR="007C6FA6" w:rsidRPr="007C6FA6" w:rsidRDefault="007C6FA6" w:rsidP="007C6FA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การปรับทะเบียนกลุ่มเป้าหมายหรือแผนกิจกรรมต้องมีเหตุผลและหลักฐานอนุมัติ</w:t>
      </w:r>
    </w:p>
    <w:p w:rsidR="007C6FA6" w:rsidRPr="007C6FA6" w:rsidRDefault="007C6FA6" w:rsidP="007C6FA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ผลประเมินใช้สรุปเฉพาะกลุ่มเป้าหมายที่กำหนด ไม่ใช้แทนผลของนักศึกษาทั้งมหาวิทยาลัย</w:t>
      </w:r>
    </w:p>
    <w:p w:rsidR="007C6FA6" w:rsidRPr="007C6FA6" w:rsidRDefault="007C6FA6" w:rsidP="007C6FA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การปรับปรุงเพื่อให้ได้ระดับ </w:t>
      </w:r>
      <w:r w:rsidRPr="007C6FA6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5 </w:t>
      </w:r>
      <w:r w:rsidRPr="007C6FA6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เช่น เพิ่มการฝึกทักษะที่พบว่ายังอ่อน ปรับรูปแบบกิจกรรม หรือจัดการพัฒนาเพิ่มเติมให้ผู้ยังไม่ผ่าน ต้องมีหลักฐานว่าเริ่มดำเนินการจริงภายในปีประเมิน</w:t>
      </w:r>
    </w:p>
    <w:p w:rsidR="007C6FA6" w:rsidRDefault="007C6FA6" w:rsidP="007C6FA6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kern w:val="24"/>
          <w:sz w:val="30"/>
          <w:szCs w:val="30"/>
          <w:lang w:bidi="th-TH"/>
        </w:rPr>
      </w:pPr>
    </w:p>
    <w:p w:rsidR="007C6FA6" w:rsidRDefault="007C6FA6" w:rsidP="007C6FA6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kern w:val="24"/>
          <w:sz w:val="30"/>
          <w:szCs w:val="30"/>
        </w:rPr>
      </w:pPr>
    </w:p>
    <w:p w:rsidR="007C6FA6" w:rsidRPr="007C6FA6" w:rsidRDefault="007C6FA6" w:rsidP="007C6FA6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kern w:val="24"/>
          <w:sz w:val="30"/>
          <w:szCs w:val="30"/>
        </w:rPr>
      </w:pPr>
    </w:p>
    <w:tbl>
      <w:tblPr>
        <w:tblW w:w="9028" w:type="dxa"/>
        <w:jc w:val="center"/>
        <w:tblBorders>
          <w:top w:val="single" w:sz="12" w:space="0" w:color="1F4E78"/>
          <w:left w:val="single" w:sz="12" w:space="0" w:color="1F4E78"/>
          <w:bottom w:val="single" w:sz="12" w:space="0" w:color="1F4E78"/>
          <w:right w:val="single" w:sz="12" w:space="0" w:color="1F4E78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514"/>
        <w:gridCol w:w="4514"/>
      </w:tblGrid>
      <w:tr w:rsidR="00B17807" w:rsidRPr="00DA5AD5" w:rsidTr="007C6FA6">
        <w:trPr>
          <w:jc w:val="center"/>
        </w:trPr>
        <w:tc>
          <w:tcPr>
            <w:tcW w:w="4514" w:type="dxa"/>
            <w:shd w:val="clear" w:color="auto" w:fill="F2F2F2"/>
          </w:tcPr>
          <w:p w:rsidR="00B17807" w:rsidRPr="00DA5AD5" w:rsidRDefault="00B17807" w:rsidP="00F2776C">
            <w:pPr>
              <w:rPr>
                <w:rFonts w:ascii="TH SarabunPSK" w:hAnsi="TH SarabunPSK" w:cs="TH SarabunPSK"/>
                <w:szCs w:val="32"/>
                <w:lang w:bidi="th-TH"/>
              </w:rPr>
            </w:pPr>
            <w:r w:rsidRPr="00DA5AD5">
              <w:rPr>
                <w:rFonts w:ascii="TH SarabunPSK" w:hAnsi="TH SarabunPSK" w:cs="TH SarabunPSK"/>
                <w:b/>
                <w:bCs/>
                <w:color w:val="1F4E78"/>
                <w:szCs w:val="32"/>
                <w:cs/>
                <w:lang w:bidi="th-TH"/>
              </w:rPr>
              <w:t xml:space="preserve">ตัวชี้วัดที่ </w:t>
            </w:r>
            <w:r>
              <w:rPr>
                <w:rFonts w:ascii="TH SarabunPSK" w:hAnsi="TH SarabunPSK" w:cs="TH SarabunPSK"/>
                <w:b/>
                <w:color w:val="1F4E78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color w:val="1F4E78"/>
                <w:szCs w:val="32"/>
              </w:rPr>
              <w:t>8</w:t>
            </w:r>
            <w:r w:rsidRPr="00DA5AD5">
              <w:rPr>
                <w:rFonts w:ascii="TH SarabunPSK" w:hAnsi="TH SarabunPSK" w:cs="TH SarabunPSK"/>
                <w:b/>
                <w:color w:val="1F4E78"/>
                <w:szCs w:val="32"/>
              </w:rPr>
              <w:t xml:space="preserve">  </w:t>
            </w:r>
            <w:r w:rsidR="00F2776C">
              <w:rPr>
                <w:rFonts w:ascii="TH SarabunPSK" w:hAnsi="TH SarabunPSK" w:cs="TH SarabunPSK" w:hint="cs"/>
                <w:strike/>
                <w:szCs w:val="32"/>
                <w:cs/>
                <w:lang w:bidi="th-TH"/>
              </w:rPr>
              <w:t>ร้อยละนักศึกษาที่มีทักษะวิศวกรสังคม</w:t>
            </w:r>
            <w:r w:rsidRPr="00DA5AD5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 xml:space="preserve"> </w:t>
            </w:r>
            <w:r w:rsidRPr="00F2776C">
              <w:rPr>
                <w:rStyle w:val="af9"/>
                <w:rFonts w:ascii="TH SarabunPSK" w:hAnsi="TH SarabunPSK" w:cs="TH SarabunPSK"/>
                <w:color w:val="0070C0"/>
                <w:szCs w:val="32"/>
                <w:cs/>
              </w:rPr>
              <w:t>ร้อยละของนักศึกษากลุ่มเป้าหมายที่ผ่านเกณฑ์การประเมินทักษะวิศวกรสังคมจากการปฏิบัติจริง</w:t>
            </w:r>
            <w:r w:rsidRPr="00F2776C">
              <w:rPr>
                <w:rStyle w:val="af9"/>
                <w:rFonts w:ascii="TH SarabunPSK" w:hAnsi="TH SarabunPSK" w:cs="TH SarabunPSK"/>
                <w:color w:val="0070C0"/>
                <w:szCs w:val="32"/>
                <w:cs/>
                <w:lang w:bidi="th-TH"/>
              </w:rPr>
              <w:t xml:space="preserve"> (ร้อยละ 80)</w:t>
            </w:r>
          </w:p>
        </w:tc>
        <w:tc>
          <w:tcPr>
            <w:tcW w:w="4514" w:type="dxa"/>
            <w:shd w:val="clear" w:color="auto" w:fill="F2F2F2"/>
          </w:tcPr>
          <w:p w:rsidR="00B17807" w:rsidRPr="00DA5AD5" w:rsidRDefault="00B17807" w:rsidP="007A2C12">
            <w:pPr>
              <w:rPr>
                <w:rFonts w:ascii="TH SarabunPSK" w:hAnsi="TH SarabunPSK" w:cs="TH SarabunPSK"/>
                <w:szCs w:val="32"/>
              </w:rPr>
            </w:pP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หน่วยวัด : หน่วย/เรื่อง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ปีที่ใช้ในการจัดเก็บข้อมูล :</w:t>
            </w:r>
            <w:r w:rsidRPr="00DA5AD5">
              <w:rPr>
                <w:rFonts w:ascii="TH SarabunPSK" w:hAnsi="TH SarabunPSK" w:cs="TH SarabunPSK"/>
                <w:szCs w:val="32"/>
              </w:rPr>
              <w:br/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ปีงบประมาณ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2570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(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ตุลาคม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2569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– </w:t>
            </w:r>
            <w:r w:rsidRPr="00DA5AD5">
              <w:rPr>
                <w:rFonts w:ascii="TH SarabunPSK" w:hAnsi="TH SarabunPSK" w:cs="TH SarabunPSK"/>
                <w:szCs w:val="32"/>
              </w:rPr>
              <w:t xml:space="preserve">30 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กันยายน </w:t>
            </w:r>
            <w:r w:rsidRPr="00DA5AD5">
              <w:rPr>
                <w:rFonts w:ascii="TH SarabunPSK" w:hAnsi="TH SarabunPSK" w:cs="TH SarabunPSK"/>
                <w:szCs w:val="32"/>
              </w:rPr>
              <w:t>2570</w:t>
            </w:r>
            <w:r w:rsidRPr="00DA5AD5">
              <w:rPr>
                <w:rFonts w:ascii="TH SarabunPSK" w:hAnsi="TH SarabunPSK" w:cs="TH SarabunPSK"/>
                <w:szCs w:val="32"/>
                <w:cs/>
                <w:lang w:bidi="th-TH"/>
              </w:rPr>
              <w:t>)</w:t>
            </w:r>
          </w:p>
        </w:tc>
      </w:tr>
      <w:tr w:rsidR="00B17807" w:rsidRPr="00DA5AD5" w:rsidTr="007C6FA6">
        <w:trPr>
          <w:jc w:val="center"/>
        </w:trPr>
        <w:tc>
          <w:tcPr>
            <w:tcW w:w="9028" w:type="dxa"/>
            <w:gridSpan w:val="2"/>
          </w:tcPr>
          <w:p w:rsidR="00B17807" w:rsidRPr="00DA5AD5" w:rsidRDefault="00B17807" w:rsidP="007A2C12">
            <w:pPr>
              <w:rPr>
                <w:rFonts w:ascii="TH SarabunPSK" w:hAnsi="TH SarabunPSK" w:cs="TH SarabunPSK"/>
                <w:szCs w:val="32"/>
              </w:rPr>
            </w:pP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ผู้กำกับ : </w:t>
            </w:r>
            <w:r w:rsidRPr="001709B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รองอธิการบดี</w:t>
            </w:r>
            <w:r w:rsidRPr="001709B6"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ด้านกิจการพัฒนาการศึกษา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br/>
              <w:t xml:space="preserve">ผู้ดูแล/ผู้ดำเนินการ : </w:t>
            </w:r>
            <w:r w:rsidRPr="001709B6">
              <w:rPr>
                <w:rFonts w:ascii="TH SarabunPSK" w:hAnsi="TH SarabunPSK" w:cs="TH SarabunPSK"/>
                <w:color w:val="002060"/>
                <w:szCs w:val="32"/>
                <w:cs/>
                <w:lang w:bidi="th-TH"/>
              </w:rPr>
              <w:t>ผอ.กองพัฒนานักศึกษา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br/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ผู้จัดเก็บข้อมูล : </w:t>
            </w:r>
            <w:r>
              <w:rPr>
                <w:rFonts w:ascii="TH SarabunPSK" w:hAnsi="TH SarabunPSK" w:cs="TH SarabunPSK" w:hint="cs"/>
                <w:color w:val="002060"/>
                <w:szCs w:val="32"/>
                <w:cs/>
                <w:lang w:bidi="th-TH"/>
              </w:rPr>
              <w:t>...............................................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   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lang w:bidi="th-TH"/>
              </w:rPr>
              <w:br/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 xml:space="preserve">[รหัส สนอ.: 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t>OP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t>SS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-</w:t>
            </w:r>
            <w:r w:rsidRPr="001709B6">
              <w:rPr>
                <w:rFonts w:ascii="TH SarabunPSK" w:hAnsi="TH SarabunPSK" w:cs="TH SarabunPSK"/>
                <w:b/>
                <w:color w:val="002060"/>
                <w:szCs w:val="32"/>
              </w:rPr>
              <w:t>01</w:t>
            </w:r>
            <w:r w:rsidRPr="001709B6">
              <w:rPr>
                <w:rFonts w:ascii="TH SarabunPSK" w:hAnsi="TH SarabunPSK" w:cs="TH SarabunPSK"/>
                <w:b/>
                <w:bCs/>
                <w:color w:val="002060"/>
                <w:szCs w:val="32"/>
                <w:cs/>
                <w:lang w:bidi="th-TH"/>
              </w:rPr>
              <w:t>]</w:t>
            </w:r>
          </w:p>
        </w:tc>
      </w:tr>
    </w:tbl>
    <w:p w:rsidR="00EA4ABB" w:rsidRPr="00EA4ABB" w:rsidRDefault="00B17807" w:rsidP="00EA4ABB">
      <w:pPr>
        <w:pStyle w:val="affb"/>
        <w:jc w:val="thaiDistribute"/>
        <w:rPr>
          <w:rFonts w:ascii="TH SarabunPSK" w:hAnsi="TH SarabunPSK" w:cs="TH SarabunPSK"/>
          <w:sz w:val="32"/>
          <w:szCs w:val="32"/>
        </w:rPr>
      </w:pPr>
      <w:r w:rsidRPr="00EA4ABB">
        <w:rPr>
          <w:rFonts w:ascii="TH SarabunPSK" w:hAnsi="TH SarabunPSK" w:cs="TH SarabunPSK"/>
          <w:sz w:val="32"/>
          <w:szCs w:val="32"/>
          <w:rtl/>
          <w:cs/>
        </w:rPr>
        <w:br/>
      </w:r>
      <w:r w:rsidR="00EA4ABB" w:rsidRPr="00EA4ABB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คำอธิบายตัวชี้วัด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ประเมินสัดส่วนของนักศึกษากลุ่มเป้าหมายที่สามารถแสดงทักษะวิศวกรสังคมผ่านการลงมือปฏิบัติจริง ครอบคลุม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การคิดวิเคราะห์ การสื่อสาร การประสานงานและทำงานร่วมกับผู้อื่น และการสร้างสรรค์นวัตกรรมเพื่อชุมชน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โดยใช้หลักฐานพฤติกรรมและผลงานเป็นรายบุคคลตามเกณฑ์ที่กำหนด เพื่อสะท้อนผลลัพธ์การพัฒนานักศึกษาและนำผลไปปรับปรุงกิจกรรม ทักษะทั้ง 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4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ด้านสอดคล้องกับแนวทางวิศวกรสังคมของมหาวิทยาลัยราช</w:t>
      </w:r>
      <w:proofErr w:type="spellStart"/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ภัฏ</w:t>
      </w:r>
      <w:proofErr w:type="spellEnd"/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สกลนคร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hyperlink r:id="rId11" w:history="1">
        <w:r w:rsidRPr="00EA4ABB">
          <w:rPr>
            <w:rFonts w:ascii="TH SarabunPSK" w:eastAsia="Times New Roman" w:hAnsi="TH SarabunPSK" w:cs="TH SarabunPSK"/>
            <w:color w:val="0000FF"/>
            <w:szCs w:val="32"/>
            <w:u w:val="single"/>
            <w:lang w:bidi="th-TH"/>
          </w:rPr>
          <w:t>sdd.snru.ac.th</w:t>
        </w:r>
      </w:hyperlink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คำนิยาม</w:t>
      </w:r>
    </w:p>
    <w:p w:rsidR="00EA4ABB" w:rsidRPr="00EA4ABB" w:rsidRDefault="00EA4ABB" w:rsidP="00EA4ABB">
      <w:pPr>
        <w:numPr>
          <w:ilvl w:val="0"/>
          <w:numId w:val="47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นักศึกษากลุ่มเป้าหมาย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หมายถึง นักศึกษาที่เข้าร่วมกระบวนการพัฒนาทักษะวิศวกรสังคมภายใต้โครงการหรือกิจกรรมที่สำนักงานอธิการบดีรับผิดชอบหรือร่วมดำเนินการ และมีรายชื่อในทะเบียนที่ยืนยันเมื่อสิ้นสุดช่วงรับเข้าร่วม โดยระบุคณะ ชั้นปี และรุ่นกิจกรรมให้ชัดเจน</w:t>
      </w:r>
    </w:p>
    <w:p w:rsidR="00EA4ABB" w:rsidRPr="00EA4ABB" w:rsidRDefault="00EA4ABB" w:rsidP="00EA4ABB">
      <w:pPr>
        <w:numPr>
          <w:ilvl w:val="0"/>
          <w:numId w:val="47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การปฏิบัติจริง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หมายถึง การลงมือทำภารกิจหรือโครงงานร่วมกับผู้อื่นหรือชุมชน เช่น เก็บข้อมูล วิเคราะห์ปัญหา สื่อสารและประสานงาน พัฒนาแนวทางแก้ปัญหา ทดลองใช้ และปรับปรุงจากข้อเสนอแนะ</w:t>
      </w:r>
    </w:p>
    <w:p w:rsidR="00EA4ABB" w:rsidRPr="00EA4ABB" w:rsidRDefault="00EA4ABB" w:rsidP="00EA4ABB">
      <w:pPr>
        <w:numPr>
          <w:ilvl w:val="0"/>
          <w:numId w:val="47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lastRenderedPageBreak/>
        <w:t>ผู้ผ่านเกณฑ์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หมายถึง นักศึกษาที่มีหลักฐานประเมินครบทั้ง 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4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ทักษะ และได้รับคะแนนระดับ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3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ขึ้นไปจากมาตราส่วน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1–4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ในทุกทักษะ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ตามเครื่องมือที่ได้รับความเห็นชอบก่อนใช้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เกณฑ์คะแนนดังกล่าวเป็นข้อเสนอสำหรับเครื่องมือประเมิน หากมหาวิทยาลัยมีเกณฑ์มาตรฐานอยู่แล้ว ให้ใช้เกณฑ์นั้นร่วมกัน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องค์ประกอบการประเมิน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0"/>
        <w:gridCol w:w="3757"/>
        <w:gridCol w:w="2952"/>
      </w:tblGrid>
      <w:tr w:rsidR="00EA4ABB" w:rsidRPr="00EA4ABB" w:rsidTr="009803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ทักษะ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พฤติกรรมที่คาดหวัง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ตัวอย่างหลักฐาน</w:t>
            </w:r>
          </w:p>
        </w:tc>
      </w:tr>
      <w:tr w:rsidR="00EA4ABB" w:rsidRPr="00EA4ABB" w:rsidTr="00980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นักคิด: การคิดวิเคราะห์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รวบรวมข้อมูล แยกข้อเท็จจริงกับความคิดเห็น วิเคราะห์สาเหตุ และเสนอทางเลือกอย่างมีเหตุผล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บันทึกข้อมูล แผนผังปัญหา ผลวิเคราะห์ และการตอบคำถามรายบุคคล</w:t>
            </w:r>
          </w:p>
        </w:tc>
      </w:tr>
      <w:tr w:rsidR="00EA4ABB" w:rsidRPr="00EA4ABB" w:rsidTr="00980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นักสื่อสาร: การสื่อสาร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รับฟัง ตั้งคำถาม และถ่ายทอดข้อมูลได้ถูกต้อง เหมาะกับผู้รับสาร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บันทึกสัมภาษณ์ การนำเสนอ และผลสังเกตการสื่อสาร</w:t>
            </w:r>
          </w:p>
        </w:tc>
      </w:tr>
      <w:tr w:rsidR="00EA4ABB" w:rsidRPr="00EA4ABB" w:rsidTr="00980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980399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นักประสาน: การประสานงานและทำงานร่วมกัน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รับผิดชอบบทบาท ประสานผู้เกี่ยวข้อง และร่วมแก้ปัญหาการทำงาน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แผนแบ่งงาน บันทึกประสานงาน และผลสังเกตพฤติกรรม</w:t>
            </w:r>
          </w:p>
        </w:tc>
      </w:tr>
      <w:tr w:rsidR="00EA4ABB" w:rsidRPr="00EA4ABB" w:rsidTr="00980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980399">
            <w:pPr>
              <w:spacing w:after="0" w:line="240" w:lineRule="auto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นวัตกรชุมชน: การสร้างสรรค์นวัตกรรม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พัฒนาแนวทางหรือต้นแบบที่ตอบโจทย์ ทดลองใช้ และปรับปรุงจากข้อเสนอแนะ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ต้นแบบ ผลทดลอง ความคิดเห็นผู้ใช้ และบันทึกปรับปรุง</w:t>
            </w:r>
          </w:p>
        </w:tc>
      </w:tr>
    </w:tbl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นวัตกรรมอาจเป็นเครื่องมือ สื่อ บริการ หรือวิธีทำงานที่เหมาะกับปัญหาชุมชน ไม่จำเป็นต้องเป็นสิ่งประดิษฐ์ที่จดสิทธิบัตร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เกณฑ์ระดับความสามารถ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7066"/>
      </w:tblGrid>
      <w:tr w:rsidR="00EA4ABB" w:rsidRPr="00EA4ABB" w:rsidTr="00EA4A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คำอธิบาย</w:t>
            </w:r>
          </w:p>
        </w:tc>
      </w:tr>
      <w:tr w:rsidR="00EA4ABB" w:rsidRPr="00EA4ABB" w:rsidTr="00EA4A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 xml:space="preserve">1 — </w:t>
            </w: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เริ่มต้น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แสดงทักษะได้จำกัด ต้องได้รับคำแนะนำใกล้ชิด</w:t>
            </w:r>
          </w:p>
        </w:tc>
      </w:tr>
      <w:tr w:rsidR="00EA4ABB" w:rsidRPr="00EA4ABB" w:rsidTr="00EA4A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 xml:space="preserve">2 — </w:t>
            </w: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กำลังพัฒนา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ปฏิบัติได้บางส่วน แต่ยังต้องได้รับคำแนะนำในประเด็นสำคัญ</w:t>
            </w:r>
          </w:p>
        </w:tc>
      </w:tr>
      <w:tr w:rsidR="00EA4ABB" w:rsidRPr="00EA4ABB" w:rsidTr="00EA4A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 xml:space="preserve">3 — </w:t>
            </w: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ตามมาตรฐาน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ปฏิบัติได้ตามเกณฑ์ มีเหตุผลและหลักฐานรองรับ</w:t>
            </w:r>
          </w:p>
        </w:tc>
      </w:tr>
      <w:tr w:rsidR="00EA4ABB" w:rsidRPr="00EA4ABB" w:rsidTr="00EA4A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lang w:bidi="th-TH"/>
              </w:rPr>
              <w:t xml:space="preserve">4 — </w:t>
            </w:r>
            <w:r w:rsidRPr="00EA4ABB">
              <w:rPr>
                <w:rFonts w:ascii="TH SarabunPSK" w:eastAsia="Times New Roman" w:hAnsi="TH SarabunPSK" w:cs="TH SarabunPSK"/>
                <w:b/>
                <w:bCs/>
                <w:color w:val="auto"/>
                <w:szCs w:val="32"/>
                <w:cs/>
                <w:lang w:bidi="th-TH"/>
              </w:rPr>
              <w:t>สูงกว่ามาตรฐาน</w:t>
            </w:r>
          </w:p>
        </w:tc>
        <w:tc>
          <w:tcPr>
            <w:tcW w:w="0" w:type="auto"/>
            <w:vAlign w:val="center"/>
            <w:hideMark/>
          </w:tcPr>
          <w:p w:rsidR="00EA4ABB" w:rsidRPr="00EA4ABB" w:rsidRDefault="00EA4ABB" w:rsidP="00EA4AB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auto"/>
                <w:szCs w:val="32"/>
                <w:lang w:bidi="th-TH"/>
              </w:rPr>
            </w:pPr>
            <w:r w:rsidRPr="00EA4ABB">
              <w:rPr>
                <w:rFonts w:ascii="TH SarabunPSK" w:eastAsia="Times New Roman" w:hAnsi="TH SarabunPSK" w:cs="TH SarabunPSK"/>
                <w:color w:val="auto"/>
                <w:szCs w:val="32"/>
                <w:cs/>
                <w:lang w:bidi="th-TH"/>
              </w:rPr>
              <w:t>ประยุกต์ใช้ได้เหมาะสม ปรับปรุงจากข้อเสนอแนะ และสนับสนุนการทำงานของผู้อื่นได้</w:t>
            </w:r>
          </w:p>
        </w:tc>
      </w:tr>
    </w:tbl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ต้องจัดทำคำอธิบายพฤติกรรมเฉพาะสำหรับแต่ละทักษะเพิ่มเติม เพื่อให้ผู้ประเมินให้คะแนนตรงกัน โดย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ไม่ใช้คะแนนสูงของทักษะหนึ่งชดเชยทักษะที่ยังไม่ผ่าน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วิธีคำนวณ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lastRenderedPageBreak/>
        <w:t xml:space="preserve">ผลการดำเนินงาน (ร้อยละ) = (จำนวนนักศึกษากลุ่มเป้าหมายที่ผ่านเกณฑ์ครบทั้ง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4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ทักษะ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÷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จำนวนนักศึกษากลุ่มเป้าหมายทั้งหมดในทะเบียนที่ยืนยันแล้ว)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>× 100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ตัวอย่าง มีกลุ่มเป้าหมาย 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200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คน ผ่านเกณฑ์ครบทั้ง 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4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 xml:space="preserve">ทักษะ 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164 </w:t>
      </w: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คน ผลเท่ากับ</w:t>
      </w:r>
      <w:r w:rsidRPr="00EA4ABB">
        <w:rPr>
          <w:rFonts w:ascii="TH SarabunPSK" w:eastAsia="Times New Roman" w:hAnsi="TH SarabunPSK" w:cs="TH SarabunPSK"/>
          <w:color w:val="auto"/>
          <w:szCs w:val="32"/>
          <w:lang w:bidi="th-TH"/>
        </w:rPr>
        <w:t xml:space="preserve">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 xml:space="preserve">ร้อยละ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lang w:bidi="th-TH"/>
        </w:rPr>
        <w:t xml:space="preserve">82 — </w:t>
      </w: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บรรลุเป้าหมาย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วิธีเก็บข้อมูลและตรวจสอบ</w:t>
      </w:r>
    </w:p>
    <w:p w:rsidR="00EA4ABB" w:rsidRPr="00EA4ABB" w:rsidRDefault="00EA4ABB" w:rsidP="00EA4ABB">
      <w:pPr>
        <w:numPr>
          <w:ilvl w:val="0"/>
          <w:numId w:val="48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ยืนยันทะเบียนกลุ่มเป้าหมาย และแจ้งทักษะกับเกณฑ์ประเมินก่อนเริ่มกิจกรรม</w:t>
      </w:r>
    </w:p>
    <w:p w:rsidR="00EA4ABB" w:rsidRPr="00EA4ABB" w:rsidRDefault="00EA4ABB" w:rsidP="00EA4ABB">
      <w:pPr>
        <w:numPr>
          <w:ilvl w:val="0"/>
          <w:numId w:val="48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เก็บหลักฐานพฤติกรรมและผลงานระหว่างการปฏิบัติ โดยระบุบทบาทรายบุคคล</w:t>
      </w:r>
    </w:p>
    <w:p w:rsidR="00EA4ABB" w:rsidRPr="00EA4ABB" w:rsidRDefault="00EA4ABB" w:rsidP="00EA4ABB">
      <w:pPr>
        <w:numPr>
          <w:ilvl w:val="0"/>
          <w:numId w:val="48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ประเมินเมื่อสิ้นสุดกระบวนการพัฒนา โดยผู้ประเมินที่ได้รับการชี้แจงเกณฑ์</w:t>
      </w:r>
    </w:p>
    <w:p w:rsidR="00EA4ABB" w:rsidRPr="00EA4ABB" w:rsidRDefault="00EA4ABB" w:rsidP="00EA4ABB">
      <w:pPr>
        <w:numPr>
          <w:ilvl w:val="0"/>
          <w:numId w:val="48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ตรวจสอบคะแนนและหลักฐานก่อนรับรองผล พร้อมสรุปผู้ผ่าน ผู้ไม่ผ่าน และผู้มีข้อมูลไม่ครบ</w:t>
      </w:r>
    </w:p>
    <w:p w:rsidR="00EA4ABB" w:rsidRPr="00EA4ABB" w:rsidRDefault="00EA4ABB" w:rsidP="00EA4ABB">
      <w:pPr>
        <w:numPr>
          <w:ilvl w:val="0"/>
          <w:numId w:val="48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วิเคราะห์ผลแยกตามทักษะ เพื่อพัฒนาเพิ่มเติมและปรับกิจกรรมในรอบถัดไป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เงื่อนไขการนับ</w:t>
      </w:r>
    </w:p>
    <w:p w:rsidR="00EA4ABB" w:rsidRPr="00EA4ABB" w:rsidRDefault="00EA4ABB" w:rsidP="00EA4ABB">
      <w:pPr>
        <w:numPr>
          <w:ilvl w:val="0"/>
          <w:numId w:val="49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นับนักศึกษาแต่ละคนเพียงครั้งเดียวต่อปี แม้เข้าร่วมหลายกิจกรรม</w:t>
      </w:r>
    </w:p>
    <w:p w:rsidR="00EA4ABB" w:rsidRPr="00EA4ABB" w:rsidRDefault="00EA4ABB" w:rsidP="00EA4ABB">
      <w:pPr>
        <w:numPr>
          <w:ilvl w:val="0"/>
          <w:numId w:val="49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ผู้ไม่เข้าประเมินหรือมีหลักฐานไม่ครบยังอยู่ในฐานคำนวณ และไม่นับเป็นผู้ผ่าน โดยรายงานสถานะแยกต่างหาก</w:t>
      </w:r>
    </w:p>
    <w:p w:rsidR="00EA4ABB" w:rsidRPr="00EA4ABB" w:rsidRDefault="00EA4ABB" w:rsidP="00EA4ABB">
      <w:pPr>
        <w:numPr>
          <w:ilvl w:val="0"/>
          <w:numId w:val="49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ผลงานกลุ่มต้องมีหลักฐานความสามารถรายบุคคล ไม่ให้คะแนนสมาชิกทุกคนเท่ากันโดยอัตโนมัติ</w:t>
      </w:r>
    </w:p>
    <w:p w:rsidR="00EA4ABB" w:rsidRPr="00EA4ABB" w:rsidRDefault="00EA4ABB" w:rsidP="00EA4ABB">
      <w:pPr>
        <w:numPr>
          <w:ilvl w:val="0"/>
          <w:numId w:val="49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การปรับทะเบียนต้องมีเหตุผลและหลักฐาน ไม่ตัดรายชื่อเพราะคะแนนไม่ผ่าน</w:t>
      </w:r>
    </w:p>
    <w:p w:rsidR="00EA4ABB" w:rsidRPr="00EA4ABB" w:rsidRDefault="00EA4ABB" w:rsidP="00EA4ABB">
      <w:pPr>
        <w:numPr>
          <w:ilvl w:val="0"/>
          <w:numId w:val="49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การเข้าร่วมครบ ความพึงพอใจ แบบทดสอบความรู้ หรือการประเมินตนเอง ใช้ประกอบได้ แต่ไม่เพียงพอที่จะยืนยันทักษะจากการปฏิบัติจริง</w:t>
      </w:r>
    </w:p>
    <w:p w:rsidR="00EA4ABB" w:rsidRPr="00EA4ABB" w:rsidRDefault="00EA4ABB" w:rsidP="00EA4ABB">
      <w:pPr>
        <w:numPr>
          <w:ilvl w:val="0"/>
          <w:numId w:val="49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การรวมผลหลายรุ่นให้รวมจำนวนผู้ผ่านและจำนวนกลุ่มเป้าหมายก่อนคำนวณ ไม่เฉลี่ยร้อยละของแต่ละรุ่นโดยตรง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b/>
          <w:bCs/>
          <w:color w:val="auto"/>
          <w:szCs w:val="32"/>
          <w:cs/>
          <w:lang w:bidi="th-TH"/>
        </w:rPr>
        <w:t>หลักฐานประกอบการรายงาน</w:t>
      </w:r>
    </w:p>
    <w:p w:rsidR="00EA4ABB" w:rsidRPr="00EA4ABB" w:rsidRDefault="00EA4ABB" w:rsidP="00EA4ABB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color w:val="auto"/>
          <w:szCs w:val="32"/>
          <w:lang w:bidi="th-TH"/>
        </w:rPr>
      </w:pPr>
      <w:r w:rsidRPr="00EA4ABB">
        <w:rPr>
          <w:rFonts w:ascii="TH SarabunPSK" w:eastAsia="Times New Roman" w:hAnsi="TH SarabunPSK" w:cs="TH SarabunPSK"/>
          <w:color w:val="auto"/>
          <w:szCs w:val="32"/>
          <w:cs/>
          <w:lang w:bidi="th-TH"/>
        </w:rPr>
        <w:t>โครงการและแผนกิจกรรม ทะเบียนกลุ่มเป้าหมาย แบบประเมินและคู่มือให้คะแนน คะแนนรายบุคคล ผลงานหรือบันทึกการปฏิบัติ ตารางคำนวณผลที่รับรองแล้ว และรายงานข้อเสนอปรับปรุงกิจกรรม</w:t>
      </w:r>
    </w:p>
    <w:p w:rsidR="00F91689" w:rsidRPr="00EA4ABB" w:rsidRDefault="00F91689" w:rsidP="00EA4ABB">
      <w:pPr>
        <w:jc w:val="thaiDistribute"/>
        <w:rPr>
          <w:rFonts w:ascii="TH SarabunPSK" w:hAnsi="TH SarabunPSK" w:cs="TH SarabunPSK"/>
          <w:szCs w:val="32"/>
          <w:lang w:bidi="th-TH"/>
        </w:rPr>
      </w:pPr>
    </w:p>
    <w:p w:rsidR="00806941" w:rsidRPr="00EA4ABB" w:rsidRDefault="00806941" w:rsidP="00EA4ABB">
      <w:pPr>
        <w:spacing w:after="360"/>
        <w:jc w:val="thaiDistribute"/>
        <w:rPr>
          <w:rFonts w:ascii="TH SarabunPSK" w:hAnsi="TH SarabunPSK" w:cs="TH SarabunPSK"/>
          <w:szCs w:val="32"/>
        </w:rPr>
      </w:pPr>
    </w:p>
    <w:p w:rsidR="00F91689" w:rsidRPr="00DA5AD5" w:rsidRDefault="00BC35B2">
      <w:pPr>
        <w:rPr>
          <w:rFonts w:ascii="TH SarabunPSK" w:hAnsi="TH SarabunPSK" w:cs="TH SarabunPSK"/>
          <w:szCs w:val="32"/>
        </w:rPr>
      </w:pPr>
      <w:r w:rsidRPr="00DA5AD5">
        <w:rPr>
          <w:rFonts w:ascii="TH SarabunPSK" w:hAnsi="TH SarabunPSK" w:cs="TH SarabunPSK"/>
          <w:szCs w:val="32"/>
          <w:cs/>
          <w:lang w:bidi="th-TH"/>
        </w:rPr>
        <w:br w:type="page"/>
      </w:r>
    </w:p>
    <w:p w:rsidR="00BC35B2" w:rsidRPr="00DA5AD5" w:rsidRDefault="00BC35B2" w:rsidP="00180943">
      <w:pPr>
        <w:jc w:val="center"/>
        <w:rPr>
          <w:rFonts w:ascii="TH SarabunPSK" w:hAnsi="TH SarabunPSK" w:cs="TH SarabunPSK"/>
          <w:szCs w:val="32"/>
        </w:rPr>
      </w:pPr>
    </w:p>
    <w:sectPr w:rsidR="00BC35B2" w:rsidRPr="00DA5AD5" w:rsidSect="00034616">
      <w:headerReference w:type="default" r:id="rId12"/>
      <w:footerReference w:type="default" r:id="rId13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5DB" w:rsidRDefault="002E65D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E65DB" w:rsidRDefault="002E65D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oto Sans Symbols">
    <w:altName w:val="Times New Roman"/>
    <w:charset w:val="00"/>
    <w:family w:val="auto"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H Sarabun PSK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Times New Roman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0C6" w:rsidRPr="00802499" w:rsidRDefault="00A430C6">
    <w:pPr>
      <w:pStyle w:val="a7"/>
      <w:jc w:val="center"/>
      <w:rPr>
        <w:rFonts w:ascii="TH SarabunPSK" w:hAnsi="TH SarabunPSK" w:cs="TH SarabunPSK"/>
        <w:sz w:val="28"/>
        <w:szCs w:val="28"/>
      </w:rPr>
    </w:pPr>
    <w:r w:rsidRPr="00802499">
      <w:rPr>
        <w:rFonts w:ascii="TH SarabunPSK" w:hAnsi="TH SarabunPSK" w:cs="TH SarabunPSK"/>
        <w:color w:val="787878"/>
        <w:sz w:val="28"/>
        <w:szCs w:val="28"/>
        <w:cs/>
        <w:lang w:bidi="th-TH"/>
      </w:rPr>
      <w:t xml:space="preserve">สำนักงานอธิการบดี มหาวิทยาลัยราชภัฏสกลนคร </w:t>
    </w:r>
    <w:r w:rsidRPr="00802499">
      <w:rPr>
        <w:rFonts w:ascii="TH SarabunPSK" w:hAnsi="TH SarabunPSK" w:cs="TH SarabunPSK"/>
        <w:color w:val="787878"/>
        <w:sz w:val="28"/>
        <w:szCs w:val="28"/>
      </w:rPr>
      <w:t xml:space="preserve">| </w:t>
    </w:r>
    <w:r w:rsidRPr="00802499">
      <w:rPr>
        <w:rFonts w:ascii="TH SarabunPSK" w:hAnsi="TH SarabunPSK" w:cs="TH SarabunPSK"/>
        <w:color w:val="787878"/>
        <w:sz w:val="28"/>
        <w:szCs w:val="28"/>
        <w:cs/>
        <w:lang w:bidi="th-TH"/>
      </w:rPr>
      <w:t xml:space="preserve">หน้า </w:t>
    </w:r>
    <w:r w:rsidRPr="00802499">
      <w:rPr>
        <w:rFonts w:ascii="TH SarabunPSK" w:hAnsi="TH SarabunPSK" w:cs="TH SarabunPSK"/>
        <w:sz w:val="28"/>
        <w:szCs w:val="28"/>
      </w:rPr>
      <w:fldChar w:fldCharType="begin"/>
    </w:r>
    <w:r w:rsidRPr="00802499">
      <w:rPr>
        <w:rFonts w:ascii="TH SarabunPSK" w:hAnsi="TH SarabunPSK" w:cs="TH SarabunPSK"/>
        <w:sz w:val="28"/>
        <w:szCs w:val="28"/>
      </w:rPr>
      <w:instrText>PAGE</w:instrText>
    </w:r>
    <w:r w:rsidRPr="00802499">
      <w:rPr>
        <w:rFonts w:ascii="TH SarabunPSK" w:hAnsi="TH SarabunPSK" w:cs="TH SarabunPSK"/>
        <w:sz w:val="28"/>
        <w:szCs w:val="28"/>
      </w:rPr>
      <w:fldChar w:fldCharType="separate"/>
    </w:r>
    <w:r w:rsidR="00681682">
      <w:rPr>
        <w:rFonts w:ascii="TH SarabunPSK" w:hAnsi="TH SarabunPSK" w:cs="TH SarabunPSK"/>
        <w:noProof/>
        <w:sz w:val="28"/>
        <w:szCs w:val="28"/>
      </w:rPr>
      <w:t>21</w:t>
    </w:r>
    <w:r w:rsidRPr="00802499">
      <w:rPr>
        <w:rFonts w:ascii="TH SarabunPSK" w:hAnsi="TH SarabunPSK" w:cs="TH SarabunPSK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5DB" w:rsidRDefault="002E65D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E65DB" w:rsidRDefault="002E65D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0C6" w:rsidRPr="00AA31DC" w:rsidRDefault="00A430C6">
    <w:pPr>
      <w:pStyle w:val="a5"/>
      <w:jc w:val="right"/>
      <w:rPr>
        <w:rFonts w:ascii="TH SarabunPSK" w:hAnsi="TH SarabunPSK" w:cs="TH SarabunPSK"/>
        <w:sz w:val="28"/>
        <w:szCs w:val="28"/>
      </w:rPr>
    </w:pPr>
    <w:r w:rsidRPr="00AA31DC">
      <w:rPr>
        <w:rFonts w:ascii="TH SarabunPSK" w:hAnsi="TH SarabunPSK" w:cs="TH SarabunPSK"/>
        <w:color w:val="787878"/>
        <w:sz w:val="28"/>
        <w:szCs w:val="28"/>
        <w:cs/>
        <w:lang w:bidi="th-TH"/>
      </w:rPr>
      <w:t xml:space="preserve">คู่มือการประเมินผลการปฏิบัติราชการ สำนักงานอธิการบดี ประจำปีงบประมาณ พ.ศ. </w:t>
    </w:r>
    <w:r w:rsidRPr="00AA31DC">
      <w:rPr>
        <w:rFonts w:ascii="TH SarabunPSK" w:hAnsi="TH SarabunPSK" w:cs="TH SarabunPSK"/>
        <w:color w:val="787878"/>
        <w:sz w:val="28"/>
        <w:szCs w:val="28"/>
      </w:rPr>
      <w:t>2570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53558"/>
    <w:multiLevelType w:val="hybridMultilevel"/>
    <w:tmpl w:val="53345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4C0FA7"/>
    <w:multiLevelType w:val="hybridMultilevel"/>
    <w:tmpl w:val="10D4FE5A"/>
    <w:lvl w:ilvl="0" w:tplc="53AA1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E1CED"/>
    <w:multiLevelType w:val="hybridMultilevel"/>
    <w:tmpl w:val="E82C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135B69"/>
    <w:multiLevelType w:val="hybridMultilevel"/>
    <w:tmpl w:val="4D7C10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3363F26"/>
    <w:multiLevelType w:val="multilevel"/>
    <w:tmpl w:val="AFA2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4F1B27"/>
    <w:multiLevelType w:val="hybridMultilevel"/>
    <w:tmpl w:val="EC561E40"/>
    <w:lvl w:ilvl="0" w:tplc="D14008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A183E"/>
    <w:multiLevelType w:val="hybridMultilevel"/>
    <w:tmpl w:val="52ECC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61585"/>
    <w:multiLevelType w:val="multilevel"/>
    <w:tmpl w:val="803AA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FF4795"/>
    <w:multiLevelType w:val="multilevel"/>
    <w:tmpl w:val="C02E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D870F7"/>
    <w:multiLevelType w:val="hybridMultilevel"/>
    <w:tmpl w:val="1346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E11CD"/>
    <w:multiLevelType w:val="hybridMultilevel"/>
    <w:tmpl w:val="35880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C7D46"/>
    <w:multiLevelType w:val="hybridMultilevel"/>
    <w:tmpl w:val="A4028C8A"/>
    <w:lvl w:ilvl="0" w:tplc="ED24333C">
      <w:start w:val="1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  <w:b w:val="0"/>
        <w:bCs/>
        <w:sz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D415FA"/>
    <w:multiLevelType w:val="hybridMultilevel"/>
    <w:tmpl w:val="ABB49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B3025"/>
    <w:multiLevelType w:val="multilevel"/>
    <w:tmpl w:val="5EF8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0330C0"/>
    <w:multiLevelType w:val="hybridMultilevel"/>
    <w:tmpl w:val="EC561E40"/>
    <w:lvl w:ilvl="0" w:tplc="D14008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D1F1C"/>
    <w:multiLevelType w:val="multilevel"/>
    <w:tmpl w:val="7CEE2B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D963AB6"/>
    <w:multiLevelType w:val="multilevel"/>
    <w:tmpl w:val="20CCA8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4F762490"/>
    <w:multiLevelType w:val="hybridMultilevel"/>
    <w:tmpl w:val="BA4C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B1F4A"/>
    <w:multiLevelType w:val="hybridMultilevel"/>
    <w:tmpl w:val="330CE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274A3"/>
    <w:multiLevelType w:val="multilevel"/>
    <w:tmpl w:val="D47881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53A65894"/>
    <w:multiLevelType w:val="multilevel"/>
    <w:tmpl w:val="02F2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D13A8A"/>
    <w:multiLevelType w:val="multilevel"/>
    <w:tmpl w:val="E31E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EC0E94"/>
    <w:multiLevelType w:val="multilevel"/>
    <w:tmpl w:val="E1483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CA520D"/>
    <w:multiLevelType w:val="hybridMultilevel"/>
    <w:tmpl w:val="00563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02795C"/>
    <w:multiLevelType w:val="multilevel"/>
    <w:tmpl w:val="37DC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665D67"/>
    <w:multiLevelType w:val="multilevel"/>
    <w:tmpl w:val="FBEE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6708F0"/>
    <w:multiLevelType w:val="hybridMultilevel"/>
    <w:tmpl w:val="1B166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F446D8E"/>
    <w:multiLevelType w:val="multilevel"/>
    <w:tmpl w:val="3E12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9E6172"/>
    <w:multiLevelType w:val="multilevel"/>
    <w:tmpl w:val="4056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6B6137"/>
    <w:multiLevelType w:val="hybridMultilevel"/>
    <w:tmpl w:val="3F203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8E48D6"/>
    <w:multiLevelType w:val="multilevel"/>
    <w:tmpl w:val="D9F64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4A60F7"/>
    <w:multiLevelType w:val="hybridMultilevel"/>
    <w:tmpl w:val="68E20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ED55B8"/>
    <w:multiLevelType w:val="multilevel"/>
    <w:tmpl w:val="732032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674F0DF3"/>
    <w:multiLevelType w:val="multilevel"/>
    <w:tmpl w:val="9670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EA57B0"/>
    <w:multiLevelType w:val="multilevel"/>
    <w:tmpl w:val="83306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22564D"/>
    <w:multiLevelType w:val="multilevel"/>
    <w:tmpl w:val="05BE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B471ED"/>
    <w:multiLevelType w:val="hybridMultilevel"/>
    <w:tmpl w:val="BDD4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126EE6"/>
    <w:multiLevelType w:val="multilevel"/>
    <w:tmpl w:val="9E68A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1B371B"/>
    <w:multiLevelType w:val="multilevel"/>
    <w:tmpl w:val="7C3CB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375569"/>
    <w:multiLevelType w:val="hybridMultilevel"/>
    <w:tmpl w:val="A0C0542C"/>
    <w:lvl w:ilvl="0" w:tplc="FAC046BA">
      <w:start w:val="1"/>
      <w:numFmt w:val="decimal"/>
      <w:lvlText w:val="%1."/>
      <w:lvlJc w:val="left"/>
      <w:pPr>
        <w:ind w:left="17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ind w:left="7553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2"/>
  </w:num>
  <w:num w:numId="11">
    <w:abstractNumId w:val="44"/>
  </w:num>
  <w:num w:numId="12">
    <w:abstractNumId w:val="24"/>
  </w:num>
  <w:num w:numId="13">
    <w:abstractNumId w:val="41"/>
  </w:num>
  <w:num w:numId="14">
    <w:abstractNumId w:val="25"/>
  </w:num>
  <w:num w:numId="15">
    <w:abstractNumId w:val="12"/>
  </w:num>
  <w:num w:numId="16">
    <w:abstractNumId w:val="35"/>
  </w:num>
  <w:num w:numId="17">
    <w:abstractNumId w:val="45"/>
  </w:num>
  <w:num w:numId="18">
    <w:abstractNumId w:val="21"/>
  </w:num>
  <w:num w:numId="19">
    <w:abstractNumId w:val="40"/>
  </w:num>
  <w:num w:numId="20">
    <w:abstractNumId w:val="27"/>
  </w:num>
  <w:num w:numId="21">
    <w:abstractNumId w:val="26"/>
  </w:num>
  <w:num w:numId="22">
    <w:abstractNumId w:val="18"/>
  </w:num>
  <w:num w:numId="23">
    <w:abstractNumId w:val="15"/>
  </w:num>
  <w:num w:numId="24">
    <w:abstractNumId w:val="19"/>
  </w:num>
  <w:num w:numId="25">
    <w:abstractNumId w:val="32"/>
  </w:num>
  <w:num w:numId="26">
    <w:abstractNumId w:val="9"/>
  </w:num>
  <w:num w:numId="27">
    <w:abstractNumId w:val="11"/>
  </w:num>
  <w:num w:numId="28">
    <w:abstractNumId w:val="20"/>
  </w:num>
  <w:num w:numId="29">
    <w:abstractNumId w:val="38"/>
  </w:num>
  <w:num w:numId="30">
    <w:abstractNumId w:val="48"/>
  </w:num>
  <w:num w:numId="31">
    <w:abstractNumId w:val="10"/>
  </w:num>
  <w:num w:numId="32">
    <w:abstractNumId w:val="14"/>
  </w:num>
  <w:num w:numId="33">
    <w:abstractNumId w:val="28"/>
  </w:num>
  <w:num w:numId="34">
    <w:abstractNumId w:val="17"/>
  </w:num>
  <w:num w:numId="35">
    <w:abstractNumId w:val="16"/>
  </w:num>
  <w:num w:numId="36">
    <w:abstractNumId w:val="33"/>
  </w:num>
  <w:num w:numId="37">
    <w:abstractNumId w:val="34"/>
  </w:num>
  <w:num w:numId="38">
    <w:abstractNumId w:val="46"/>
  </w:num>
  <w:num w:numId="39">
    <w:abstractNumId w:val="13"/>
  </w:num>
  <w:num w:numId="40">
    <w:abstractNumId w:val="39"/>
  </w:num>
  <w:num w:numId="41">
    <w:abstractNumId w:val="37"/>
  </w:num>
  <w:num w:numId="42">
    <w:abstractNumId w:val="29"/>
  </w:num>
  <w:num w:numId="43">
    <w:abstractNumId w:val="43"/>
  </w:num>
  <w:num w:numId="44">
    <w:abstractNumId w:val="23"/>
  </w:num>
  <w:num w:numId="45">
    <w:abstractNumId w:val="31"/>
  </w:num>
  <w:num w:numId="46">
    <w:abstractNumId w:val="42"/>
  </w:num>
  <w:num w:numId="47">
    <w:abstractNumId w:val="36"/>
  </w:num>
  <w:num w:numId="48">
    <w:abstractNumId w:val="47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8F9"/>
    <w:rsid w:val="00003EE6"/>
    <w:rsid w:val="00005EA0"/>
    <w:rsid w:val="0000693D"/>
    <w:rsid w:val="00007550"/>
    <w:rsid w:val="0001192F"/>
    <w:rsid w:val="00017870"/>
    <w:rsid w:val="0002191E"/>
    <w:rsid w:val="00031096"/>
    <w:rsid w:val="00034616"/>
    <w:rsid w:val="0004679B"/>
    <w:rsid w:val="0005340F"/>
    <w:rsid w:val="0006063C"/>
    <w:rsid w:val="00065488"/>
    <w:rsid w:val="00076611"/>
    <w:rsid w:val="00087B10"/>
    <w:rsid w:val="000949E4"/>
    <w:rsid w:val="000A2423"/>
    <w:rsid w:val="000A554B"/>
    <w:rsid w:val="000C2833"/>
    <w:rsid w:val="000D128D"/>
    <w:rsid w:val="000E5EC6"/>
    <w:rsid w:val="000E7717"/>
    <w:rsid w:val="001157D7"/>
    <w:rsid w:val="0015074B"/>
    <w:rsid w:val="00155B40"/>
    <w:rsid w:val="00156CB1"/>
    <w:rsid w:val="001653CF"/>
    <w:rsid w:val="001677FF"/>
    <w:rsid w:val="001709B6"/>
    <w:rsid w:val="00172F0F"/>
    <w:rsid w:val="00180943"/>
    <w:rsid w:val="00185B46"/>
    <w:rsid w:val="001A52DE"/>
    <w:rsid w:val="001B5AD9"/>
    <w:rsid w:val="00206757"/>
    <w:rsid w:val="00223730"/>
    <w:rsid w:val="00224A3D"/>
    <w:rsid w:val="00266281"/>
    <w:rsid w:val="002700FA"/>
    <w:rsid w:val="00291202"/>
    <w:rsid w:val="0029639D"/>
    <w:rsid w:val="002B567B"/>
    <w:rsid w:val="002E2401"/>
    <w:rsid w:val="002E4838"/>
    <w:rsid w:val="002E65DB"/>
    <w:rsid w:val="002E6B06"/>
    <w:rsid w:val="002F6233"/>
    <w:rsid w:val="003062E1"/>
    <w:rsid w:val="003161E5"/>
    <w:rsid w:val="00326F90"/>
    <w:rsid w:val="00330A43"/>
    <w:rsid w:val="00357331"/>
    <w:rsid w:val="003744D0"/>
    <w:rsid w:val="00375F9B"/>
    <w:rsid w:val="003A5F3A"/>
    <w:rsid w:val="003A6376"/>
    <w:rsid w:val="003B0011"/>
    <w:rsid w:val="003B72DF"/>
    <w:rsid w:val="003B7C69"/>
    <w:rsid w:val="003C2164"/>
    <w:rsid w:val="003C4753"/>
    <w:rsid w:val="003D5996"/>
    <w:rsid w:val="003E048C"/>
    <w:rsid w:val="003E4C2D"/>
    <w:rsid w:val="003F304B"/>
    <w:rsid w:val="00407BC5"/>
    <w:rsid w:val="00414ACA"/>
    <w:rsid w:val="00415DF3"/>
    <w:rsid w:val="00426C1F"/>
    <w:rsid w:val="00473169"/>
    <w:rsid w:val="00474914"/>
    <w:rsid w:val="004A7174"/>
    <w:rsid w:val="004B33AB"/>
    <w:rsid w:val="004C68AB"/>
    <w:rsid w:val="004D7000"/>
    <w:rsid w:val="00525506"/>
    <w:rsid w:val="005262BD"/>
    <w:rsid w:val="00541949"/>
    <w:rsid w:val="00542B5F"/>
    <w:rsid w:val="00555BB8"/>
    <w:rsid w:val="00585DB1"/>
    <w:rsid w:val="00591829"/>
    <w:rsid w:val="005C1726"/>
    <w:rsid w:val="0060016C"/>
    <w:rsid w:val="0061451A"/>
    <w:rsid w:val="00623F91"/>
    <w:rsid w:val="006241CC"/>
    <w:rsid w:val="006377FF"/>
    <w:rsid w:val="00653F05"/>
    <w:rsid w:val="0065688D"/>
    <w:rsid w:val="006771F1"/>
    <w:rsid w:val="00680BF9"/>
    <w:rsid w:val="00681682"/>
    <w:rsid w:val="00693175"/>
    <w:rsid w:val="006A4DC2"/>
    <w:rsid w:val="006C5468"/>
    <w:rsid w:val="006C781F"/>
    <w:rsid w:val="006D6692"/>
    <w:rsid w:val="006D718C"/>
    <w:rsid w:val="006E5456"/>
    <w:rsid w:val="006F7433"/>
    <w:rsid w:val="0074202B"/>
    <w:rsid w:val="007444D4"/>
    <w:rsid w:val="00757098"/>
    <w:rsid w:val="00782D92"/>
    <w:rsid w:val="007C6FA6"/>
    <w:rsid w:val="00802499"/>
    <w:rsid w:val="00806941"/>
    <w:rsid w:val="00806FD6"/>
    <w:rsid w:val="008213C0"/>
    <w:rsid w:val="008243A8"/>
    <w:rsid w:val="008515B8"/>
    <w:rsid w:val="00852E3C"/>
    <w:rsid w:val="0086535F"/>
    <w:rsid w:val="00890C54"/>
    <w:rsid w:val="0089254F"/>
    <w:rsid w:val="008953C2"/>
    <w:rsid w:val="008A17A2"/>
    <w:rsid w:val="008B4FB4"/>
    <w:rsid w:val="008C694C"/>
    <w:rsid w:val="008E43CC"/>
    <w:rsid w:val="00902687"/>
    <w:rsid w:val="009121BB"/>
    <w:rsid w:val="00917D73"/>
    <w:rsid w:val="009228B3"/>
    <w:rsid w:val="00950E6E"/>
    <w:rsid w:val="00976495"/>
    <w:rsid w:val="00980399"/>
    <w:rsid w:val="0099004A"/>
    <w:rsid w:val="009D49DE"/>
    <w:rsid w:val="009E07A3"/>
    <w:rsid w:val="009E7D5E"/>
    <w:rsid w:val="009F36E7"/>
    <w:rsid w:val="00A106EA"/>
    <w:rsid w:val="00A4242B"/>
    <w:rsid w:val="00A430C6"/>
    <w:rsid w:val="00A456FE"/>
    <w:rsid w:val="00A650E9"/>
    <w:rsid w:val="00A65D7E"/>
    <w:rsid w:val="00AA1D8D"/>
    <w:rsid w:val="00AA31DC"/>
    <w:rsid w:val="00AA707A"/>
    <w:rsid w:val="00AE019C"/>
    <w:rsid w:val="00B02B20"/>
    <w:rsid w:val="00B17807"/>
    <w:rsid w:val="00B26DEB"/>
    <w:rsid w:val="00B26F9D"/>
    <w:rsid w:val="00B47730"/>
    <w:rsid w:val="00B543CE"/>
    <w:rsid w:val="00B61443"/>
    <w:rsid w:val="00B6245E"/>
    <w:rsid w:val="00B6385B"/>
    <w:rsid w:val="00B73D28"/>
    <w:rsid w:val="00B7442B"/>
    <w:rsid w:val="00B848B5"/>
    <w:rsid w:val="00B955C7"/>
    <w:rsid w:val="00BC35B2"/>
    <w:rsid w:val="00BE69DA"/>
    <w:rsid w:val="00BF78D0"/>
    <w:rsid w:val="00C111CE"/>
    <w:rsid w:val="00C120FD"/>
    <w:rsid w:val="00C6537C"/>
    <w:rsid w:val="00C80AFE"/>
    <w:rsid w:val="00C95B80"/>
    <w:rsid w:val="00CB0664"/>
    <w:rsid w:val="00D16AE6"/>
    <w:rsid w:val="00D41E1F"/>
    <w:rsid w:val="00D46A2E"/>
    <w:rsid w:val="00D63027"/>
    <w:rsid w:val="00D739BB"/>
    <w:rsid w:val="00D9627F"/>
    <w:rsid w:val="00DA5AD5"/>
    <w:rsid w:val="00DD012B"/>
    <w:rsid w:val="00DE4EFD"/>
    <w:rsid w:val="00E20D77"/>
    <w:rsid w:val="00E235C2"/>
    <w:rsid w:val="00E33C22"/>
    <w:rsid w:val="00E34AEE"/>
    <w:rsid w:val="00E409CE"/>
    <w:rsid w:val="00E61C23"/>
    <w:rsid w:val="00E71C58"/>
    <w:rsid w:val="00E73204"/>
    <w:rsid w:val="00EA4ABB"/>
    <w:rsid w:val="00EB440C"/>
    <w:rsid w:val="00EB66AD"/>
    <w:rsid w:val="00ED5100"/>
    <w:rsid w:val="00F2776C"/>
    <w:rsid w:val="00F62F74"/>
    <w:rsid w:val="00F67D85"/>
    <w:rsid w:val="00F73EFB"/>
    <w:rsid w:val="00F742BC"/>
    <w:rsid w:val="00F91689"/>
    <w:rsid w:val="00FB3E76"/>
    <w:rsid w:val="00FC4418"/>
    <w:rsid w:val="00FC693F"/>
    <w:rsid w:val="00FC76E9"/>
    <w:rsid w:val="00FD7480"/>
    <w:rsid w:val="00FE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B20D1"/>
  <w14:defaultImageDpi w14:val="300"/>
  <w15:docId w15:val="{60CB1763-B1B6-4DB9-A74D-379579D1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TH Sarabun PSK" w:hAnsi="TH Sarabun PSK"/>
      <w:color w:val="333333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aliases w:val="Table Heading,00 List Bull,ÂèÍÂ3,List Paragraph1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เนื้อความ อักขระ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ข้อความแมโคร อักขระ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คำอ้างอิง อักขระ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afb">
    <w:name w:val="Intense Quote"/>
    <w:basedOn w:val="a1"/>
    <w:next w:val="a1"/>
    <w:link w:val="afc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ทำให้คำอ้างอิงเป็นสีเข้มขึ้น อักขระ"/>
    <w:basedOn w:val="a2"/>
    <w:link w:val="afb"/>
    <w:uiPriority w:val="30"/>
    <w:rsid w:val="00FC693F"/>
    <w:rPr>
      <w:b/>
      <w:bCs/>
      <w:i/>
      <w:iCs/>
      <w:color w:val="4F81BD" w:themeColor="accent1"/>
    </w:rPr>
  </w:style>
  <w:style w:type="character" w:styleId="afd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f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0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2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3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">
    <w:name w:val="รายการย่อหน้า อักขระ"/>
    <w:aliases w:val="Table Heading อักขระ,00 List Bull อักขระ,ÂèÍÂ3 อักขระ,List Paragraph1 อักขระ"/>
    <w:link w:val="ae"/>
    <w:uiPriority w:val="34"/>
    <w:rsid w:val="00542B5F"/>
    <w:rPr>
      <w:rFonts w:ascii="TH Sarabun PSK" w:hAnsi="TH Sarabun PSK"/>
      <w:color w:val="333333"/>
      <w:sz w:val="32"/>
    </w:rPr>
  </w:style>
  <w:style w:type="paragraph" w:styleId="affb">
    <w:name w:val="Normal (Web)"/>
    <w:basedOn w:val="a1"/>
    <w:uiPriority w:val="99"/>
    <w:unhideWhenUsed/>
    <w:rsid w:val="00A65D7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auto"/>
      <w:sz w:val="28"/>
      <w:szCs w:val="28"/>
      <w:lang w:bidi="th-TH"/>
    </w:rPr>
  </w:style>
  <w:style w:type="paragraph" w:styleId="affc">
    <w:name w:val="Balloon Text"/>
    <w:basedOn w:val="a1"/>
    <w:link w:val="affd"/>
    <w:uiPriority w:val="99"/>
    <w:semiHidden/>
    <w:unhideWhenUsed/>
    <w:rsid w:val="00D41E1F"/>
    <w:pPr>
      <w:spacing w:after="0" w:line="240" w:lineRule="auto"/>
    </w:pPr>
    <w:rPr>
      <w:rFonts w:ascii="Leelawadee UI" w:hAnsi="Leelawadee UI" w:cs="Leelawadee UI"/>
      <w:sz w:val="18"/>
      <w:szCs w:val="18"/>
    </w:rPr>
  </w:style>
  <w:style w:type="character" w:customStyle="1" w:styleId="affd">
    <w:name w:val="ข้อความบอลลูน อักขระ"/>
    <w:basedOn w:val="a2"/>
    <w:link w:val="affc"/>
    <w:uiPriority w:val="99"/>
    <w:semiHidden/>
    <w:rsid w:val="00D41E1F"/>
    <w:rPr>
      <w:rFonts w:ascii="Leelawadee UI" w:hAnsi="Leelawadee UI" w:cs="Leelawadee UI"/>
      <w:color w:val="333333"/>
      <w:sz w:val="18"/>
      <w:szCs w:val="18"/>
    </w:rPr>
  </w:style>
  <w:style w:type="character" w:styleId="affe">
    <w:name w:val="Hyperlink"/>
    <w:basedOn w:val="a2"/>
    <w:uiPriority w:val="99"/>
    <w:semiHidden/>
    <w:unhideWhenUsed/>
    <w:rsid w:val="00E409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4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4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2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1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4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3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5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dd.snru.ac.th/wp-content/uploads/2025/05/%E0%B8%84%E0%B8%B9%E0%B9%88%E0%B8%A1%E0%B8%B7%E0%B8%AD%E0%B8%81%E0%B8%B4%E0%B8%88%E0%B8%81%E0%B8%B2%E0%B8%A3%E0%B8%99%E0%B8%B1%E0%B8%81%E0%B8%A8%E0%B8%B6%E0%B8%81%E0%B8%A9%E0%B8%B2-2568.pdf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nru.ac.th/identity/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.payap.ac.th/wp-content/uploads/2025/08/EdPEx080767.pdf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D10A32-08A1-497A-B2B8-D62BE5F3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48</Pages>
  <Words>9370</Words>
  <Characters>53412</Characters>
  <Application>Microsoft Office Word</Application>
  <DocSecurity>0</DocSecurity>
  <Lines>445</Lines>
  <Paragraphs>125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FON-PLAN</cp:lastModifiedBy>
  <cp:revision>176</cp:revision>
  <cp:lastPrinted>2026-10-09T03:57:00Z</cp:lastPrinted>
  <dcterms:created xsi:type="dcterms:W3CDTF">2026-10-02T08:12:00Z</dcterms:created>
  <dcterms:modified xsi:type="dcterms:W3CDTF">2026-10-09T08:24:00Z</dcterms:modified>
  <cp:category/>
</cp:coreProperties>
</file>